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74e6cb90f60da47ad6fee681db8a8ecdd173f0"/>
    <w:p>
      <w:pPr>
        <w:pStyle w:val="Heading1"/>
      </w:pPr>
      <w:r>
        <w:rPr>
          <w:b/>
          <w:bCs/>
        </w:rPr>
        <w:t xml:space="preserve">Here, There be Dragons</w:t>
      </w:r>
      <w:r>
        <w:br/>
      </w:r>
      <w:r>
        <w:rPr>
          <w:i/>
          <w:iCs/>
        </w:rPr>
        <w:t xml:space="preserve">James A. Owen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John cabled a reply to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mentor</w:t>
      </w:r>
      <w:r>
        <w:rPr>
          <w:b/>
          <w:bCs/>
        </w:rPr>
        <w:t xml:space="preserve">, requested a temporary leave, dispatched a note to his wife of less than a year at their home in Oxford, explaining that he would be absent for perhaps several days, and immediately arranged passage to London.</w:t>
      </w:r>
      <w:r>
        <w:br/>
      </w:r>
      <w:r>
        <w:t xml:space="preserve">    (a) to gradually destroy or change the purpose of something -- such as a government, institution, or rule</w:t>
      </w:r>
      <w:r>
        <w:br/>
      </w:r>
      <w:r>
        <w:t xml:space="preserve">    (b) someone who guides and advises another who is less experienced; or the act of providing such guidance</w:t>
      </w:r>
      <w:r>
        <w:br/>
      </w:r>
      <w:r>
        <w:t xml:space="preserve">    (c) a beam, bracket, or other structure supported only on one side; or to support something in that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John thought this was a lie, but he appreciated the gesture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.</w:t>
      </w:r>
      <w:r>
        <w:br/>
      </w:r>
      <w:r>
        <w:t xml:space="preserve">    (a) despite that (used to connect contrasting ideas)</w:t>
      </w:r>
      <w:r>
        <w:br/>
      </w:r>
      <w:r>
        <w:t xml:space="preserve">    (b) therefore (for that reason)</w:t>
      </w:r>
      <w:r>
        <w:br/>
      </w:r>
      <w:r>
        <w:t xml:space="preserve">    (c) in keeping with or in agreement with what was just stated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John said,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incredulous</w:t>
      </w:r>
      <w:r>
        <w:rPr>
          <w:b/>
          <w:bCs/>
        </w:rPr>
        <w:t xml:space="preserve">.</w:t>
      </w:r>
      <w:r>
        <w:br/>
      </w:r>
      <w:r>
        <w:t xml:space="preserve">    (a) not capable of being better understood through detailed examination</w:t>
      </w:r>
      <w:r>
        <w:br/>
      </w:r>
      <w:r>
        <w:t xml:space="preserve">    (b) clear, easily noticed, and/or identifiable as different or separate</w:t>
      </w:r>
      <w:r>
        <w:br/>
      </w:r>
      <w:r>
        <w:t xml:space="preserve">    (c) unbelieving; or having difficulty accepting something so unexpected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"I'll not argue with you, old friend," said the knight, nodding back at Bert, "but one might say I was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compelled</w:t>
      </w:r>
      <w:r>
        <w:rPr>
          <w:b/>
          <w:bCs/>
        </w:rPr>
        <w:t xml:space="preserve"> </w:t>
      </w:r>
      <w:r>
        <w:rPr>
          <w:b/>
          <w:bCs/>
        </w:rPr>
        <w:t xml:space="preserve">as all the rest."</w:t>
      </w:r>
      <w:r>
        <w:br/>
      </w:r>
      <w:r>
        <w:t xml:space="preserve">    (a) didn't trust or have confidence in</w:t>
      </w:r>
      <w:r>
        <w:br/>
      </w:r>
      <w:r>
        <w:t xml:space="preserve">    (b) forced; or (more rarely) convinced</w:t>
      </w:r>
      <w:r>
        <w:br/>
      </w:r>
      <w:r>
        <w:t xml:space="preserve">    (c) fruit cooked with sugar (like jam)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still appeared to be on open ocean, with no land in sight, but the gray morning light revealed a number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varying</w:t>
      </w:r>
      <w:r>
        <w:rPr>
          <w:b/>
          <w:bCs/>
        </w:rPr>
        <w:t xml:space="preserve"> </w:t>
      </w:r>
      <w:r>
        <w:rPr>
          <w:b/>
          <w:bCs/>
        </w:rPr>
        <w:t xml:space="preserve">depths in the water below.</w:t>
      </w:r>
      <w:r>
        <w:br/>
      </w:r>
      <w:r>
        <w:t xml:space="preserve">    (a) taking on as one's own</w:t>
      </w:r>
      <w:r>
        <w:br/>
      </w:r>
      <w:r>
        <w:t xml:space="preserve">    (b) differing; or changing</w:t>
      </w:r>
      <w:r>
        <w:br/>
      </w:r>
      <w:r>
        <w:t xml:space="preserve">    (c) gaining advantage from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Winter King is human and is still subject to the ruling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Parliament</w:t>
      </w:r>
      <w:r>
        <w:rPr>
          <w:b/>
          <w:bCs/>
        </w:rPr>
        <w:t xml:space="preserve">.</w:t>
      </w:r>
      <w:r>
        <w:br/>
      </w:r>
      <w:r>
        <w:t xml:space="preserve">    (a) someone who believes that all knowledge is derived from experience</w:t>
      </w:r>
      <w:r>
        <w:br/>
      </w:r>
      <w:r>
        <w:t xml:space="preserve">    (b) legislative assembly that passes laws (existing in some countries)</w:t>
      </w:r>
      <w:r>
        <w:br/>
      </w:r>
      <w:r>
        <w:t xml:space="preserve">    (c) a place where conditions are kept as they were to protect wildlife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Useless as a buck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centaur</w:t>
      </w:r>
      <w:r>
        <w:rPr>
          <w:b/>
          <w:bCs/>
        </w:rPr>
        <w:t xml:space="preserve"> </w:t>
      </w:r>
      <w:r>
        <w:rPr>
          <w:b/>
          <w:bCs/>
        </w:rPr>
        <w:t xml:space="preserve">in a dairy, that one.</w:t>
      </w:r>
      <w:r>
        <w:br/>
      </w:r>
      <w:r>
        <w:t xml:space="preserve">    (a) a mythical being that is half man and half horse</w:t>
      </w:r>
      <w:r>
        <w:br/>
      </w:r>
      <w:r>
        <w:t xml:space="preserve">    (b) the act, process, or instance of telling a story</w:t>
      </w:r>
      <w:r>
        <w:br/>
      </w:r>
      <w:r>
        <w:t xml:space="preserve">    (c) a general feeling of not being as good as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ship, intuitive as ever, called upon her unique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motive</w:t>
      </w:r>
      <w:r>
        <w:rPr>
          <w:b/>
          <w:bCs/>
        </w:rPr>
        <w:t xml:space="preserve"> </w:t>
      </w:r>
      <w:r>
        <w:rPr>
          <w:b/>
          <w:bCs/>
        </w:rPr>
        <w:t xml:space="preserve">power and made full speed away from the fray.</w:t>
      </w:r>
      <w:r>
        <w:br/>
      </w:r>
      <w:r>
        <w:t xml:space="preserve">    (a) the sacred writings of Islam</w:t>
      </w:r>
      <w:r>
        <w:br/>
      </w:r>
      <w:r>
        <w:t xml:space="preserve">    (b) small quantity or indication</w:t>
      </w:r>
      <w:r>
        <w:br/>
      </w:r>
      <w:r>
        <w:t xml:space="preserve">    (c) reason (for doing something)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are a great deal of annotations in modern English, but there's no hierarchy to it, no order, other than a rough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chronological</w:t>
      </w:r>
      <w:r>
        <w:rPr>
          <w:b/>
          <w:bCs/>
        </w:rPr>
        <w:t xml:space="preserve"> </w:t>
      </w:r>
      <w:r>
        <w:rPr>
          <w:b/>
          <w:bCs/>
        </w:rPr>
        <w:t xml:space="preserve">one.</w:t>
      </w:r>
      <w:r>
        <w:br/>
      </w:r>
      <w:r>
        <w:t xml:space="preserve">    (a) arranged according to time</w:t>
      </w:r>
      <w:r>
        <w:br/>
      </w:r>
      <w:r>
        <w:t xml:space="preserve">    (b) able to meet and talk with</w:t>
      </w:r>
      <w:r>
        <w:br/>
      </w:r>
      <w:r>
        <w:t xml:space="preserve">    (c) the quality of disagreeing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Curious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Diversity</w:t>
      </w:r>
      <w:r>
        <w:rPr>
          <w:b/>
          <w:bCs/>
        </w:rPr>
        <w:t xml:space="preserve"> </w:t>
      </w:r>
      <w:r>
        <w:rPr>
          <w:b/>
          <w:bCs/>
        </w:rPr>
        <w:t xml:space="preserve">passed through an immense stone gate, bracketed by two equally massive statues.</w:t>
      </w:r>
      <w:r>
        <w:br/>
      </w:r>
      <w:r>
        <w:t xml:space="preserve">    (a) classical music in which a theme is introduced and then extended and developed through some number of successive imitations</w:t>
      </w:r>
      <w:r>
        <w:br/>
      </w:r>
      <w:r>
        <w:t xml:space="preserve">    (b) the ability and tendency to determine what should be done and to start doing it without instruction; or to start something</w:t>
      </w:r>
      <w:r>
        <w:br/>
      </w:r>
      <w:r>
        <w:t xml:space="preserve">    (c) the condition of variety -- especially in reference to members of a population group who are of different races or cultures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"The claim," he said, "has been made by one of Arthur's own kinsmen, and as such ought not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disputed</w:t>
      </w:r>
      <w:r>
        <w:rPr>
          <w:b/>
          <w:bCs/>
        </w:rPr>
        <w:t xml:space="preserve">."</w:t>
      </w:r>
      <w:r>
        <w:br/>
      </w:r>
      <w:r>
        <w:t xml:space="preserve">    (a) not having taken power or responsibility</w:t>
      </w:r>
      <w:r>
        <w:br/>
      </w:r>
      <w:r>
        <w:t xml:space="preserve">    (b) challenged (argued about)</w:t>
      </w:r>
      <w:r>
        <w:br/>
      </w:r>
      <w:r>
        <w:t xml:space="preserve">    (c) compensated for a loss; or paid a reward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doubt he called on the dragons for every little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dispute</w:t>
      </w:r>
      <w:r>
        <w:rPr>
          <w:b/>
          <w:bCs/>
        </w:rPr>
        <w:t xml:space="preserve">," said John, "but the possibility would certainly have been an effective deterrent."</w:t>
      </w:r>
      <w:r>
        <w:br/>
      </w:r>
      <w:r>
        <w:t xml:space="preserve">    (a) a basic building block for proteins</w:t>
      </w:r>
      <w:r>
        <w:br/>
      </w:r>
      <w:r>
        <w:t xml:space="preserve">    (b) someone who believe in a single God</w:t>
      </w:r>
      <w:r>
        <w:br/>
      </w:r>
      <w:r>
        <w:t xml:space="preserve">    (c) disagreement or fight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says, basically, 'Declare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allegiance</w:t>
      </w:r>
      <w:r>
        <w:rPr>
          <w:b/>
          <w:bCs/>
        </w:rPr>
        <w:t xml:space="preserve">, and be welcomed.'</w:t>
      </w:r>
      <w:r>
        <w:br/>
      </w:r>
      <w:r>
        <w:t xml:space="preserve">    (a) thought</w:t>
      </w:r>
      <w:r>
        <w:br/>
      </w:r>
      <w:r>
        <w:t xml:space="preserve">    (b) loyalty</w:t>
      </w:r>
      <w:r>
        <w:br/>
      </w:r>
      <w:r>
        <w:t xml:space="preserve">    (c) payment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Aven began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retort</w:t>
      </w:r>
      <w:r>
        <w:rPr>
          <w:b/>
          <w:bCs/>
        </w:rPr>
        <w:t xml:space="preserve"> </w:t>
      </w:r>
      <w:r>
        <w:rPr>
          <w:b/>
          <w:bCs/>
        </w:rPr>
        <w:t xml:space="preserve">something about not being servile to men, but the dragon's tone and manner was so respectful that she could not refuse.</w:t>
      </w:r>
      <w:r>
        <w:br/>
      </w:r>
      <w:r>
        <w:t xml:space="preserve">    (a) quickly reply</w:t>
      </w:r>
      <w:r>
        <w:br/>
      </w:r>
      <w:r>
        <w:t xml:space="preserve">    (b) stop fighting</w:t>
      </w:r>
      <w:r>
        <w:br/>
      </w:r>
      <w:r>
        <w:t xml:space="preserve">    (c) make possible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</w:t>
      </w:r>
      <w:r>
        <w:rPr>
          <w:b/>
          <w:bCs/>
          <w:u w:val="single"/>
        </w:rPr>
        <w:t xml:space="preserve">Consensus</w:t>
      </w:r>
      <w:r>
        <w:rPr>
          <w:b/>
          <w:bCs/>
        </w:rPr>
        <w:t xml:space="preserve">," said John.</w:t>
      </w:r>
      <w:r>
        <w:br/>
      </w:r>
      <w:r>
        <w:t xml:space="preserve">    (a) the quality of being continuous</w:t>
      </w:r>
      <w:r>
        <w:br/>
      </w:r>
      <w:r>
        <w:t xml:space="preserve">    (b) doubt (that something is true)</w:t>
      </w:r>
      <w:r>
        <w:br/>
      </w:r>
      <w:r>
        <w:t xml:space="preserve">    (c) agreement by a group as a whole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Only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continuity</w:t>
      </w:r>
      <w:r>
        <w:rPr>
          <w:b/>
          <w:bCs/>
        </w:rPr>
        <w:t xml:space="preserve"> </w:t>
      </w:r>
      <w:r>
        <w:rPr>
          <w:b/>
          <w:bCs/>
        </w:rPr>
        <w:t xml:space="preserve">of human rule kept the other races in check.</w:t>
      </w:r>
      <w:r>
        <w:br/>
      </w:r>
      <w:r>
        <w:t xml:space="preserve">    (a) consistency</w:t>
      </w:r>
      <w:r>
        <w:br/>
      </w:r>
      <w:r>
        <w:t xml:space="preserve">    (b) translation</w:t>
      </w:r>
      <w:r>
        <w:br/>
      </w:r>
      <w:r>
        <w:t xml:space="preserve">    (c) storyteller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hail of arrows and spears showered the deck as they sped past the Black Dragon, and Aven climbed onto the rigging to get a better look at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adversary</w:t>
      </w:r>
      <w:r>
        <w:rPr>
          <w:b/>
          <w:bCs/>
        </w:rPr>
        <w:t xml:space="preserve">.</w:t>
      </w:r>
      <w:r>
        <w:br/>
      </w:r>
      <w:r>
        <w:t xml:space="preserve">    (a) opponent</w:t>
      </w:r>
      <w:r>
        <w:br/>
      </w:r>
      <w:r>
        <w:t xml:space="preserve">    (b) reporter</w:t>
      </w:r>
      <w:r>
        <w:br/>
      </w:r>
      <w:r>
        <w:t xml:space="preserve">    (c) disorder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Winter King moved on to Bert, smiling in what was almost an expression of old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camaraderie</w:t>
      </w:r>
      <w:r>
        <w:rPr>
          <w:b/>
          <w:bCs/>
        </w:rPr>
        <w:t xml:space="preserve">.</w:t>
      </w:r>
      <w:r>
        <w:br/>
      </w:r>
      <w:r>
        <w:t xml:space="preserve">    (a) close friendship amongst a group of people</w:t>
      </w:r>
      <w:r>
        <w:br/>
      </w:r>
      <w:r>
        <w:t xml:space="preserve">    (b) the degree of not being easily set on fire</w:t>
      </w:r>
      <w:r>
        <w:br/>
      </w:r>
      <w:r>
        <w:t xml:space="preserve">    (c) not appropriate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Winter King hefted the parcel in his hand and snorted, giving the order without even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cursory</w:t>
      </w:r>
      <w:r>
        <w:rPr>
          <w:b/>
          <w:bCs/>
        </w:rPr>
        <w:t xml:space="preserve"> </w:t>
      </w:r>
      <w:r>
        <w:rPr>
          <w:b/>
          <w:bCs/>
        </w:rPr>
        <w:t xml:space="preserve">backward glance.</w:t>
      </w:r>
      <w:r>
        <w:br/>
      </w:r>
      <w:r>
        <w:t xml:space="preserve">    (a) quick (without attention to detail)</w:t>
      </w:r>
      <w:r>
        <w:br/>
      </w:r>
      <w:r>
        <w:t xml:space="preserve">    (b) full of strong desire for something</w:t>
      </w:r>
      <w:r>
        <w:br/>
      </w:r>
      <w:r>
        <w:t xml:space="preserve">    (c) in a manner that takes on or adopts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Author's Note History is comprised less of certainty than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supposition</w:t>
      </w:r>
      <w:r>
        <w:rPr>
          <w:b/>
          <w:bCs/>
        </w:rPr>
        <w:t xml:space="preserve">.</w:t>
      </w:r>
      <w:r>
        <w:br/>
      </w:r>
      <w:r>
        <w:t xml:space="preserve">    (a) a powerful stimulant drug that increases activity in the brain and nervous system -- often addictive</w:t>
      </w:r>
      <w:r>
        <w:br/>
      </w:r>
      <w:r>
        <w:t xml:space="preserve">    (b) something supposed (rather than something known to be so) -- such as a disputed belief or assumption</w:t>
      </w:r>
      <w:r>
        <w:br/>
      </w:r>
      <w:r>
        <w:t xml:space="preserve">    (c) nerve cells running from the base of the skull to the lower back and enclosed by vertebrae in adults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2026-07-31T16:58:13Z</dcterms:created>
  <dcterms:modified xsi:type="dcterms:W3CDTF">2026-07-31T16:58:13Z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