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ce62097ae5e57446ea9f52bc52a2c9291f6506"/>
    <w:p>
      <w:pPr>
        <w:pStyle w:val="Heading1"/>
      </w:pPr>
      <w:r>
        <w:rPr>
          <w:b/>
          <w:bCs/>
        </w:rPr>
        <w:t xml:space="preserve">Henry IV, Part 2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tried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banish</w:t>
      </w:r>
      <w:r>
        <w:rPr>
          <w:b/>
          <w:bCs/>
        </w:rPr>
        <w:t xml:space="preserve"> </w:t>
      </w:r>
      <w:r>
        <w:rPr>
          <w:b/>
          <w:bCs/>
        </w:rPr>
        <w:t xml:space="preserve">the thought from my mind.</w:t>
      </w:r>
      <w:r>
        <w:br/>
      </w:r>
      <w:r>
        <w:t xml:space="preserve">    (a) understand</w:t>
      </w:r>
      <w:r>
        <w:br/>
      </w:r>
      <w:r>
        <w:t xml:space="preserve">    (b) send away</w:t>
      </w:r>
      <w:r>
        <w:br/>
      </w:r>
      <w:r>
        <w:t xml:space="preserve">    (c) collect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closed the prayer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beseeching</w:t>
      </w:r>
      <w:r>
        <w:rPr>
          <w:b/>
          <w:bCs/>
        </w:rPr>
        <w:t xml:space="preserve"> </w:t>
      </w:r>
      <w:r>
        <w:rPr>
          <w:b/>
          <w:bCs/>
        </w:rPr>
        <w:t xml:space="preserve">God to grant them wisdom and patience.</w:t>
      </w:r>
      <w:r>
        <w:br/>
      </w:r>
      <w:r>
        <w:t xml:space="preserve">    (a) demanding</w:t>
      </w:r>
      <w:r>
        <w:br/>
      </w:r>
      <w:r>
        <w:t xml:space="preserve">    (b) instructing</w:t>
      </w:r>
      <w:r>
        <w:br/>
      </w:r>
      <w:r>
        <w:t xml:space="preserve">    (c) asking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like Twitter for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brevity</w:t>
      </w:r>
      <w:r>
        <w:rPr>
          <w:b/>
          <w:bCs/>
        </w:rPr>
        <w:t xml:space="preserve">.</w:t>
      </w:r>
      <w:r>
        <w:br/>
      </w:r>
      <w:r>
        <w:t xml:space="preserve">    (a) short texts</w:t>
      </w:r>
      <w:r>
        <w:br/>
      </w:r>
      <w:r>
        <w:t xml:space="preserve">    (b) clever texts</w:t>
      </w:r>
      <w:r>
        <w:br/>
      </w:r>
      <w:r>
        <w:t xml:space="preserve">    (c) varied texts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commend</w:t>
      </w:r>
      <w:r>
        <w:rPr>
          <w:b/>
          <w:bCs/>
        </w:rPr>
        <w:t xml:space="preserve"> </w:t>
      </w:r>
      <w:r>
        <w:rPr>
          <w:b/>
          <w:bCs/>
        </w:rPr>
        <w:t xml:space="preserve">her dedication.</w:t>
      </w:r>
      <w:r>
        <w:br/>
      </w:r>
      <w:r>
        <w:t xml:space="preserve">    (a) miss</w:t>
      </w:r>
      <w:r>
        <w:br/>
      </w:r>
      <w:r>
        <w:t xml:space="preserve">    (b) envy</w:t>
      </w:r>
      <w:r>
        <w:br/>
      </w:r>
      <w:r>
        <w:t xml:space="preserve">    (c) praise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entrance created quite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commotion</w:t>
      </w:r>
      <w:r>
        <w:rPr>
          <w:b/>
          <w:bCs/>
        </w:rPr>
        <w:t xml:space="preserve">.</w:t>
      </w:r>
      <w:r>
        <w:br/>
      </w:r>
      <w:r>
        <w:t xml:space="preserve">    (a) outburst of laughter</w:t>
      </w:r>
      <w:r>
        <w:br/>
      </w:r>
      <w:r>
        <w:t xml:space="preserve">    (b) accident</w:t>
      </w:r>
      <w:r>
        <w:br/>
      </w:r>
      <w:r>
        <w:t xml:space="preserve">    (c) disturbance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derive</w:t>
      </w:r>
      <w:r>
        <w:rPr>
          <w:b/>
          <w:bCs/>
        </w:rPr>
        <w:t xml:space="preserve"> </w:t>
      </w:r>
      <w:r>
        <w:rPr>
          <w:b/>
          <w:bCs/>
        </w:rPr>
        <w:t xml:space="preserve">pleasure from my work.</w:t>
      </w:r>
      <w:r>
        <w:br/>
      </w:r>
      <w:r>
        <w:t xml:space="preserve">    (a) refuse</w:t>
      </w:r>
      <w:r>
        <w:br/>
      </w:r>
      <w:r>
        <w:t xml:space="preserve">    (b) obtain</w:t>
      </w:r>
      <w:r>
        <w:br/>
      </w:r>
      <w:r>
        <w:t xml:space="preserve">    (c) ignore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too much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</w:t>
      </w:r>
      <w:r>
        <w:rPr>
          <w:b/>
          <w:bCs/>
        </w:rPr>
        <w:t xml:space="preserve"> </w:t>
      </w:r>
      <w:r>
        <w:rPr>
          <w:b/>
          <w:bCs/>
        </w:rPr>
        <w:t xml:space="preserve">in their home.</w:t>
      </w:r>
      <w:r>
        <w:br/>
      </w:r>
      <w:r>
        <w:t xml:space="preserve">    (a) uncritical agreement</w:t>
      </w:r>
      <w:r>
        <w:br/>
      </w:r>
      <w:r>
        <w:t xml:space="preserve">    (b) conflict</w:t>
      </w:r>
      <w:r>
        <w:br/>
      </w:r>
      <w:r>
        <w:t xml:space="preserve">    (c) loud noise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incident, support for the policy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ebbed</w:t>
      </w:r>
      <w:r>
        <w:rPr>
          <w:b/>
          <w:bCs/>
        </w:rPr>
        <w:t xml:space="preserve">.</w:t>
      </w:r>
      <w:r>
        <w:br/>
      </w:r>
      <w:r>
        <w:t xml:space="preserve">    (a) declined</w:t>
      </w:r>
      <w:r>
        <w:br/>
      </w:r>
      <w:r>
        <w:t xml:space="preserve">    (b) disappeared</w:t>
      </w:r>
      <w:r>
        <w:br/>
      </w:r>
      <w:r>
        <w:t xml:space="preserve">    (c) increased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should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forswear</w:t>
      </w:r>
      <w:r>
        <w:rPr>
          <w:b/>
          <w:bCs/>
        </w:rPr>
        <w:t xml:space="preserve"> </w:t>
      </w:r>
      <w:r>
        <w:rPr>
          <w:b/>
          <w:bCs/>
        </w:rPr>
        <w:t xml:space="preserve">contributions from special interest groups.</w:t>
      </w:r>
      <w:r>
        <w:br/>
      </w:r>
      <w:r>
        <w:t xml:space="preserve">    (a) make public</w:t>
      </w:r>
      <w:r>
        <w:br/>
      </w:r>
      <w:r>
        <w:t xml:space="preserve">    (b) stop (taking)</w:t>
      </w:r>
      <w:r>
        <w:br/>
      </w:r>
      <w:r>
        <w:t xml:space="preserve">    (c) take advantage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didn’t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heed</w:t>
      </w:r>
      <w:r>
        <w:rPr>
          <w:b/>
          <w:bCs/>
        </w:rPr>
        <w:t xml:space="preserve"> </w:t>
      </w:r>
      <w:r>
        <w:rPr>
          <w:b/>
          <w:bCs/>
        </w:rPr>
        <w:t xml:space="preserve">the storm warnings and got caught in the heavy rain.</w:t>
      </w:r>
      <w:r>
        <w:br/>
      </w:r>
      <w:r>
        <w:t xml:space="preserve">    (a) pay attention to</w:t>
      </w:r>
      <w:r>
        <w:br/>
      </w:r>
      <w:r>
        <w:t xml:space="preserve">    (b) tell others of</w:t>
      </w:r>
      <w:r>
        <w:br/>
      </w:r>
      <w:r>
        <w:t xml:space="preserve">    (c) pass through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Though 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loath</w:t>
      </w:r>
      <w:r>
        <w:rPr>
          <w:b/>
          <w:bCs/>
        </w:rPr>
        <w:t xml:space="preserve"> </w:t>
      </w:r>
      <w:r>
        <w:rPr>
          <w:b/>
          <w:bCs/>
        </w:rPr>
        <w:t xml:space="preserve">to admit it, there are serious divides splitting the party.</w:t>
      </w:r>
      <w:r>
        <w:br/>
      </w:r>
      <w:r>
        <w:t xml:space="preserve">    (a) are excited</w:t>
      </w:r>
      <w:r>
        <w:br/>
      </w:r>
      <w:r>
        <w:t xml:space="preserve">    (b) are eager</w:t>
      </w:r>
      <w:r>
        <w:br/>
      </w:r>
      <w:r>
        <w:t xml:space="preserve">    (c) are reluctant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journalist's investigation put her in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peril</w:t>
      </w:r>
      <w:r>
        <w:rPr>
          <w:b/>
          <w:bCs/>
        </w:rPr>
        <w:t xml:space="preserve">.</w:t>
      </w:r>
      <w:r>
        <w:br/>
      </w:r>
      <w:r>
        <w:t xml:space="preserve">    (a) weariness</w:t>
      </w:r>
      <w:r>
        <w:br/>
      </w:r>
      <w:r>
        <w:t xml:space="preserve">    (b) fame</w:t>
      </w:r>
      <w:r>
        <w:br/>
      </w:r>
      <w:r>
        <w:t xml:space="preserve">    (c) danger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committee expressed a desire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redress</w:t>
      </w:r>
      <w:r>
        <w:rPr>
          <w:b/>
          <w:bCs/>
        </w:rPr>
        <w:t xml:space="preserve"> </w:t>
      </w:r>
      <w:r>
        <w:rPr>
          <w:b/>
          <w:bCs/>
        </w:rPr>
        <w:t xml:space="preserve">the oversight.</w:t>
      </w:r>
      <w:r>
        <w:br/>
      </w:r>
      <w:r>
        <w:t xml:space="preserve">    (a) investigate</w:t>
      </w:r>
      <w:r>
        <w:br/>
      </w:r>
      <w:r>
        <w:t xml:space="preserve">    (b) make up for</w:t>
      </w:r>
      <w:r>
        <w:br/>
      </w:r>
      <w:r>
        <w:t xml:space="preserve">    (c) change clothing after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reveres</w:t>
      </w:r>
      <w:r>
        <w:rPr>
          <w:b/>
          <w:bCs/>
        </w:rPr>
        <w:t xml:space="preserve"> </w:t>
      </w:r>
      <w:r>
        <w:rPr>
          <w:b/>
          <w:bCs/>
        </w:rPr>
        <w:t xml:space="preserve">nature and all that is natural.</w:t>
      </w:r>
      <w:r>
        <w:br/>
      </w:r>
      <w:r>
        <w:t xml:space="preserve">    (a) deeply respects</w:t>
      </w:r>
      <w:r>
        <w:br/>
      </w:r>
      <w:r>
        <w:t xml:space="preserve">    (b) dislikes and avoids</w:t>
      </w:r>
      <w:r>
        <w:br/>
      </w:r>
      <w:r>
        <w:t xml:space="preserve">    (c) thoroughly enjoys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computer programmer went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rogue</w:t>
      </w:r>
      <w:r>
        <w:rPr>
          <w:b/>
          <w:bCs/>
        </w:rPr>
        <w:t xml:space="preserve"> </w:t>
      </w:r>
      <w:r>
        <w:rPr>
          <w:b/>
          <w:bCs/>
        </w:rPr>
        <w:t xml:space="preserve">and started leaking classified files without permission.</w:t>
      </w:r>
      <w:r>
        <w:br/>
      </w:r>
      <w:r>
        <w:t xml:space="preserve">    (a) exhausted</w:t>
      </w:r>
      <w:r>
        <w:br/>
      </w:r>
      <w:r>
        <w:t xml:space="preserve">    (b) untrustworthy</w:t>
      </w:r>
      <w:r>
        <w:br/>
      </w:r>
      <w:r>
        <w:t xml:space="preserve">    (c) unconcerned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coach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scorns</w:t>
      </w:r>
      <w:r>
        <w:rPr>
          <w:b/>
          <w:bCs/>
        </w:rPr>
        <w:t xml:space="preserve"> </w:t>
      </w:r>
      <w:r>
        <w:rPr>
          <w:b/>
          <w:bCs/>
        </w:rPr>
        <w:t xml:space="preserve">students who don't have natural ability.</w:t>
      </w:r>
      <w:r>
        <w:br/>
      </w:r>
      <w:r>
        <w:t xml:space="preserve">    (a) trains</w:t>
      </w:r>
      <w:r>
        <w:br/>
      </w:r>
      <w:r>
        <w:t xml:space="preserve">    (b) encourages</w:t>
      </w:r>
      <w:r>
        <w:br/>
      </w:r>
      <w:r>
        <w:t xml:space="preserve">    (c) disrespects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scruples</w:t>
      </w:r>
      <w:r>
        <w:rPr>
          <w:b/>
          <w:bCs/>
        </w:rPr>
        <w:t xml:space="preserve"> </w:t>
      </w:r>
      <w:r>
        <w:rPr>
          <w:b/>
          <w:bCs/>
        </w:rPr>
        <w:t xml:space="preserve">were not so strong as to withstand her friend's arguments.</w:t>
      </w:r>
      <w:r>
        <w:br/>
      </w:r>
      <w:r>
        <w:t xml:space="preserve">    (a) principles that discourage certain kinds of action</w:t>
      </w:r>
      <w:r>
        <w:br/>
      </w:r>
      <w:r>
        <w:t xml:space="preserve">    (b) firmness of purpose</w:t>
      </w:r>
      <w:r>
        <w:br/>
      </w:r>
      <w:r>
        <w:t xml:space="preserve">    (c) known facts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cowboy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swaggered</w:t>
      </w:r>
      <w:r>
        <w:rPr>
          <w:b/>
          <w:bCs/>
        </w:rPr>
        <w:t xml:space="preserve"> </w:t>
      </w:r>
      <w:r>
        <w:rPr>
          <w:b/>
          <w:bCs/>
        </w:rPr>
        <w:t xml:space="preserve">into the saloon with his holster unstrapped.</w:t>
      </w:r>
      <w:r>
        <w:br/>
      </w:r>
      <w:r>
        <w:t xml:space="preserve">    (a) walked confidently</w:t>
      </w:r>
      <w:r>
        <w:br/>
      </w:r>
      <w:r>
        <w:t xml:space="preserve">    (b) limped with difficulty</w:t>
      </w:r>
      <w:r>
        <w:br/>
      </w:r>
      <w:r>
        <w:t xml:space="preserve">    (c) snuck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served her country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valor</w:t>
      </w:r>
      <w:r>
        <w:rPr>
          <w:b/>
          <w:bCs/>
        </w:rPr>
        <w:t xml:space="preserve">.</w:t>
      </w:r>
      <w:r>
        <w:br/>
      </w:r>
      <w:r>
        <w:t xml:space="preserve">    (a) courage</w:t>
      </w:r>
      <w:r>
        <w:br/>
      </w:r>
      <w:r>
        <w:t xml:space="preserve">    (b) enthusiasm</w:t>
      </w:r>
      <w:r>
        <w:br/>
      </w:r>
      <w:r>
        <w:t xml:space="preserve">    (c) wisdom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need someone with both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zeal</w:t>
      </w:r>
      <w:r>
        <w:rPr>
          <w:b/>
          <w:bCs/>
        </w:rPr>
        <w:t xml:space="preserve"> </w:t>
      </w:r>
      <w:r>
        <w:rPr>
          <w:b/>
          <w:bCs/>
        </w:rPr>
        <w:t xml:space="preserve">and ability.</w:t>
      </w:r>
      <w:r>
        <w:br/>
      </w:r>
      <w:r>
        <w:t xml:space="preserve">    (a) honesty</w:t>
      </w:r>
      <w:r>
        <w:br/>
      </w:r>
      <w:r>
        <w:t xml:space="preserve">    (b) enthusiasm</w:t>
      </w:r>
      <w:r>
        <w:br/>
      </w:r>
      <w:r>
        <w:t xml:space="preserve">    (c) patience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2026-07-31T14:29:36Z</dcterms:created>
  <dcterms:modified xsi:type="dcterms:W3CDTF">2026-07-31T14:29:36Z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