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9e6eaff43f834b188f00cfdb9be7323dba3c83"/>
    <w:p>
      <w:pPr>
        <w:pStyle w:val="Heading1"/>
      </w:pPr>
      <w:r>
        <w:rPr>
          <w:b/>
          <w:bCs/>
        </w:rPr>
        <w:t xml:space="preserve">Henry IV, Part 2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abridged</w:t>
      </w:r>
      <w:r>
        <w:rPr>
          <w:b/>
          <w:bCs/>
        </w:rPr>
        <w:t xml:space="preserve"> </w:t>
      </w:r>
      <w:r>
        <w:rPr>
          <w:b/>
          <w:bCs/>
        </w:rPr>
        <w:t xml:space="preserve">version of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Don Quixote</w:t>
      </w:r>
      <w:r>
        <w:rPr>
          <w:b/>
          <w:bCs/>
        </w:rPr>
        <w:t xml:space="preserve"> </w:t>
      </w:r>
      <w:r>
        <w:rPr>
          <w:b/>
          <w:bCs/>
        </w:rPr>
        <w:t xml:space="preserve">that deleted the extra tales in order to focus on the central story.</w:t>
      </w:r>
      <w:r>
        <w:br/>
      </w:r>
      <w:r>
        <w:t xml:space="preserve">    (a) children's</w:t>
      </w:r>
      <w:r>
        <w:br/>
      </w:r>
      <w:r>
        <w:t xml:space="preserve">    (b) modern</w:t>
      </w:r>
      <w:r>
        <w:br/>
      </w:r>
      <w:r>
        <w:t xml:space="preserve">    (c) shortened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Adams was asked to create a "treaty of peace,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commerce."</w:t>
      </w:r>
      <w:r>
        <w:br/>
      </w:r>
      <w:r>
        <w:t xml:space="preserve">    (a) a state where everyone profits financially</w:t>
      </w:r>
      <w:r>
        <w:br/>
      </w:r>
      <w:r>
        <w:t xml:space="preserve">    (b) a state of friendly relations</w:t>
      </w:r>
      <w:r>
        <w:br/>
      </w:r>
      <w:r>
        <w:t xml:space="preserve">    (c) a state where those in disagreement are separated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canvass</w:t>
      </w:r>
      <w:r>
        <w:rPr>
          <w:b/>
          <w:bCs/>
        </w:rPr>
        <w:t xml:space="preserve"> </w:t>
      </w:r>
      <w:r>
        <w:rPr>
          <w:b/>
          <w:bCs/>
        </w:rPr>
        <w:t xml:space="preserve">the neighborhood to gather support for the candidate.</w:t>
      </w:r>
      <w:r>
        <w:br/>
      </w:r>
      <w:r>
        <w:t xml:space="preserve">    (a) set up a stage in</w:t>
      </w:r>
      <w:r>
        <w:br/>
      </w:r>
      <w:r>
        <w:t xml:space="preserve">    (b) report news from</w:t>
      </w:r>
      <w:r>
        <w:br/>
      </w:r>
      <w:r>
        <w:t xml:space="preserve">    (c) go door-to-door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not bring herself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</w:t>
      </w:r>
      <w:r>
        <w:rPr>
          <w:b/>
          <w:bCs/>
        </w:rPr>
        <w:t xml:space="preserve"> </w:t>
      </w:r>
      <w:r>
        <w:rPr>
          <w:b/>
          <w:bCs/>
        </w:rPr>
        <w:t xml:space="preserve">publicly, but she honored her promise by not discussing her concerns.</w:t>
      </w:r>
      <w:r>
        <w:br/>
      </w:r>
      <w:r>
        <w:t xml:space="preserve">    (a) criticize</w:t>
      </w:r>
      <w:r>
        <w:br/>
      </w:r>
      <w:r>
        <w:t xml:space="preserve">    (b) help</w:t>
      </w:r>
      <w:r>
        <w:br/>
      </w:r>
      <w:r>
        <w:t xml:space="preserve">    (c) 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enforced</w:t>
      </w:r>
      <w:r>
        <w:br/>
      </w:r>
      <w:r>
        <w:t xml:space="preserve">    (b) threatened</w:t>
      </w:r>
      <w:r>
        <w:br/>
      </w:r>
      <w:r>
        <w:t xml:space="preserve">    (c) restricted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interpret</w:t>
      </w:r>
      <w:r>
        <w:br/>
      </w:r>
      <w:r>
        <w:t xml:space="preserve">    (b) record</w:t>
      </w:r>
      <w:r>
        <w:br/>
      </w:r>
      <w:r>
        <w:t xml:space="preserve">    (c) destroy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provide funds for</w:t>
      </w:r>
      <w:r>
        <w:br/>
      </w:r>
      <w:r>
        <w:t xml:space="preserve">    (b) discourage</w:t>
      </w:r>
      <w:r>
        <w:br/>
      </w:r>
      <w:r>
        <w:t xml:space="preserve">    (c) show favor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bakery filled the window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delectable</w:t>
      </w:r>
      <w:r>
        <w:rPr>
          <w:b/>
          <w:bCs/>
        </w:rPr>
        <w:t xml:space="preserve"> </w:t>
      </w:r>
      <w:r>
        <w:rPr>
          <w:b/>
          <w:bCs/>
        </w:rPr>
        <w:t xml:space="preserve">pastries and cakes.</w:t>
      </w:r>
      <w:r>
        <w:br/>
      </w:r>
      <w:r>
        <w:t xml:space="preserve">    (a) ordinary</w:t>
      </w:r>
      <w:r>
        <w:br/>
      </w:r>
      <w:r>
        <w:t xml:space="preserve">    (b) expensive</w:t>
      </w:r>
      <w:r>
        <w:br/>
      </w:r>
      <w:r>
        <w:t xml:space="preserve">    (c) delicious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influence or effect</w:t>
      </w:r>
      <w:r>
        <w:br/>
      </w:r>
      <w:r>
        <w:t xml:space="preserve">    (b) gain advantage from</w:t>
      </w:r>
      <w:r>
        <w:br/>
      </w:r>
      <w:r>
        <w:t xml:space="preserve">    (c) to not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wander</w:t>
      </w:r>
      <w:r>
        <w:br/>
      </w:r>
      <w:r>
        <w:t xml:space="preserve">    (b) compete</w:t>
      </w:r>
      <w:r>
        <w:br/>
      </w:r>
      <w:r>
        <w:t xml:space="preserve">    (c) elaborate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parent/child</w:t>
      </w:r>
      <w:r>
        <w:br/>
      </w:r>
      <w:r>
        <w:t xml:space="preserve">    (b) owner/pet</w:t>
      </w:r>
      <w:r>
        <w:br/>
      </w:r>
      <w:r>
        <w:t xml:space="preserve">    (c) friend/friend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re-entered negotiations in an attempt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forestall</w:t>
      </w:r>
      <w:r>
        <w:rPr>
          <w:b/>
          <w:bCs/>
        </w:rPr>
        <w:t xml:space="preserve"> </w:t>
      </w:r>
      <w:r>
        <w:rPr>
          <w:b/>
          <w:bCs/>
        </w:rPr>
        <w:t xml:space="preserve">bankruptcy.</w:t>
      </w:r>
      <w:r>
        <w:br/>
      </w:r>
      <w:r>
        <w:t xml:space="preserve">    (a) delay</w:t>
      </w:r>
      <w:r>
        <w:br/>
      </w:r>
      <w:r>
        <w:t xml:space="preserve">    (b) support</w:t>
      </w:r>
      <w:r>
        <w:br/>
      </w:r>
      <w:r>
        <w:t xml:space="preserve">    (c)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lambs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gamboling</w:t>
      </w:r>
      <w:r>
        <w:rPr>
          <w:b/>
          <w:bCs/>
        </w:rPr>
        <w:t xml:space="preserve"> </w:t>
      </w:r>
      <w:r>
        <w:rPr>
          <w:b/>
          <w:bCs/>
        </w:rPr>
        <w:t xml:space="preserve">in the meadow.</w:t>
      </w:r>
      <w:r>
        <w:br/>
      </w:r>
      <w:r>
        <w:t xml:space="preserve">    (a) eating</w:t>
      </w:r>
      <w:r>
        <w:br/>
      </w:r>
      <w:r>
        <w:t xml:space="preserve">    (b) hiding</w:t>
      </w:r>
      <w:r>
        <w:br/>
      </w:r>
      <w:r>
        <w:t xml:space="preserve">    (c) frolicking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thoughtfully kind</w:t>
      </w:r>
      <w:r>
        <w:br/>
      </w:r>
      <w:r>
        <w:t xml:space="preserve">    (c) disrespectfully bold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devious</w:t>
      </w:r>
      <w:r>
        <w:br/>
      </w:r>
      <w:r>
        <w:t xml:space="preserve">    (b) harmful and hidden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</w:t>
      </w:r>
      <w:r>
        <w:rPr>
          <w:b/>
          <w:bCs/>
        </w:rPr>
        <w:t xml:space="preserve"> </w:t>
      </w:r>
      <w:r>
        <w:rPr>
          <w:b/>
          <w:bCs/>
        </w:rPr>
        <w:t xml:space="preserve">of U.S. foreign policy.</w:t>
      </w:r>
      <w:r>
        <w:br/>
      </w:r>
      <w:r>
        <w:t xml:space="preserve">    (a) rule</w:t>
      </w:r>
      <w:r>
        <w:br/>
      </w:r>
      <w:r>
        <w:t xml:space="preserve">    (b) problem</w:t>
      </w:r>
      <w:r>
        <w:br/>
      </w:r>
      <w:r>
        <w:t xml:space="preserve">    (c) 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joined</w:t>
      </w:r>
      <w:r>
        <w:br/>
      </w:r>
      <w:r>
        <w:t xml:space="preserve">    (b) rejected</w:t>
      </w:r>
      <w:r>
        <w:br/>
      </w:r>
      <w:r>
        <w:t xml:space="preserve">    (c) founded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surfeit</w:t>
      </w:r>
      <w:r>
        <w:rPr>
          <w:b/>
          <w:bCs/>
        </w:rPr>
        <w:t xml:space="preserve"> </w:t>
      </w:r>
      <w:r>
        <w:rPr>
          <w:b/>
          <w:bCs/>
        </w:rPr>
        <w:t xml:space="preserve">of beer, but not enough food.</w:t>
      </w:r>
      <w:r>
        <w:br/>
      </w:r>
      <w:r>
        <w:t xml:space="preserve">    (a) excessive amount</w:t>
      </w:r>
      <w:r>
        <w:br/>
      </w:r>
      <w:r>
        <w:t xml:space="preserve">    (b) variety</w:t>
      </w:r>
      <w:r>
        <w:br/>
      </w:r>
      <w:r>
        <w:t xml:space="preserve">    (c) shortage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wrested</w:t>
      </w:r>
      <w:r>
        <w:rPr>
          <w:b/>
          <w:bCs/>
        </w:rPr>
        <w:t xml:space="preserve"> </w:t>
      </w:r>
      <w:r>
        <w:rPr>
          <w:b/>
          <w:bCs/>
        </w:rPr>
        <w:t xml:space="preserve">power from the old government.</w:t>
      </w:r>
      <w:r>
        <w:br/>
      </w:r>
      <w:r>
        <w:t xml:space="preserve">    (a) gave</w:t>
      </w:r>
      <w:r>
        <w:br/>
      </w:r>
      <w:r>
        <w:t xml:space="preserve">    (b) understood</w:t>
      </w:r>
      <w:r>
        <w:br/>
      </w:r>
      <w:r>
        <w:t xml:space="preserve">    (c) took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2026-07-31T14:29:37Z</dcterms:created>
  <dcterms:modified xsi:type="dcterms:W3CDTF">2026-07-31T14:29:37Z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