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76c4d9d42cdcaa708806a1d4289a3de98cda6d"/>
    <w:p>
      <w:pPr>
        <w:pStyle w:val="Heading1"/>
      </w:pPr>
      <w:r>
        <w:rPr>
          <w:b/>
          <w:bCs/>
        </w:rPr>
        <w:t xml:space="preserve">Henry IV, Part 2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still-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wavering multitude,</w:t>
      </w:r>
      <w:r>
        <w:br/>
      </w:r>
      <w:r>
        <w:t xml:space="preserve">    (a) unable or difficult to meet and talk with</w:t>
      </w:r>
      <w:r>
        <w:br/>
      </w:r>
      <w:r>
        <w:t xml:space="preserve">    (b) without purpose, job, or natural activity</w:t>
      </w:r>
      <w:r>
        <w:br/>
      </w:r>
      <w:r>
        <w:t xml:space="preserve">    (c) disagreeing/conflicting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is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derived</w:t>
      </w:r>
      <w:r>
        <w:rPr>
          <w:b/>
          <w:bCs/>
        </w:rPr>
        <w:t xml:space="preserve">?</w:t>
      </w:r>
      <w:r>
        <w:br/>
      </w:r>
      <w:r>
        <w:t xml:space="preserve">    (a) cut</w:t>
      </w:r>
      <w:r>
        <w:br/>
      </w:r>
      <w:r>
        <w:t xml:space="preserve">    (b) got</w:t>
      </w:r>
      <w:r>
        <w:br/>
      </w:r>
      <w:r>
        <w:t xml:space="preserve">    (c) hid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as poor as Job, my lord, but not so patient: your lordship may minister the potion of imprisonment to me in respect of poverty; but how I should be your patient to follow your prescriptions, the wise may make some dram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</w:t>
      </w:r>
      <w:r>
        <w:rPr>
          <w:b/>
          <w:bCs/>
        </w:rPr>
        <w:t xml:space="preserve">, or indeed a scruple itself.</w:t>
      </w:r>
      <w:r>
        <w:br/>
      </w:r>
      <w:r>
        <w:t xml:space="preserve">    (a) an ethical or moral principle that discourages certain kinds of action</w:t>
      </w:r>
      <w:r>
        <w:br/>
      </w:r>
      <w:r>
        <w:t xml:space="preserve">    (b) speak in a manner that does not clearly express an opinion or decision</w:t>
      </w:r>
      <w:r>
        <w:br/>
      </w:r>
      <w:r>
        <w:t xml:space="preserve">    (c) to stick out, attract more attention than desired, or impose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Virtue is of so little regard in these costermonger times that true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valour</w:t>
      </w:r>
      <w:r>
        <w:rPr>
          <w:b/>
          <w:bCs/>
        </w:rPr>
        <w:t xml:space="preserve"> </w:t>
      </w:r>
      <w:r>
        <w:rPr>
          <w:b/>
          <w:bCs/>
        </w:rPr>
        <w:t xml:space="preserve">is turned bear-herd; pregnancy is made a tapster, and hath his quick wit wasted in giving reckonings: all the other gifts appertinent to man, as the malice of this age shapes them, are not worth a gooseberry.</w:t>
      </w:r>
      <w:r>
        <w:br/>
      </w:r>
      <w:r>
        <w:t xml:space="preserve">    (a) a long race that is shorter than the typical long race of about 26 miles</w:t>
      </w:r>
      <w:r>
        <w:br/>
      </w:r>
      <w:r>
        <w:t xml:space="preserve">    (b) exceedingly powerful bomb whose energy comes from the splitting of atoms</w:t>
      </w:r>
      <w:r>
        <w:br/>
      </w:r>
      <w:r>
        <w:t xml:space="preserve">    (c) exceptional or heroic courage when facing danger -- especially in battle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Commend</w:t>
      </w:r>
      <w:r>
        <w:rPr>
          <w:b/>
          <w:bCs/>
        </w:rPr>
        <w:t xml:space="preserve"> </w:t>
      </w:r>
      <w:r>
        <w:rPr>
          <w:b/>
          <w:bCs/>
        </w:rPr>
        <w:t xml:space="preserve">me to my cousin Westmoreland.</w:t>
      </w:r>
      <w:r>
        <w:br/>
      </w:r>
      <w:r>
        <w:t xml:space="preserve">    (a) gain advantage from</w:t>
      </w:r>
      <w:r>
        <w:br/>
      </w:r>
      <w:r>
        <w:t xml:space="preserve">    (b) recommend (express a favorable opinion of)</w:t>
      </w:r>
      <w:r>
        <w:br/>
      </w:r>
      <w:r>
        <w:t xml:space="preserve">    (c) influence or effect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of him; he stabbed me in mine own house, and that most beastly: in good faith, he cares not what mischief he does, if his weapon be out: he will foin like any devil; he will spare neither man, woman, nor child.</w:t>
      </w:r>
      <w:r>
        <w:br/>
      </w:r>
      <w:r>
        <w:t xml:space="preserve">    (a) pay close attention to; or do what is suggested</w:t>
      </w:r>
      <w:r>
        <w:br/>
      </w:r>
      <w:r>
        <w:t xml:space="preserve">    (b) adjusted excessively or made up for excessively</w:t>
      </w:r>
      <w:r>
        <w:br/>
      </w:r>
      <w:r>
        <w:t xml:space="preserve">    (c) a non-doctor who assisted a women in childbirth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Pray thee, Sir John, let it be but twenty nobles: i' faith, 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pawn my plate, so God save me, la!</w:t>
      </w:r>
      <w:r>
        <w:br/>
      </w:r>
      <w:r>
        <w:t xml:space="preserve">    (a) reluctant or unwilling to do something</w:t>
      </w:r>
      <w:r>
        <w:br/>
      </w:r>
      <w:r>
        <w:t xml:space="preserve">    (b) able to accept as true (without proof)</w:t>
      </w:r>
      <w:r>
        <w:br/>
      </w:r>
      <w:r>
        <w:t xml:space="preserve">    (c) able to be protected or kept unchanged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will imitate the honourable Romans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:" he sure means brevity in breath, short-winded.</w:t>
      </w:r>
      <w:r>
        <w:br/>
      </w:r>
      <w:r>
        <w:t xml:space="preserve">    (a) the process of excessive encouragement or excitement</w:t>
      </w:r>
      <w:r>
        <w:br/>
      </w:r>
      <w:r>
        <w:t xml:space="preserve">    (b) the use of just a few words; or lasting a short time</w:t>
      </w:r>
      <w:r>
        <w:br/>
      </w:r>
      <w:r>
        <w:t xml:space="preserve">    (c) the ability to take or adopt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Hang him,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swaggering</w:t>
      </w:r>
      <w:r>
        <w:rPr>
          <w:b/>
          <w:bCs/>
        </w:rPr>
        <w:t xml:space="preserve"> </w:t>
      </w:r>
      <w:r>
        <w:rPr>
          <w:b/>
          <w:bCs/>
        </w:rPr>
        <w:t xml:space="preserve">rascal!</w:t>
      </w:r>
      <w:r>
        <w:br/>
      </w:r>
      <w:r>
        <w:t xml:space="preserve">    (a) giving an opinion of what is wrong with something</w:t>
      </w:r>
      <w:r>
        <w:br/>
      </w:r>
      <w:r>
        <w:t xml:space="preserve">    (b) expressing regret for having done something wrong</w:t>
      </w:r>
      <w:r>
        <w:br/>
      </w:r>
      <w:r>
        <w:t xml:space="preserve">    (c) walking and behaving in a highly confident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 </w:t>
      </w:r>
      <w:r>
        <w:rPr>
          <w:b/>
          <w:bCs/>
        </w:rPr>
        <w:t xml:space="preserve">you, scurvy companion.</w:t>
      </w:r>
      <w:r>
        <w:br/>
      </w:r>
      <w:r>
        <w:t xml:space="preserve">    (a) move from more general to more specific</w:t>
      </w:r>
      <w:r>
        <w:br/>
      </w:r>
      <w:r>
        <w:t xml:space="preserve">    (b) not answer questions; or block progress</w:t>
      </w:r>
      <w:r>
        <w:br/>
      </w:r>
      <w:r>
        <w:t xml:space="preserve">    (c) disrespect or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</w:t>
      </w:r>
      <w:r>
        <w:rPr>
          <w:b/>
          <w:bCs/>
        </w:rPr>
        <w:t xml:space="preserve"> </w:t>
      </w:r>
      <w:r>
        <w:rPr>
          <w:b/>
          <w:bCs/>
        </w:rPr>
        <w:t xml:space="preserve">keeping house, afore I'll be in these tirrits and frights.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to decide to stop doing something; or to renounce or disavow something</w:t>
      </w:r>
      <w:r>
        <w:br/>
      </w:r>
      <w:r>
        <w:t xml:space="preserve">    (c) the reason for doing something; or the level of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O, if this were seen, The happiest youth, viewing his progress through, 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perils</w:t>
      </w:r>
      <w:r>
        <w:rPr>
          <w:b/>
          <w:bCs/>
        </w:rPr>
        <w:t xml:space="preserve"> </w:t>
      </w:r>
      <w:r>
        <w:rPr>
          <w:b/>
          <w:bCs/>
        </w:rPr>
        <w:t xml:space="preserve">past, what crosses to ensue, Would shut the book, and sit him down and die.</w:t>
      </w:r>
      <w:r>
        <w:br/>
      </w:r>
      <w:r>
        <w:t xml:space="preserve">    (a) allowed</w:t>
      </w:r>
      <w:r>
        <w:br/>
      </w:r>
      <w:r>
        <w:t xml:space="preserve">    (b) attacks</w:t>
      </w:r>
      <w:r>
        <w:br/>
      </w:r>
      <w:r>
        <w:t xml:space="preserve">    (c) dangers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 see them,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</w:t>
      </w:r>
      <w:r>
        <w:rPr>
          <w:b/>
          <w:bCs/>
        </w:rPr>
        <w:t xml:space="preserve"> </w:t>
      </w:r>
      <w:r>
        <w:rPr>
          <w:b/>
          <w:bCs/>
        </w:rPr>
        <w:t xml:space="preserve">you.</w:t>
      </w:r>
      <w:r>
        <w:br/>
      </w:r>
      <w:r>
        <w:t xml:space="preserve">    (a) to spread to other parts of the body</w:t>
      </w:r>
      <w:r>
        <w:br/>
      </w:r>
      <w:r>
        <w:t xml:space="preserve">    (b) to ask strongly or beg for something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peer hath been suborn'd to grate on you, That you should seal this lawless bloody book Of forged rebellion with a seal divine And consecrate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commotion</w:t>
      </w:r>
      <w:r>
        <w:rPr>
          <w:b/>
          <w:bCs/>
        </w:rPr>
        <w:t xml:space="preserve">'s bitter edge?</w:t>
      </w:r>
      <w:r>
        <w:br/>
      </w:r>
      <w:r>
        <w:t xml:space="preserve">    (a) size or dimension</w:t>
      </w:r>
      <w:r>
        <w:br/>
      </w:r>
      <w:r>
        <w:t xml:space="preserve">    (b) circular movement</w:t>
      </w:r>
      <w:r>
        <w:br/>
      </w:r>
      <w:r>
        <w:t xml:space="preserve">    (c) noisy disturbance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no need of any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redress</w:t>
      </w:r>
      <w:r>
        <w:rPr>
          <w:b/>
          <w:bCs/>
        </w:rPr>
        <w:t xml:space="preserve">;</w:t>
      </w:r>
      <w:r>
        <w:br/>
      </w:r>
      <w:r>
        <w:rPr>
          <w:b/>
          <w:bCs/>
        </w:rPr>
        <w:t xml:space="preserve">Or if there were, it not belongs to you.</w:t>
      </w:r>
      <w:r>
        <w:br/>
      </w:r>
      <w:r>
        <w:t xml:space="preserve">    (a) learn, discover, or decide in advance</w:t>
      </w:r>
      <w:r>
        <w:br/>
      </w:r>
      <w:r>
        <w:t xml:space="preserve">    (b) making up for a wrong</w:t>
      </w:r>
      <w:r>
        <w:br/>
      </w:r>
      <w:r>
        <w:t xml:space="preserve">    (c) a quick look or partial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Chide him for faults, and do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reverently</w:t>
      </w:r>
      <w:r>
        <w:rPr>
          <w:b/>
          <w:bCs/>
        </w:rPr>
        <w:t xml:space="preserve">,</w:t>
      </w:r>
      <w:r>
        <w:br/>
      </w:r>
      <w:r>
        <w:t xml:space="preserve">    (a) showing deep respect and admiration</w:t>
      </w:r>
      <w:r>
        <w:br/>
      </w:r>
      <w:r>
        <w:t xml:space="preserve">    (b) in a manner that is not appropriate or different than would be expected in size, amount, or degree</w:t>
      </w:r>
      <w:r>
        <w:br/>
      </w:r>
      <w:r>
        <w:t xml:space="preserve">    (c) with nervousness or discomfort felt by someone due to concern about what others will think of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river hath thrice flow'd,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ebb</w:t>
      </w:r>
      <w:r>
        <w:rPr>
          <w:b/>
          <w:bCs/>
        </w:rPr>
        <w:t xml:space="preserve"> </w:t>
      </w:r>
      <w:r>
        <w:rPr>
          <w:b/>
          <w:bCs/>
        </w:rPr>
        <w:t xml:space="preserve">between; And the old folk, time's doting chronicles, Say it did so a little time before That our great-grandsire, Edward, sick'd and died.</w:t>
      </w:r>
      <w:r>
        <w:br/>
      </w:r>
      <w:r>
        <w:t xml:space="preserve">    (a) make something more attractive or interesting by adding to it</w:t>
      </w:r>
      <w:r>
        <w:br/>
      </w:r>
      <w:r>
        <w:t xml:space="preserve">    (b) a large structure separate from a main structure or temporary</w:t>
      </w:r>
      <w:r>
        <w:br/>
      </w:r>
      <w:r>
        <w:t xml:space="preserve">    (c) decline -- typically gradually as with the height of the tide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Come,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rogue</w:t>
      </w:r>
      <w:r>
        <w:rPr>
          <w:b/>
          <w:bCs/>
        </w:rPr>
        <w:t xml:space="preserve">, come; bring me to a justice.</w:t>
      </w:r>
      <w:r>
        <w:br/>
      </w:r>
      <w:r>
        <w:t xml:space="preserve">    (a) deceitful person</w:t>
      </w:r>
      <w:r>
        <w:br/>
      </w:r>
      <w:r>
        <w:t xml:space="preserve">    (b) lymph node -- one of many bean-sized organs that filter bacteria and other toxins from circulating white-blood-cell filled lymph fluid</w:t>
      </w:r>
      <w:r>
        <w:br/>
      </w:r>
      <w:r>
        <w:t xml:space="preserve">    (c) when what happens is very different than what might be expected; or when things are together that seem like they don't belong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zeal</w:t>
      </w:r>
      <w:r>
        <w:rPr>
          <w:b/>
          <w:bCs/>
        </w:rPr>
        <w:t xml:space="preserve"> </w:t>
      </w:r>
      <w:r>
        <w:rPr>
          <w:b/>
          <w:bCs/>
        </w:rPr>
        <w:t xml:space="preserve">I had to see him</w:t>
      </w:r>
      <w:r>
        <w:br/>
      </w:r>
      <w:r>
        <w:t xml:space="preserve">    (a) active interest and enthusiasm</w:t>
      </w:r>
      <w:r>
        <w:br/>
      </w:r>
      <w:r>
        <w:t xml:space="preserve">    (b) relating to the chest (thorax)</w:t>
      </w:r>
      <w:r>
        <w:br/>
      </w:r>
      <w:r>
        <w:t xml:space="preserve">    (c) made by taking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like this fair proceeding of the king's: He hath intent his wonted followers Shall all be very well provided for; But all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banish'd</w:t>
      </w:r>
      <w:r>
        <w:rPr>
          <w:b/>
          <w:bCs/>
        </w:rPr>
        <w:t xml:space="preserve"> </w:t>
      </w:r>
      <w:r>
        <w:rPr>
          <w:b/>
          <w:bCs/>
        </w:rPr>
        <w:t xml:space="preserve">till their conversations Appear more wise and modest to the world.</w:t>
      </w:r>
      <w:r>
        <w:br/>
      </w:r>
      <w:r>
        <w:t xml:space="preserve">    (a) thought -- possibly aloud</w:t>
      </w:r>
      <w:r>
        <w:br/>
      </w:r>
      <w:r>
        <w:t xml:space="preserve">    (b) expelled or gotten rid of</w:t>
      </w:r>
      <w:r>
        <w:br/>
      </w:r>
      <w:r>
        <w:t xml:space="preserve">    (c) was abundant or plentiful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2026-07-31T14:29:36Z</dcterms:created>
  <dcterms:modified xsi:type="dcterms:W3CDTF">2026-07-31T14:29:36Z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