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e3bb6cfc7c59c4d0cb961489e6ffd21c4f6d1a"/>
    <w:p>
      <w:pPr>
        <w:pStyle w:val="Heading1"/>
      </w:pPr>
      <w:r>
        <w:rPr>
          <w:b/>
          <w:bCs/>
        </w:rPr>
        <w:t xml:space="preserve">Henry IV, Part 2</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My lord your son had only but the corpse, But shadows and the shows of men, to fight; For that same word, rebellion, did divide The action of their bodies from their souls; And they did fight with queasiness,</w:t>
      </w:r>
      <w:r>
        <w:rPr>
          <w:b/>
          <w:bCs/>
        </w:rPr>
        <w:t xml:space="preserve"> </w:t>
      </w:r>
      <w:r>
        <w:rPr>
          <w:b/>
          <w:bCs/>
          <w:u w:val="single"/>
        </w:rPr>
        <w:t xml:space="preserve">constrain'd</w:t>
      </w:r>
      <w:r>
        <w:rPr>
          <w:b/>
          <w:bCs/>
        </w:rPr>
        <w:t xml:space="preserve">, As men drink potions, that their weapons only Seem'd on our side; but, for their spirits and souls, This word, rebellion, it had froze them up, As fish are in a pond.</w:t>
      </w:r>
      <w:r>
        <w:br/>
      </w:r>
      <w:r>
        <w:t xml:space="preserve">    (a) stopped (something from happening)</w:t>
      </w:r>
      <w:r>
        <w:br/>
      </w:r>
      <w:r>
        <w:t xml:space="preserve">    (b) restricted; or lacking spontaneity</w:t>
      </w:r>
      <w:r>
        <w:br/>
      </w:r>
      <w:r>
        <w:t xml:space="preserve">    (c) not provided with investment funds</w:t>
      </w:r>
    </w:p>
    <w:p>
      <w:pPr>
        <w:pStyle w:val="Compact"/>
        <w:numPr>
          <w:ilvl w:val="0"/>
          <w:numId w:val="1001"/>
        </w:numPr>
      </w:pPr>
      <w:r>
        <w:rPr>
          <w:b/>
          <w:bCs/>
        </w:rPr>
        <w:t xml:space="preserve">When we mean to build, We first survey the plot, then draw the model; And when we see the figure of the house, Then we must rate the cost of the erection; Which if we find outweighs ability, What do we then but draw anew the model In fewer offices, or at least</w:t>
      </w:r>
      <w:r>
        <w:rPr>
          <w:b/>
          <w:bCs/>
        </w:rPr>
        <w:t xml:space="preserve"> </w:t>
      </w:r>
      <w:r>
        <w:rPr>
          <w:b/>
          <w:bCs/>
          <w:u w:val="single"/>
        </w:rPr>
        <w:t xml:space="preserve">desist</w:t>
      </w:r>
      <w:r>
        <w:rPr>
          <w:b/>
          <w:bCs/>
        </w:rPr>
        <w:t xml:space="preserve"> </w:t>
      </w:r>
      <w:r>
        <w:rPr>
          <w:b/>
          <w:bCs/>
        </w:rPr>
        <w:t xml:space="preserve">To build at all?</w:t>
      </w:r>
      <w:r>
        <w:br/>
      </w:r>
      <w:r>
        <w:t xml:space="preserve">    (a) gain advantage from</w:t>
      </w:r>
      <w:r>
        <w:br/>
      </w:r>
      <w:r>
        <w:t xml:space="preserve">    (b) influence or effect</w:t>
      </w:r>
      <w:r>
        <w:br/>
      </w:r>
      <w:r>
        <w:t xml:space="preserve">    (c) to not do something</w:t>
      </w:r>
    </w:p>
    <w:p>
      <w:pPr>
        <w:pStyle w:val="Compact"/>
        <w:numPr>
          <w:ilvl w:val="0"/>
          <w:numId w:val="1001"/>
        </w:numPr>
      </w:pPr>
      <w:r>
        <w:rPr>
          <w:b/>
          <w:bCs/>
        </w:rPr>
        <w:t xml:space="preserve">The commonwealth is sick of their own choice; Their over-greedy love hath</w:t>
      </w:r>
      <w:r>
        <w:rPr>
          <w:b/>
          <w:bCs/>
        </w:rPr>
        <w:t xml:space="preserve"> </w:t>
      </w:r>
      <w:r>
        <w:rPr>
          <w:b/>
          <w:bCs/>
          <w:u w:val="single"/>
        </w:rPr>
        <w:t xml:space="preserve">surfeited</w:t>
      </w:r>
      <w:r>
        <w:rPr>
          <w:b/>
          <w:bCs/>
        </w:rPr>
        <w:t xml:space="preserve">: An habitation giddy and unsure Hath he that buildeth on the vulgar heart.</w:t>
      </w:r>
      <w:r>
        <w:br/>
      </w:r>
      <w:r>
        <w:t xml:space="preserve">    (a) an excessive amount; or to overindulge</w:t>
      </w:r>
      <w:r>
        <w:br/>
      </w:r>
      <w:r>
        <w:t xml:space="preserve">    (b) differed notably in brightness or tone</w:t>
      </w:r>
      <w:r>
        <w:br/>
      </w:r>
      <w:r>
        <w:t xml:space="preserve">    (c) adjusted a lens to make an image clear</w:t>
      </w:r>
    </w:p>
    <w:p>
      <w:pPr>
        <w:pStyle w:val="Compact"/>
        <w:numPr>
          <w:ilvl w:val="0"/>
          <w:numId w:val="1001"/>
        </w:numPr>
      </w:pPr>
      <w:r>
        <w:rPr>
          <w:b/>
          <w:bCs/>
        </w:rPr>
        <w:t xml:space="preserve">You call honourable boldness</w:t>
      </w:r>
      <w:r>
        <w:rPr>
          <w:b/>
          <w:bCs/>
        </w:rPr>
        <w:t xml:space="preserve"> </w:t>
      </w:r>
      <w:r>
        <w:rPr>
          <w:b/>
          <w:bCs/>
          <w:u w:val="single"/>
        </w:rPr>
        <w:t xml:space="preserve">impudent</w:t>
      </w:r>
      <w:r>
        <w:rPr>
          <w:b/>
          <w:bCs/>
        </w:rPr>
        <w:t xml:space="preserve"> </w:t>
      </w:r>
      <w:r>
        <w:rPr>
          <w:b/>
          <w:bCs/>
        </w:rPr>
        <w:t xml:space="preserve">sauciness:</w:t>
      </w:r>
      <w:r>
        <w:br/>
      </w:r>
      <w:r>
        <w:t xml:space="preserve">    (a) disrespectful boldness</w:t>
      </w:r>
      <w:r>
        <w:br/>
      </w:r>
      <w:r>
        <w:t xml:space="preserve">    (b) working against psychosis (any severe mental disorder in which contact with reality is lost or highly distorted)</w:t>
      </w:r>
      <w:r>
        <w:br/>
      </w:r>
      <w:r>
        <w:t xml:space="preserve">    (c) alternative medicine using extremely diluted doses of a substance to treat the same symptoms larger doses cause</w:t>
      </w:r>
    </w:p>
    <w:p>
      <w:pPr>
        <w:pStyle w:val="Compact"/>
        <w:numPr>
          <w:ilvl w:val="0"/>
          <w:numId w:val="1001"/>
        </w:numPr>
      </w:pPr>
      <w:r>
        <w:rPr>
          <w:b/>
          <w:bCs/>
        </w:rPr>
        <w:t xml:space="preserve">God's light, these villains will make the word as</w:t>
      </w:r>
      <w:r>
        <w:rPr>
          <w:b/>
          <w:bCs/>
        </w:rPr>
        <w:t xml:space="preserve"> </w:t>
      </w:r>
      <w:r>
        <w:rPr>
          <w:b/>
          <w:bCs/>
          <w:u w:val="single"/>
        </w:rPr>
        <w:t xml:space="preserve">odious</w:t>
      </w:r>
      <w:r>
        <w:rPr>
          <w:b/>
          <w:bCs/>
        </w:rPr>
        <w:t xml:space="preserve"> </w:t>
      </w:r>
      <w:r>
        <w:rPr>
          <w:b/>
          <w:bCs/>
        </w:rPr>
        <w:t xml:space="preserve">as the word "occupy;" which was an excellent good word before it was ill sorted: therefore captains had need look to't.</w:t>
      </w:r>
      <w:r>
        <w:br/>
      </w:r>
      <w:r>
        <w:t xml:space="preserve">    (a) the degree to which something is able to change or is different</w:t>
      </w:r>
      <w:r>
        <w:br/>
      </w:r>
      <w:r>
        <w:t xml:space="preserve">    (b) extremely unpleasant, disgusting, dislikable, or worthy of hate</w:t>
      </w:r>
      <w:r>
        <w:br/>
      </w:r>
      <w:r>
        <w:t xml:space="preserve">    (c) not trustworthy, or improper, or attracting unwelcome attention</w:t>
      </w:r>
    </w:p>
    <w:p>
      <w:pPr>
        <w:pStyle w:val="Compact"/>
        <w:numPr>
          <w:ilvl w:val="0"/>
          <w:numId w:val="1001"/>
        </w:numPr>
      </w:pPr>
      <w:r>
        <w:rPr>
          <w:b/>
          <w:bCs/>
        </w:rPr>
        <w:t xml:space="preserve">Then death rock me asleep,</w:t>
      </w:r>
      <w:r>
        <w:rPr>
          <w:b/>
          <w:bCs/>
        </w:rPr>
        <w:t xml:space="preserve"> </w:t>
      </w:r>
      <w:r>
        <w:rPr>
          <w:b/>
          <w:bCs/>
          <w:u w:val="single"/>
        </w:rPr>
        <w:t xml:space="preserve">abridge</w:t>
      </w:r>
      <w:r>
        <w:rPr>
          <w:b/>
          <w:bCs/>
        </w:rPr>
        <w:t xml:space="preserve"> </w:t>
      </w:r>
      <w:r>
        <w:rPr>
          <w:b/>
          <w:bCs/>
        </w:rPr>
        <w:t xml:space="preserve">my doleful days!</w:t>
      </w:r>
      <w:r>
        <w:br/>
      </w:r>
      <w:r>
        <w:t xml:space="preserve">    (a) deeply involve; or intermix with complications or difficulties</w:t>
      </w:r>
      <w:r>
        <w:br/>
      </w:r>
      <w:r>
        <w:t xml:space="preserve">    (b) shorten</w:t>
      </w:r>
      <w:r>
        <w:br/>
      </w:r>
      <w:r>
        <w:t xml:space="preserve">    (c) stimulates; or reflects brilliant light in a flickering manner</w:t>
      </w:r>
    </w:p>
    <w:p>
      <w:pPr>
        <w:pStyle w:val="Compact"/>
        <w:numPr>
          <w:ilvl w:val="0"/>
          <w:numId w:val="1001"/>
        </w:numPr>
      </w:pPr>
      <w:r>
        <w:rPr>
          <w:b/>
          <w:bCs/>
        </w:rPr>
        <w:t xml:space="preserve">Do, an thou darest for thy heart: an thou dost, I'll</w:t>
      </w:r>
      <w:r>
        <w:rPr>
          <w:b/>
          <w:bCs/>
        </w:rPr>
        <w:t xml:space="preserve"> </w:t>
      </w:r>
      <w:r>
        <w:rPr>
          <w:b/>
          <w:bCs/>
          <w:u w:val="single"/>
        </w:rPr>
        <w:t xml:space="preserve">canvass</w:t>
      </w:r>
      <w:r>
        <w:rPr>
          <w:b/>
          <w:bCs/>
        </w:rPr>
        <w:t xml:space="preserve"> </w:t>
      </w:r>
      <w:r>
        <w:rPr>
          <w:b/>
          <w:bCs/>
        </w:rPr>
        <w:t xml:space="preserve">thee between a pair of sheets.</w:t>
      </w:r>
      <w:r>
        <w:br/>
      </w:r>
      <w:r>
        <w:t xml:space="preserve">    (a) to investigate; or an investigation; or an instrument used for investigation</w:t>
      </w:r>
      <w:r>
        <w:br/>
      </w:r>
      <w:r>
        <w:t xml:space="preserve">    (b) surgically interrupt nerve tracts to and from the frontal lobe of the brain</w:t>
      </w:r>
      <w:r>
        <w:br/>
      </w:r>
      <w:r>
        <w:t xml:space="preserve">    (c) get the opinions (of people) by asking specific questions; or solicit votes</w:t>
      </w:r>
    </w:p>
    <w:p>
      <w:pPr>
        <w:pStyle w:val="Compact"/>
        <w:numPr>
          <w:ilvl w:val="0"/>
          <w:numId w:val="1001"/>
        </w:numPr>
      </w:pPr>
      <w:r>
        <w:rPr>
          <w:b/>
          <w:bCs/>
        </w:rPr>
        <w:t xml:space="preserve">Because their legs are both of a bigness, and a' plays at quoits well, and eats conger and fennel, and drinks off candles' ends for flap-dragons, and rides the wild-mare with the boys, and jumps upon joined-stools, and swears with a good grace, and wears his boots very smooth, like unto the sign of the leg, and breeds no bate with telling of discreet stories; and such other</w:t>
      </w:r>
      <w:r>
        <w:rPr>
          <w:b/>
          <w:bCs/>
        </w:rPr>
        <w:t xml:space="preserve"> </w:t>
      </w:r>
      <w:r>
        <w:rPr>
          <w:b/>
          <w:bCs/>
          <w:u w:val="single"/>
        </w:rPr>
        <w:t xml:space="preserve">gambol</w:t>
      </w:r>
      <w:r>
        <w:rPr>
          <w:b/>
          <w:bCs/>
        </w:rPr>
        <w:t xml:space="preserve"> </w:t>
      </w:r>
      <w:r>
        <w:rPr>
          <w:b/>
          <w:bCs/>
        </w:rPr>
        <w:t xml:space="preserve">faculties a' has, that show a weak mind and an able body, for the which the prince admits him: for the prince himself is such another; the weight of a hair will turn the scales between their avoirdupois.</w:t>
      </w:r>
      <w:r>
        <w:br/>
      </w:r>
      <w:r>
        <w:t xml:space="preserve">    (a) frolic (skip, leap, and/or run around in a happy, playful manner)</w:t>
      </w:r>
      <w:r>
        <w:br/>
      </w:r>
      <w:r>
        <w:t xml:space="preserve">    (b) suffer through (or put up with something difficult or unpleasant)</w:t>
      </w:r>
      <w:r>
        <w:br/>
      </w:r>
      <w:r>
        <w:t xml:space="preserve">    (c) communication through gestures and body movements (without words)</w:t>
      </w:r>
    </w:p>
    <w:p>
      <w:pPr>
        <w:pStyle w:val="Compact"/>
        <w:numPr>
          <w:ilvl w:val="0"/>
          <w:numId w:val="1001"/>
        </w:numPr>
      </w:pPr>
      <w:r>
        <w:rPr>
          <w:b/>
          <w:bCs/>
        </w:rPr>
        <w:t xml:space="preserve">The dangers of the days but newly gone, Whose memory is written on the earth With yet appearing blood, and the examples Of every minute's instance, present now, Hath put us in these ill-beseeming arms, Not to break peace or any branch of it, But to establish here a peace indeed,</w:t>
      </w:r>
      <w:r>
        <w:rPr>
          <w:b/>
          <w:bCs/>
        </w:rPr>
        <w:t xml:space="preserve"> </w:t>
      </w:r>
      <w:r>
        <w:rPr>
          <w:b/>
          <w:bCs/>
          <w:u w:val="single"/>
        </w:rPr>
        <w:t xml:space="preserve">Concurring</w:t>
      </w:r>
      <w:r>
        <w:rPr>
          <w:b/>
          <w:bCs/>
        </w:rPr>
        <w:t xml:space="preserve">, both in name and quality.</w:t>
      </w:r>
      <w:r>
        <w:br/>
      </w:r>
      <w:r>
        <w:t xml:space="preserve">    (a) fighting</w:t>
      </w:r>
      <w:r>
        <w:br/>
      </w:r>
      <w:r>
        <w:t xml:space="preserve">    (b) agreeing</w:t>
      </w:r>
      <w:r>
        <w:br/>
      </w:r>
      <w:r>
        <w:t xml:space="preserve">    (c) changing</w:t>
      </w:r>
    </w:p>
    <w:p>
      <w:pPr>
        <w:pStyle w:val="Compact"/>
        <w:numPr>
          <w:ilvl w:val="0"/>
          <w:numId w:val="1001"/>
        </w:numPr>
      </w:pPr>
      <w:r>
        <w:rPr>
          <w:b/>
          <w:bCs/>
        </w:rPr>
        <w:t xml:space="preserve">O, my good Lord Mowbray,</w:t>
      </w:r>
      <w:r>
        <w:rPr>
          <w:b/>
          <w:bCs/>
        </w:rPr>
        <w:t xml:space="preserve"> </w:t>
      </w:r>
      <w:r>
        <w:rPr>
          <w:b/>
          <w:bCs/>
          <w:u w:val="single"/>
        </w:rPr>
        <w:t xml:space="preserve">Construe</w:t>
      </w:r>
      <w:r>
        <w:rPr>
          <w:b/>
          <w:bCs/>
        </w:rPr>
        <w:t xml:space="preserve"> </w:t>
      </w:r>
      <w:r>
        <w:rPr>
          <w:b/>
          <w:bCs/>
        </w:rPr>
        <w:t xml:space="preserve">the times to their necessities, And you shall say indeed, it is the time, And not the king, that doth you injuries.</w:t>
      </w:r>
      <w:r>
        <w:br/>
      </w:r>
      <w:r>
        <w:t xml:space="preserve">    (a) mark important text; or the text that is marked</w:t>
      </w:r>
      <w:r>
        <w:br/>
      </w:r>
      <w:r>
        <w:t xml:space="preserve">    (b) understand something to have a specific meaning</w:t>
      </w:r>
      <w:r>
        <w:br/>
      </w:r>
      <w:r>
        <w:t xml:space="preserve">    (c) give an opinion of what is wrong with something</w:t>
      </w:r>
    </w:p>
    <w:p>
      <w:pPr>
        <w:pStyle w:val="Compact"/>
        <w:numPr>
          <w:ilvl w:val="0"/>
          <w:numId w:val="1001"/>
        </w:numPr>
      </w:pPr>
      <w:r>
        <w:rPr>
          <w:b/>
          <w:bCs/>
        </w:rPr>
        <w:t xml:space="preserve">But this is mere</w:t>
      </w:r>
      <w:r>
        <w:rPr>
          <w:b/>
          <w:bCs/>
        </w:rPr>
        <w:t xml:space="preserve"> </w:t>
      </w:r>
      <w:r>
        <w:rPr>
          <w:b/>
          <w:bCs/>
          <w:u w:val="single"/>
        </w:rPr>
        <w:t xml:space="preserve">digression</w:t>
      </w:r>
      <w:r>
        <w:rPr>
          <w:b/>
          <w:bCs/>
        </w:rPr>
        <w:t xml:space="preserve"> </w:t>
      </w:r>
      <w:r>
        <w:rPr>
          <w:b/>
          <w:bCs/>
        </w:rPr>
        <w:t xml:space="preserve">from my purpose.</w:t>
      </w:r>
      <w:r>
        <w:br/>
      </w:r>
      <w:r>
        <w:t xml:space="preserve">    (a) wandering from a direct or straight course</w:t>
      </w:r>
      <w:r>
        <w:br/>
      </w:r>
      <w:r>
        <w:t xml:space="preserve">    (b) a series of regularly spaced columns -- typically covered by a roof</w:t>
      </w:r>
      <w:r>
        <w:br/>
      </w:r>
      <w:r>
        <w:t xml:space="preserve">    (c) related to or causing dramatic change; of a supporter of the change</w:t>
      </w:r>
    </w:p>
    <w:p>
      <w:pPr>
        <w:pStyle w:val="Compact"/>
        <w:numPr>
          <w:ilvl w:val="0"/>
          <w:numId w:val="1001"/>
        </w:numPr>
      </w:pPr>
      <w:r>
        <w:rPr>
          <w:b/>
          <w:bCs/>
        </w:rPr>
        <w:t xml:space="preserve">I like them all, and do allow them well, And swear here, by the honour of my blood, My father's purposes have been mistook, And some about him have too lavishly</w:t>
      </w:r>
      <w:r>
        <w:rPr>
          <w:b/>
          <w:bCs/>
        </w:rPr>
        <w:t xml:space="preserve"> </w:t>
      </w:r>
      <w:r>
        <w:rPr>
          <w:b/>
          <w:bCs/>
          <w:u w:val="single"/>
        </w:rPr>
        <w:t xml:space="preserve">Wrested</w:t>
      </w:r>
      <w:r>
        <w:rPr>
          <w:b/>
          <w:bCs/>
        </w:rPr>
        <w:t xml:space="preserve"> </w:t>
      </w:r>
      <w:r>
        <w:rPr>
          <w:b/>
          <w:bCs/>
        </w:rPr>
        <w:t xml:space="preserve">his meaning and authority.</w:t>
      </w:r>
      <w:r>
        <w:br/>
      </w:r>
      <w:r>
        <w:t xml:space="preserve">    (a) controlled (how something turned out)</w:t>
      </w:r>
      <w:r>
        <w:br/>
      </w:r>
      <w:r>
        <w:t xml:space="preserve">    (b) obtain with difficult effort or force</w:t>
      </w:r>
      <w:r>
        <w:br/>
      </w:r>
      <w:r>
        <w:t xml:space="preserve">    (c) protected or kept something as it was</w:t>
      </w:r>
    </w:p>
    <w:p>
      <w:pPr>
        <w:pStyle w:val="Compact"/>
        <w:numPr>
          <w:ilvl w:val="0"/>
          <w:numId w:val="1001"/>
        </w:numPr>
      </w:pPr>
      <w:r>
        <w:rPr>
          <w:b/>
          <w:bCs/>
        </w:rPr>
        <w:t xml:space="preserve">If this may please you, Discharge your powers unto their several counties, As we will ours; and here between the armies Let 's drink together friendly and embrace, That all their eyes may bear those tokens home Of our restored love and</w:t>
      </w:r>
      <w:r>
        <w:rPr>
          <w:b/>
          <w:bCs/>
        </w:rPr>
        <w:t xml:space="preserve"> </w:t>
      </w:r>
      <w:r>
        <w:rPr>
          <w:b/>
          <w:bCs/>
          <w:u w:val="single"/>
        </w:rPr>
        <w:t xml:space="preserve">amity</w:t>
      </w:r>
      <w:r>
        <w:rPr>
          <w:b/>
          <w:bCs/>
        </w:rPr>
        <w:t xml:space="preserve">.</w:t>
      </w:r>
      <w:r>
        <w:br/>
      </w:r>
      <w:r>
        <w:t xml:space="preserve">    (a) aka analysist -- psychiatrist</w:t>
      </w:r>
      <w:r>
        <w:br/>
      </w:r>
      <w:r>
        <w:t xml:space="preserve">    (b) something taken on or adopted</w:t>
      </w:r>
      <w:r>
        <w:br/>
      </w:r>
      <w:r>
        <w:t xml:space="preserve">    (c) a state of friendly relations</w:t>
      </w:r>
    </w:p>
    <w:p>
      <w:pPr>
        <w:pStyle w:val="Compact"/>
        <w:numPr>
          <w:ilvl w:val="0"/>
          <w:numId w:val="1001"/>
        </w:numPr>
      </w:pPr>
      <w:r>
        <w:rPr>
          <w:b/>
          <w:bCs/>
        </w:rPr>
        <w:t xml:space="preserve">It ascends me into the brain; dries me there all the foolish and dull and crudy vapours which environ it; makes it apprehensive, quick, forgetive, full of nimble fiery and</w:t>
      </w:r>
      <w:r>
        <w:rPr>
          <w:b/>
          <w:bCs/>
        </w:rPr>
        <w:t xml:space="preserve"> </w:t>
      </w:r>
      <w:r>
        <w:rPr>
          <w:b/>
          <w:bCs/>
          <w:u w:val="single"/>
        </w:rPr>
        <w:t xml:space="preserve">delectable</w:t>
      </w:r>
      <w:r>
        <w:rPr>
          <w:b/>
          <w:bCs/>
        </w:rPr>
        <w:t xml:space="preserve"> </w:t>
      </w:r>
      <w:r>
        <w:rPr>
          <w:b/>
          <w:bCs/>
        </w:rPr>
        <w:t xml:space="preserve">shapes; which, delivered o'er to the voice, the tongue, which is the birth, becomes excellent wit.</w:t>
      </w:r>
      <w:r>
        <w:br/>
      </w:r>
      <w:r>
        <w:t xml:space="preserve">    (a) relating to logical examination of something to better understand it</w:t>
      </w:r>
      <w:r>
        <w:br/>
      </w:r>
      <w:r>
        <w:t xml:space="preserve">    (b) extremely pleasing -- especially to the sense of taste or to the eye</w:t>
      </w:r>
      <w:r>
        <w:br/>
      </w:r>
      <w:r>
        <w:t xml:space="preserve">    (c) lack of interest; or the process of stopping interaction or interest</w:t>
      </w:r>
    </w:p>
    <w:p>
      <w:pPr>
        <w:pStyle w:val="Compact"/>
        <w:numPr>
          <w:ilvl w:val="0"/>
          <w:numId w:val="1001"/>
        </w:numPr>
      </w:pPr>
      <w:r>
        <w:rPr>
          <w:b/>
          <w:bCs/>
        </w:rPr>
        <w:t xml:space="preserve">Thy due from me Is tears and heavy sorrows of the blood, Which nature, love, and</w:t>
      </w:r>
      <w:r>
        <w:rPr>
          <w:b/>
          <w:bCs/>
        </w:rPr>
        <w:t xml:space="preserve"> </w:t>
      </w:r>
      <w:r>
        <w:rPr>
          <w:b/>
          <w:bCs/>
          <w:u w:val="single"/>
        </w:rPr>
        <w:t xml:space="preserve">filial</w:t>
      </w:r>
      <w:r>
        <w:rPr>
          <w:b/>
          <w:bCs/>
        </w:rPr>
        <w:t xml:space="preserve"> </w:t>
      </w:r>
      <w:r>
        <w:rPr>
          <w:b/>
          <w:bCs/>
        </w:rPr>
        <w:t xml:space="preserve">tenderness, Shall, O dear father, pay thee plenteously: My due from thee is this imperial crown, Which, as immediate from thy place and blood, Derives itself to me.</w:t>
      </w:r>
      <w:r>
        <w:br/>
      </w:r>
      <w:r>
        <w:t xml:space="preserve">    (a) a state similar to sleep where one is unaware of anything</w:t>
      </w:r>
      <w:r>
        <w:br/>
      </w:r>
      <w:r>
        <w:t xml:space="preserve">    (b) relating to the relationship of children to their parents</w:t>
      </w:r>
      <w:r>
        <w:br/>
      </w:r>
      <w:r>
        <w:t xml:space="preserve">    (c) the state of not being aware or concerned about something</w:t>
      </w:r>
    </w:p>
    <w:p>
      <w:pPr>
        <w:pStyle w:val="Compact"/>
        <w:numPr>
          <w:ilvl w:val="0"/>
          <w:numId w:val="1001"/>
        </w:numPr>
      </w:pPr>
      <w:r>
        <w:rPr>
          <w:b/>
          <w:bCs/>
        </w:rPr>
        <w:t xml:space="preserve">canst thou not</w:t>
      </w:r>
      <w:r>
        <w:rPr>
          <w:b/>
          <w:bCs/>
        </w:rPr>
        <w:t xml:space="preserve"> </w:t>
      </w:r>
      <w:r>
        <w:rPr>
          <w:b/>
          <w:bCs/>
          <w:u w:val="single"/>
        </w:rPr>
        <w:t xml:space="preserve">forbear</w:t>
      </w:r>
      <w:r>
        <w:rPr>
          <w:b/>
          <w:bCs/>
        </w:rPr>
        <w:t xml:space="preserve"> </w:t>
      </w:r>
      <w:r>
        <w:rPr>
          <w:b/>
          <w:bCs/>
        </w:rPr>
        <w:t xml:space="preserve">me half an hour?</w:t>
      </w:r>
      <w:r>
        <w:br/>
      </w:r>
      <w:r>
        <w:t xml:space="preserve">    (a) endure (refrain from acting)</w:t>
      </w:r>
      <w:r>
        <w:br/>
      </w:r>
      <w:r>
        <w:t xml:space="preserve">    (b) where attention is concentrated</w:t>
      </w:r>
      <w:r>
        <w:br/>
      </w:r>
      <w:r>
        <w:t xml:space="preserve">    (c) the ability to take on or adopt</w:t>
      </w:r>
    </w:p>
    <w:p>
      <w:pPr>
        <w:pStyle w:val="Compact"/>
        <w:numPr>
          <w:ilvl w:val="0"/>
          <w:numId w:val="1001"/>
        </w:numPr>
      </w:pPr>
      <w:r>
        <w:rPr>
          <w:b/>
          <w:bCs/>
        </w:rPr>
        <w:t xml:space="preserve">Marry, sir, thus; those</w:t>
      </w:r>
      <w:r>
        <w:rPr>
          <w:b/>
          <w:bCs/>
        </w:rPr>
        <w:t xml:space="preserve"> </w:t>
      </w:r>
      <w:r>
        <w:rPr>
          <w:b/>
          <w:bCs/>
          <w:u w:val="single"/>
        </w:rPr>
        <w:t xml:space="preserve">precepts</w:t>
      </w:r>
      <w:r>
        <w:rPr>
          <w:b/>
          <w:bCs/>
        </w:rPr>
        <w:t xml:space="preserve"> </w:t>
      </w:r>
      <w:r>
        <w:rPr>
          <w:b/>
          <w:bCs/>
        </w:rPr>
        <w:t xml:space="preserve">cannot be served; and, again, sir, shall we sow the headland with wheat?</w:t>
      </w:r>
      <w:r>
        <w:br/>
      </w:r>
      <w:r>
        <w:t xml:space="preserve">    (a) unties or releases</w:t>
      </w:r>
      <w:r>
        <w:br/>
      </w:r>
      <w:r>
        <w:t xml:space="preserve">    (b) sharp hooked claws</w:t>
      </w:r>
      <w:r>
        <w:br/>
      </w:r>
      <w:r>
        <w:t xml:space="preserve">    (c) rules for behavior</w:t>
      </w:r>
    </w:p>
    <w:p>
      <w:pPr>
        <w:pStyle w:val="Compact"/>
        <w:numPr>
          <w:ilvl w:val="0"/>
          <w:numId w:val="1001"/>
        </w:numPr>
      </w:pPr>
      <w:r>
        <w:rPr>
          <w:b/>
          <w:bCs/>
        </w:rPr>
        <w:t xml:space="preserve">I beseech you, sir, to</w:t>
      </w:r>
      <w:r>
        <w:rPr>
          <w:b/>
          <w:bCs/>
        </w:rPr>
        <w:t xml:space="preserve"> </w:t>
      </w:r>
      <w:r>
        <w:rPr>
          <w:b/>
          <w:bCs/>
          <w:u w:val="single"/>
        </w:rPr>
        <w:t xml:space="preserve">countenance</w:t>
      </w:r>
      <w:r>
        <w:rPr>
          <w:b/>
          <w:bCs/>
        </w:rPr>
        <w:t xml:space="preserve"> </w:t>
      </w:r>
      <w:r>
        <w:rPr>
          <w:b/>
          <w:bCs/>
        </w:rPr>
        <w:t xml:space="preserve">William Visor of Woncot against Clement Perkes of the hill.</w:t>
      </w:r>
      <w:r>
        <w:br/>
      </w:r>
      <w:r>
        <w:t xml:space="preserve">    (a) approve</w:t>
      </w:r>
      <w:r>
        <w:br/>
      </w:r>
      <w:r>
        <w:t xml:space="preserve">    (b) cancel or annul a formal ruling or contract</w:t>
      </w:r>
      <w:r>
        <w:br/>
      </w:r>
      <w:r>
        <w:t xml:space="preserve">    (c) return to an undesirable previous condition</w:t>
      </w:r>
    </w:p>
    <w:p>
      <w:pPr>
        <w:pStyle w:val="Compact"/>
        <w:numPr>
          <w:ilvl w:val="0"/>
          <w:numId w:val="1001"/>
        </w:numPr>
      </w:pPr>
      <w:r>
        <w:rPr>
          <w:b/>
          <w:bCs/>
        </w:rPr>
        <w:t xml:space="preserve">Sweet Princes, what I did, I did in honour, Led by the impartial conduct of my soul; And never shall you see that I will beg A ragged and</w:t>
      </w:r>
      <w:r>
        <w:rPr>
          <w:b/>
          <w:bCs/>
        </w:rPr>
        <w:t xml:space="preserve"> </w:t>
      </w:r>
      <w:r>
        <w:rPr>
          <w:b/>
          <w:bCs/>
          <w:u w:val="single"/>
        </w:rPr>
        <w:t xml:space="preserve">forestall'd</w:t>
      </w:r>
      <w:r>
        <w:rPr>
          <w:b/>
          <w:bCs/>
        </w:rPr>
        <w:t xml:space="preserve"> </w:t>
      </w:r>
      <w:r>
        <w:rPr>
          <w:b/>
          <w:bCs/>
        </w:rPr>
        <w:t xml:space="preserve">remission.</w:t>
      </w:r>
      <w:r>
        <w:br/>
      </w:r>
      <w:r>
        <w:t xml:space="preserve">    (a) prevented something by taking action</w:t>
      </w:r>
      <w:r>
        <w:br/>
      </w:r>
      <w:r>
        <w:t xml:space="preserve">    (b) interacted, interested, or attracted</w:t>
      </w:r>
      <w:r>
        <w:br/>
      </w:r>
      <w:r>
        <w:t xml:space="preserve">    (c) made strips of hair lighter in color</w:t>
      </w:r>
    </w:p>
    <w:p>
      <w:pPr>
        <w:pStyle w:val="Compact"/>
        <w:numPr>
          <w:ilvl w:val="0"/>
          <w:numId w:val="1001"/>
        </w:numPr>
      </w:pPr>
      <w:r>
        <w:rPr>
          <w:b/>
          <w:bCs/>
        </w:rPr>
        <w:t xml:space="preserve">If the deed were ill, Be you contented, wearing now the garland, To have a son set your decrees at nought, To pluck down justice from your awful bench, To trip the course of law and blunt the sword That guards the peace and safety of your person; Nay, more, to</w:t>
      </w:r>
      <w:r>
        <w:rPr>
          <w:b/>
          <w:bCs/>
        </w:rPr>
        <w:t xml:space="preserve"> </w:t>
      </w:r>
      <w:r>
        <w:rPr>
          <w:b/>
          <w:bCs/>
          <w:u w:val="single"/>
        </w:rPr>
        <w:t xml:space="preserve">spurn</w:t>
      </w:r>
      <w:r>
        <w:rPr>
          <w:b/>
          <w:bCs/>
        </w:rPr>
        <w:t xml:space="preserve"> </w:t>
      </w:r>
      <w:r>
        <w:rPr>
          <w:b/>
          <w:bCs/>
        </w:rPr>
        <w:t xml:space="preserve">at your most royal image, And mock your workings in a second body.</w:t>
      </w:r>
      <w:r>
        <w:br/>
      </w:r>
      <w:r>
        <w:t xml:space="preserve">    (a) find, search, or research</w:t>
      </w:r>
      <w:r>
        <w:br/>
      </w:r>
      <w:r>
        <w:t xml:space="preserve">    (b) reject as not good enough</w:t>
      </w:r>
      <w:r>
        <w:br/>
      </w:r>
      <w:r>
        <w:t xml:space="preserve">    (c) being a boundary or limit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2026-07-31T14:29:37Z</dcterms:created>
  <dcterms:modified xsi:type="dcterms:W3CDTF">2026-07-31T14:29:37Z</dcterms:modified>
</cp:coreProperties>
</file>

<file path=docProps/custom.xml><?xml version="1.0" encoding="utf-8"?>
<Properties xmlns="http://schemas.openxmlformats.org/officeDocument/2006/custom-properties" xmlns:vt="http://schemas.openxmlformats.org/officeDocument/2006/docPropsVTypes"/>
</file>