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a6a4f5890f8b0fb94195217db6ed701a420da0"/>
    <w:p>
      <w:pPr>
        <w:pStyle w:val="Heading1"/>
      </w:pPr>
      <w:r>
        <w:rPr>
          <w:b/>
          <w:bCs/>
        </w:rPr>
        <w:t xml:space="preserve">Henry IV, Part 1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adversaries</w:t>
      </w:r>
      <w:r>
        <w:rPr>
          <w:b/>
          <w:bCs/>
        </w:rPr>
        <w:t xml:space="preserve"> </w:t>
      </w:r>
      <w:r>
        <w:rPr>
          <w:b/>
          <w:bCs/>
        </w:rPr>
        <w:t xml:space="preserve">outsmarted them.</w:t>
      </w:r>
      <w:r>
        <w:br/>
      </w:r>
      <w:r>
        <w:t xml:space="preserve">    (a) sub-groups</w:t>
      </w:r>
      <w:r>
        <w:br/>
      </w:r>
      <w:r>
        <w:t xml:space="preserve">    (b) opponents</w:t>
      </w:r>
      <w:r>
        <w:br/>
      </w:r>
      <w:r>
        <w:t xml:space="preserve">    (c) replacements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</w:t>
      </w:r>
      <w:r>
        <w:rPr>
          <w:b/>
          <w:bCs/>
        </w:rPr>
        <w:t xml:space="preserve"> </w:t>
      </w:r>
      <w:r>
        <w:rPr>
          <w:b/>
          <w:bCs/>
        </w:rPr>
        <w:t xml:space="preserve">the thought from my mind.</w:t>
      </w:r>
      <w:r>
        <w:br/>
      </w:r>
      <w:r>
        <w:t xml:space="preserve">    (a) collect</w:t>
      </w:r>
      <w:r>
        <w:br/>
      </w:r>
      <w:r>
        <w:t xml:space="preserve">    (b) send away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calls himself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from Brooklyn.</w:t>
      </w:r>
      <w:r>
        <w:br/>
      </w:r>
      <w:r>
        <w:t xml:space="preserve">    (a) someone who composes and shares poems about important events and people</w:t>
      </w:r>
      <w:r>
        <w:br/>
      </w:r>
      <w:r>
        <w:t xml:space="preserve">    (b) someone who protects the weak and delivers justice to those who are evil</w:t>
      </w:r>
      <w:r>
        <w:br/>
      </w:r>
      <w:r>
        <w:t xml:space="preserve">    (c) someone who knows everything about everyone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tricked</w:t>
      </w:r>
      <w:r>
        <w:br/>
      </w:r>
      <w:r>
        <w:t xml:space="preserve">    (b) encouraged</w:t>
      </w:r>
      <w:r>
        <w:br/>
      </w:r>
      <w:r>
        <w:t xml:space="preserve">    (c) 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closed the prayer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beseeching</w:t>
      </w:r>
      <w:r>
        <w:rPr>
          <w:b/>
          <w:bCs/>
        </w:rPr>
        <w:t xml:space="preserve"> </w:t>
      </w:r>
      <w:r>
        <w:rPr>
          <w:b/>
          <w:bCs/>
        </w:rPr>
        <w:t xml:space="preserve">God to grant them wisdom and patience.</w:t>
      </w:r>
      <w:r>
        <w:br/>
      </w:r>
      <w:r>
        <w:t xml:space="preserve">    (a) asking</w:t>
      </w:r>
      <w:r>
        <w:br/>
      </w:r>
      <w:r>
        <w:t xml:space="preserve">    (b) demanding</w:t>
      </w:r>
      <w:r>
        <w:br/>
      </w:r>
      <w:r>
        <w:t xml:space="preserve">    (c) instructing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eating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compulsion</w:t>
      </w:r>
      <w:r>
        <w:rPr>
          <w:b/>
          <w:bCs/>
        </w:rPr>
        <w:t xml:space="preserve"> </w:t>
      </w:r>
      <w:r>
        <w:rPr>
          <w:b/>
          <w:bCs/>
        </w:rPr>
        <w:t xml:space="preserve">doesn't make sense.</w:t>
      </w:r>
      <w:r>
        <w:br/>
      </w:r>
      <w:r>
        <w:t xml:space="preserve">    (a) unhealthfully</w:t>
      </w:r>
      <w:r>
        <w:br/>
      </w:r>
      <w:r>
        <w:t xml:space="preserve">    (b) uncontrollably</w:t>
      </w:r>
      <w:r>
        <w:br/>
      </w:r>
      <w:r>
        <w:t xml:space="preserve">    (c) so slowly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facial expression</w:t>
      </w:r>
      <w:r>
        <w:br/>
      </w:r>
      <w:r>
        <w:t xml:space="preserve">    (b) voice</w:t>
      </w:r>
      <w:r>
        <w:br/>
      </w:r>
      <w:r>
        <w:t xml:space="preserve">    (c) a method of counting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</w:t>
      </w:r>
      <w:r>
        <w:rPr>
          <w:b/>
          <w:bCs/>
        </w:rPr>
        <w:t xml:space="preserve"> </w:t>
      </w:r>
      <w:r>
        <w:rPr>
          <w:b/>
          <w:bCs/>
        </w:rPr>
        <w:t xml:space="preserve">for the notion that common people can regulate their own lives better than she can.</w:t>
      </w:r>
      <w:r>
        <w:br/>
      </w:r>
      <w:r>
        <w:t xml:space="preserve">    (a) humility</w:t>
      </w:r>
      <w:r>
        <w:br/>
      </w:r>
      <w:r>
        <w:t xml:space="preserve">    (b) lack of respect</w:t>
      </w:r>
      <w:r>
        <w:br/>
      </w:r>
      <w:r>
        <w:t xml:space="preserve">    (c) intense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forswear</w:t>
      </w:r>
      <w:r>
        <w:rPr>
          <w:b/>
          <w:bCs/>
        </w:rPr>
        <w:t xml:space="preserve"> </w:t>
      </w:r>
      <w:r>
        <w:rPr>
          <w:b/>
          <w:bCs/>
        </w:rPr>
        <w:t xml:space="preserve">contributions from special interest groups.</w:t>
      </w:r>
      <w:r>
        <w:br/>
      </w:r>
      <w:r>
        <w:t xml:space="preserve">    (a) make public</w:t>
      </w:r>
      <w:r>
        <w:br/>
      </w:r>
      <w:r>
        <w:t xml:space="preserve">    (b) stop (taking)</w:t>
      </w:r>
      <w:r>
        <w:br/>
      </w:r>
      <w:r>
        <w:t xml:space="preserve">    (c) take advantage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sad</w:t>
      </w:r>
      <w:r>
        <w:br/>
      </w:r>
      <w:r>
        <w:t xml:space="preserve">    (b) happy</w:t>
      </w:r>
      <w:r>
        <w:br/>
      </w:r>
      <w:r>
        <w:t xml:space="preserve">    (c) feel like singing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darkest hour,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mettle</w:t>
      </w:r>
      <w:r>
        <w:rPr>
          <w:b/>
          <w:bCs/>
        </w:rPr>
        <w:t xml:space="preserve"> </w:t>
      </w:r>
      <w:r>
        <w:rPr>
          <w:b/>
          <w:bCs/>
        </w:rPr>
        <w:t xml:space="preserve">surged forth, allowing her to confront his fears with unwavering bravery.</w:t>
      </w:r>
      <w:r>
        <w:br/>
      </w:r>
      <w:r>
        <w:t xml:space="preserve">    (a) courage</w:t>
      </w:r>
      <w:r>
        <w:br/>
      </w:r>
      <w:r>
        <w:t xml:space="preserve">    (b) luck</w:t>
      </w:r>
      <w:r>
        <w:br/>
      </w:r>
      <w:r>
        <w:t xml:space="preserve">    (c) popularity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days of fighting, the generals decided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parley</w:t>
      </w:r>
      <w:r>
        <w:rPr>
          <w:b/>
          <w:bCs/>
        </w:rPr>
        <w:t xml:space="preserve"> </w:t>
      </w:r>
      <w:r>
        <w:rPr>
          <w:b/>
          <w:bCs/>
        </w:rPr>
        <w:t xml:space="preserve">at dawn to seek a peaceful resolution.</w:t>
      </w:r>
      <w:r>
        <w:br/>
      </w:r>
      <w:r>
        <w:t xml:space="preserve">    (a) retreat</w:t>
      </w:r>
      <w:r>
        <w:br/>
      </w:r>
      <w:r>
        <w:t xml:space="preserve">    (b) negotiate</w:t>
      </w:r>
      <w:r>
        <w:br/>
      </w:r>
      <w:r>
        <w:t xml:space="preserve">    (c) duel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, preventing argument or disagreement.</w:t>
      </w:r>
      <w:r>
        <w:br/>
      </w:r>
      <w:r>
        <w:t xml:space="preserve">    (a) not allowing contradiction or refusal</w:t>
      </w:r>
      <w:r>
        <w:br/>
      </w:r>
      <w:r>
        <w:t xml:space="preserve">    (b) not in line with her usual manner</w:t>
      </w:r>
      <w:r>
        <w:br/>
      </w:r>
      <w:r>
        <w:t xml:space="preserve">    (c) more rushed than 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weariness</w:t>
      </w:r>
      <w:r>
        <w:br/>
      </w:r>
      <w:r>
        <w:t xml:space="preserve">    (b) fame</w:t>
      </w:r>
      <w:r>
        <w:br/>
      </w:r>
      <w:r>
        <w:t xml:space="preserve">    (c) danger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been a terrible season, but the team has a shot 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redemption</w:t>
      </w:r>
      <w:r>
        <w:rPr>
          <w:b/>
          <w:bCs/>
        </w:rPr>
        <w:t xml:space="preserve"> </w:t>
      </w:r>
      <w:r>
        <w:rPr>
          <w:b/>
          <w:bCs/>
        </w:rPr>
        <w:t xml:space="preserve">if they can beat their cross-town rival.</w:t>
      </w:r>
      <w:r>
        <w:br/>
      </w:r>
      <w:r>
        <w:t xml:space="preserve">    (a) preventing disaster</w:t>
      </w:r>
      <w:r>
        <w:br/>
      </w:r>
      <w:r>
        <w:t xml:space="preserve">    (b) making up for bad things</w:t>
      </w:r>
      <w:r>
        <w:br/>
      </w:r>
      <w:r>
        <w:t xml:space="preserve">    (c) earning a good report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Points earned with the credit card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redeemed</w:t>
      </w:r>
      <w:r>
        <w:rPr>
          <w:b/>
          <w:bCs/>
        </w:rPr>
        <w:t xml:space="preserve"> </w:t>
      </w:r>
      <w:r>
        <w:rPr>
          <w:b/>
          <w:bCs/>
        </w:rPr>
        <w:t xml:space="preserve">for free airline tickets and other products.</w:t>
      </w:r>
      <w:r>
        <w:br/>
      </w:r>
      <w:r>
        <w:t xml:space="preserve">    (a) exchanged</w:t>
      </w:r>
      <w:r>
        <w:br/>
      </w:r>
      <w:r>
        <w:t xml:space="preserve">    (b) saved</w:t>
      </w:r>
      <w:r>
        <w:br/>
      </w:r>
      <w:r>
        <w:t xml:space="preserve">    (c) multiplied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compliment</w:t>
      </w:r>
      <w:r>
        <w:br/>
      </w:r>
      <w:r>
        <w:t xml:space="preserve">    (b) instruct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computer programmer went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rogue</w:t>
      </w:r>
      <w:r>
        <w:rPr>
          <w:b/>
          <w:bCs/>
        </w:rPr>
        <w:t xml:space="preserve"> </w:t>
      </w:r>
      <w:r>
        <w:rPr>
          <w:b/>
          <w:bCs/>
        </w:rPr>
        <w:t xml:space="preserve">and started leaking classified files without permission.</w:t>
      </w:r>
      <w:r>
        <w:br/>
      </w:r>
      <w:r>
        <w:t xml:space="preserve">    (a) exhausted</w:t>
      </w:r>
      <w:r>
        <w:br/>
      </w:r>
      <w:r>
        <w:t xml:space="preserve">    (b) unconcerned</w:t>
      </w:r>
      <w:r>
        <w:br/>
      </w:r>
      <w:r>
        <w:t xml:space="preserve">    (c) untrustworthy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find it relaxing to wash the holiday dishes, but she finds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tedious</w:t>
      </w:r>
      <w:r>
        <w:rPr>
          <w:b/>
          <w:bCs/>
        </w:rPr>
        <w:t xml:space="preserve">.</w:t>
      </w:r>
      <w:r>
        <w:br/>
      </w:r>
      <w:r>
        <w:t xml:space="preserve">    (a) punishing</w:t>
      </w:r>
      <w:r>
        <w:br/>
      </w:r>
      <w:r>
        <w:t xml:space="preserve">    (b) stressful</w:t>
      </w:r>
      <w:r>
        <w:br/>
      </w:r>
      <w:r>
        <w:t xml:space="preserve">    (c) boring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served her country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valor</w:t>
      </w:r>
      <w:r>
        <w:rPr>
          <w:b/>
          <w:bCs/>
        </w:rPr>
        <w:t xml:space="preserve">.</w:t>
      </w:r>
      <w:r>
        <w:br/>
      </w:r>
      <w:r>
        <w:t xml:space="preserve">    (a) wisdom</w:t>
      </w:r>
      <w:r>
        <w:br/>
      </w:r>
      <w:r>
        <w:t xml:space="preserve">    (b) enthusiasm</w:t>
      </w:r>
      <w:r>
        <w:br/>
      </w:r>
      <w:r>
        <w:t xml:space="preserve">    (c) courage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2026-07-31T14:29:26Z</dcterms:created>
  <dcterms:modified xsi:type="dcterms:W3CDTF">2026-07-31T14:29:26Z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