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639b5337e3333a14827bc4707a2b4de8f4643a6"/>
    <w:p>
      <w:pPr>
        <w:pStyle w:val="Heading1"/>
      </w:pPr>
      <w:r>
        <w:rPr>
          <w:b/>
          <w:bCs/>
        </w:rPr>
        <w:t xml:space="preserve">Henry IV, Part 1</w:t>
      </w:r>
      <w:r>
        <w:br/>
      </w:r>
      <w:r>
        <w:rPr>
          <w:i/>
          <w:iCs/>
        </w:rPr>
        <w:t xml:space="preserve">William Shakespeare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waved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adieu</w:t>
      </w:r>
      <w:r>
        <w:rPr>
          <w:b/>
          <w:bCs/>
        </w:rPr>
        <w:t xml:space="preserve"> </w:t>
      </w:r>
      <w:r>
        <w:rPr>
          <w:b/>
          <w:bCs/>
        </w:rPr>
        <w:t xml:space="preserve">to our friends at the train station.</w:t>
      </w:r>
      <w:r>
        <w:br/>
      </w:r>
      <w:r>
        <w:t xml:space="preserve">    (a) greetings</w:t>
      </w:r>
      <w:r>
        <w:br/>
      </w:r>
      <w:r>
        <w:t xml:space="preserve">    (b) hello</w:t>
      </w:r>
      <w:r>
        <w:br/>
      </w:r>
      <w:r>
        <w:t xml:space="preserve">    (c) goodbye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Many old portraits show wealthy nobles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corpulent</w:t>
      </w:r>
      <w:r>
        <w:rPr>
          <w:b/>
          <w:bCs/>
        </w:rPr>
        <w:t xml:space="preserve"> </w:t>
      </w:r>
      <w:r>
        <w:rPr>
          <w:b/>
          <w:bCs/>
        </w:rPr>
        <w:t xml:space="preserve">figures.</w:t>
      </w:r>
      <w:r>
        <w:br/>
      </w:r>
      <w:r>
        <w:t xml:space="preserve">    (a) tall and lanky</w:t>
      </w:r>
      <w:r>
        <w:br/>
      </w:r>
      <w:r>
        <w:t xml:space="preserve">    (b) thin and slender</w:t>
      </w:r>
      <w:r>
        <w:br/>
      </w:r>
      <w:r>
        <w:t xml:space="preserve">    (c) heavy and stout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Loud music can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detract</w:t>
      </w:r>
      <w:r>
        <w:rPr>
          <w:b/>
          <w:bCs/>
        </w:rPr>
        <w:t xml:space="preserve"> </w:t>
      </w:r>
      <w:r>
        <w:rPr>
          <w:b/>
          <w:bCs/>
        </w:rPr>
        <w:t xml:space="preserve">from a quiet dinner conversation.</w:t>
      </w:r>
      <w:r>
        <w:br/>
      </w:r>
      <w:r>
        <w:t xml:space="preserve">    (a) enhance or boost</w:t>
      </w:r>
      <w:r>
        <w:br/>
      </w:r>
      <w:r>
        <w:t xml:space="preserve">    (b) lessen or weaken</w:t>
      </w:r>
      <w:r>
        <w:br/>
      </w:r>
      <w:r>
        <w:t xml:space="preserve">    (c) match or echo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Constantine issued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edict</w:t>
      </w:r>
      <w:r>
        <w:rPr>
          <w:b/>
          <w:bCs/>
        </w:rPr>
        <w:t xml:space="preserve"> </w:t>
      </w:r>
      <w:r>
        <w:rPr>
          <w:b/>
          <w:bCs/>
        </w:rPr>
        <w:t xml:space="preserve">for religious tolerance throughout the Roman Empire.</w:t>
      </w:r>
      <w:r>
        <w:br/>
      </w:r>
      <w:r>
        <w:t xml:space="preserve">    (a) suggestion</w:t>
      </w:r>
      <w:r>
        <w:br/>
      </w:r>
      <w:r>
        <w:t xml:space="preserve">    (b) study</w:t>
      </w:r>
      <w:r>
        <w:br/>
      </w:r>
      <w:r>
        <w:t xml:space="preserve">    (c) order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family chose a short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epitaph</w:t>
      </w:r>
      <w:r>
        <w:rPr>
          <w:b/>
          <w:bCs/>
        </w:rPr>
        <w:t xml:space="preserve"> </w:t>
      </w:r>
      <w:r>
        <w:rPr>
          <w:b/>
          <w:bCs/>
        </w:rPr>
        <w:t xml:space="preserve">to carve on her gravestone.</w:t>
      </w:r>
      <w:r>
        <w:br/>
      </w:r>
      <w:r>
        <w:t xml:space="preserve">    (a) legal warning</w:t>
      </w:r>
      <w:r>
        <w:br/>
      </w:r>
      <w:r>
        <w:t xml:space="preserve">    (b) tombstone words</w:t>
      </w:r>
      <w:r>
        <w:br/>
      </w:r>
      <w:r>
        <w:t xml:space="preserve">    (c) wedding speech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few of the old traditions are still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extant</w:t>
      </w:r>
      <w:r>
        <w:rPr>
          <w:b/>
          <w:bCs/>
        </w:rPr>
        <w:t xml:space="preserve"> </w:t>
      </w:r>
      <w:r>
        <w:rPr>
          <w:b/>
          <w:bCs/>
        </w:rPr>
        <w:t xml:space="preserve">in rural areas.</w:t>
      </w:r>
      <w:r>
        <w:br/>
      </w:r>
      <w:r>
        <w:t xml:space="preserve">    (a) wrongly translates</w:t>
      </w:r>
      <w:r>
        <w:br/>
      </w:r>
      <w:r>
        <w:t xml:space="preserve">    (b) still in existence</w:t>
      </w:r>
      <w:r>
        <w:br/>
      </w:r>
      <w:r>
        <w:t xml:space="preserve">    (c) restarted (a fire)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incident led to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ignominious</w:t>
      </w:r>
      <w:r>
        <w:rPr>
          <w:b/>
          <w:bCs/>
        </w:rPr>
        <w:t xml:space="preserve"> </w:t>
      </w:r>
      <w:r>
        <w:rPr>
          <w:b/>
          <w:bCs/>
        </w:rPr>
        <w:t xml:space="preserve">departure from political office.</w:t>
      </w:r>
      <w:r>
        <w:br/>
      </w:r>
      <w:r>
        <w:t xml:space="preserve">    (a) disgraceful</w:t>
      </w:r>
      <w:r>
        <w:br/>
      </w:r>
      <w:r>
        <w:t xml:space="preserve">    (b) eventual</w:t>
      </w:r>
      <w:r>
        <w:br/>
      </w:r>
      <w:r>
        <w:t xml:space="preserve">    (c) quick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fought against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iniquity</w:t>
      </w:r>
      <w:r>
        <w:rPr>
          <w:b/>
          <w:bCs/>
        </w:rPr>
        <w:t xml:space="preserve"> </w:t>
      </w:r>
      <w:r>
        <w:rPr>
          <w:b/>
          <w:bCs/>
        </w:rPr>
        <w:t xml:space="preserve">of slavery.</w:t>
      </w:r>
      <w:r>
        <w:br/>
      </w:r>
      <w:r>
        <w:t xml:space="preserve">    (a) supporters</w:t>
      </w:r>
      <w:r>
        <w:br/>
      </w:r>
      <w:r>
        <w:t xml:space="preserve">    (b) practice</w:t>
      </w:r>
      <w:r>
        <w:br/>
      </w:r>
      <w:r>
        <w:t xml:space="preserve">    (c) immorality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spent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inordinate</w:t>
      </w:r>
      <w:r>
        <w:rPr>
          <w:b/>
          <w:bCs/>
        </w:rPr>
        <w:t xml:space="preserve"> </w:t>
      </w:r>
      <w:r>
        <w:rPr>
          <w:b/>
          <w:bCs/>
        </w:rPr>
        <w:t xml:space="preserve">amount of time choosing a font.</w:t>
      </w:r>
      <w:r>
        <w:br/>
      </w:r>
      <w:r>
        <w:t xml:space="preserve">    (a) excessive</w:t>
      </w:r>
      <w:r>
        <w:br/>
      </w:r>
      <w:r>
        <w:t xml:space="preserve">    (b) careful</w:t>
      </w:r>
      <w:r>
        <w:br/>
      </w:r>
      <w:r>
        <w:t xml:space="preserve">    (c) ordinary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misconstrued</w:t>
      </w:r>
      <w:r>
        <w:rPr>
          <w:b/>
          <w:bCs/>
        </w:rPr>
        <w:t xml:space="preserve"> </w:t>
      </w:r>
      <w:r>
        <w:rPr>
          <w:b/>
          <w:bCs/>
        </w:rPr>
        <w:t xml:space="preserve">my remarks.</w:t>
      </w:r>
      <w:r>
        <w:br/>
      </w:r>
      <w:r>
        <w:t xml:space="preserve">    (a) misunderstood</w:t>
      </w:r>
      <w:r>
        <w:br/>
      </w:r>
      <w:r>
        <w:t xml:space="preserve">    (b) emphasized</w:t>
      </w:r>
      <w:r>
        <w:br/>
      </w:r>
      <w:r>
        <w:t xml:space="preserve">    (c) appreciated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book was called</w:t>
      </w:r>
      <w:r>
        <w:rPr>
          <w:b/>
          <w:bCs/>
        </w:rPr>
        <w:t xml:space="preserve"> </w:t>
      </w:r>
      <w:r>
        <w:rPr>
          <w:b/>
          <w:bCs/>
          <w:i/>
          <w:iCs/>
          <w:u w:val="single"/>
        </w:rPr>
        <w:t xml:space="preserve">Omnipotent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Government</w:t>
      </w:r>
      <w:r>
        <w:rPr>
          <w:b/>
          <w:bCs/>
        </w:rPr>
        <w:t xml:space="preserve">.</w:t>
      </w:r>
      <w:r>
        <w:br/>
      </w:r>
      <w:r>
        <w:t xml:space="preserve">    (a) present everywhere</w:t>
      </w:r>
      <w:r>
        <w:br/>
      </w:r>
      <w:r>
        <w:t xml:space="preserve">    (b) all powerful</w:t>
      </w:r>
      <w:r>
        <w:br/>
      </w:r>
      <w:r>
        <w:t xml:space="preserve">    (c) knowing everything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apology did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pacify</w:t>
      </w:r>
      <w:r>
        <w:rPr>
          <w:b/>
          <w:bCs/>
        </w:rPr>
        <w:t xml:space="preserve"> </w:t>
      </w:r>
      <w:r>
        <w:rPr>
          <w:b/>
          <w:bCs/>
        </w:rPr>
        <w:t xml:space="preserve">her.</w:t>
      </w:r>
      <w:r>
        <w:br/>
      </w:r>
      <w:r>
        <w:t xml:space="preserve">    (a) interest</w:t>
      </w:r>
      <w:r>
        <w:br/>
      </w:r>
      <w:r>
        <w:t xml:space="preserve">    (b) calm</w:t>
      </w:r>
      <w:r>
        <w:br/>
      </w:r>
      <w:r>
        <w:t xml:space="preserve">    (c) make sense to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sudden appearance of dark clouds served 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portent</w:t>
      </w:r>
      <w:r>
        <w:rPr>
          <w:b/>
          <w:bCs/>
        </w:rPr>
        <w:t xml:space="preserve"> </w:t>
      </w:r>
      <w:r>
        <w:rPr>
          <w:b/>
          <w:bCs/>
        </w:rPr>
        <w:t xml:space="preserve">of the impending storm.</w:t>
      </w:r>
      <w:r>
        <w:br/>
      </w:r>
      <w:r>
        <w:t xml:space="preserve">    (a) beginning</w:t>
      </w:r>
      <w:r>
        <w:br/>
      </w:r>
      <w:r>
        <w:t xml:space="preserve">    (b) sign</w:t>
      </w:r>
      <w:r>
        <w:br/>
      </w:r>
      <w:r>
        <w:t xml:space="preserve">    (c) darkness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months of practice, she gained enough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proficiency</w:t>
      </w:r>
      <w:r>
        <w:rPr>
          <w:b/>
          <w:bCs/>
        </w:rPr>
        <w:t xml:space="preserve"> </w:t>
      </w:r>
      <w:r>
        <w:rPr>
          <w:b/>
          <w:bCs/>
        </w:rPr>
        <w:t xml:space="preserve">in Spanish to hold a simple conversation.</w:t>
      </w:r>
      <w:r>
        <w:br/>
      </w:r>
      <w:r>
        <w:t xml:space="preserve">    (a) interest</w:t>
      </w:r>
      <w:r>
        <w:br/>
      </w:r>
      <w:r>
        <w:t xml:space="preserve">    (b) skill</w:t>
      </w:r>
      <w:r>
        <w:br/>
      </w:r>
      <w:r>
        <w:t xml:space="preserve">    (c) permission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Hitler wanted Paris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razed</w:t>
      </w:r>
      <w:r>
        <w:rPr>
          <w:b/>
          <w:bCs/>
        </w:rPr>
        <w:t xml:space="preserve">, but his general ignored the order and surrendered.</w:t>
      </w:r>
      <w:r>
        <w:br/>
      </w:r>
      <w:r>
        <w:t xml:space="preserve">    (a) held up as an example</w:t>
      </w:r>
      <w:r>
        <w:br/>
      </w:r>
      <w:r>
        <w:t xml:space="preserve">    (b) held at all cost</w:t>
      </w:r>
      <w:r>
        <w:br/>
      </w:r>
      <w:r>
        <w:t xml:space="preserve">    (c) completely destroyed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warm smile and friendly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salutation</w:t>
      </w:r>
      <w:r>
        <w:rPr>
          <w:b/>
          <w:bCs/>
        </w:rPr>
        <w:t xml:space="preserve"> </w:t>
      </w:r>
      <w:r>
        <w:rPr>
          <w:b/>
          <w:bCs/>
        </w:rPr>
        <w:t xml:space="preserve">set the tone for the entire meeting.</w:t>
      </w:r>
      <w:r>
        <w:br/>
      </w:r>
      <w:r>
        <w:t xml:space="preserve">    (a) introduction</w:t>
      </w:r>
      <w:r>
        <w:br/>
      </w:r>
      <w:r>
        <w:t xml:space="preserve">    (b) greeting</w:t>
      </w:r>
      <w:r>
        <w:br/>
      </w:r>
      <w:r>
        <w:t xml:space="preserve">    (c) smile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restaurant was shut down due to its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slovenly</w:t>
      </w:r>
      <w:r>
        <w:rPr>
          <w:b/>
          <w:bCs/>
        </w:rPr>
        <w:t xml:space="preserve"> </w:t>
      </w:r>
      <w:r>
        <w:rPr>
          <w:b/>
          <w:bCs/>
        </w:rPr>
        <w:t xml:space="preserve">kitchen conditions.</w:t>
      </w:r>
      <w:r>
        <w:br/>
      </w:r>
      <w:r>
        <w:t xml:space="preserve">    (a) inefficient</w:t>
      </w:r>
      <w:r>
        <w:br/>
      </w:r>
      <w:r>
        <w:t xml:space="preserve">    (b) costly</w:t>
      </w:r>
      <w:r>
        <w:br/>
      </w:r>
      <w:r>
        <w:t xml:space="preserve">    (c) dirty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rode off under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sullen</w:t>
      </w:r>
      <w:r>
        <w:rPr>
          <w:b/>
          <w:bCs/>
        </w:rPr>
        <w:t xml:space="preserve"> </w:t>
      </w:r>
      <w:r>
        <w:rPr>
          <w:b/>
          <w:bCs/>
        </w:rPr>
        <w:t xml:space="preserve">sky.</w:t>
      </w:r>
      <w:r>
        <w:br/>
      </w:r>
      <w:r>
        <w:t xml:space="preserve">    (a) heavy with snow</w:t>
      </w:r>
      <w:r>
        <w:br/>
      </w:r>
      <w:r>
        <w:t xml:space="preserve">    (b) clear and windy</w:t>
      </w:r>
      <w:r>
        <w:br/>
      </w:r>
      <w:r>
        <w:t xml:space="preserve">    (c) darkened by clouds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Everyone liked the idea. The arguments I prepared to support it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superfluous</w:t>
      </w:r>
      <w:r>
        <w:rPr>
          <w:b/>
          <w:bCs/>
        </w:rPr>
        <w:t xml:space="preserve">.</w:t>
      </w:r>
      <w:r>
        <w:br/>
      </w:r>
      <w:r>
        <w:t xml:space="preserve">    (a) unnecessary</w:t>
      </w:r>
      <w:r>
        <w:br/>
      </w:r>
      <w:r>
        <w:t xml:space="preserve">    (b) appreciated</w:t>
      </w:r>
      <w:r>
        <w:br/>
      </w:r>
      <w:r>
        <w:t xml:space="preserve">    (c) 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hate to talk about such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unsavory</w:t>
      </w:r>
      <w:r>
        <w:rPr>
          <w:b/>
          <w:bCs/>
        </w:rPr>
        <w:t xml:space="preserve"> </w:t>
      </w:r>
      <w:r>
        <w:rPr>
          <w:b/>
          <w:bCs/>
        </w:rPr>
        <w:t xml:space="preserve">scandal.</w:t>
      </w:r>
      <w:r>
        <w:br/>
      </w:r>
      <w:r>
        <w:t xml:space="preserve">    (a) secretive</w:t>
      </w:r>
      <w:r>
        <w:br/>
      </w:r>
      <w:r>
        <w:t xml:space="preserve">    (b) unpleasant</w:t>
      </w:r>
      <w:r>
        <w:br/>
      </w:r>
      <w:r>
        <w:t xml:space="preserve">    (c) well-known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2026-07-31T14:29:27Z</dcterms:created>
  <dcterms:modified xsi:type="dcterms:W3CDTF">2026-07-31T14:29:27Z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