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23829afd6815533356731c82c1815da16e2c7f9"/>
    <w:p>
      <w:pPr>
        <w:pStyle w:val="Heading1"/>
      </w:pPr>
      <w:r>
        <w:rPr>
          <w:b/>
          <w:bCs/>
        </w:rPr>
        <w:t xml:space="preserve">Henry IV, Part 1</w:t>
      </w:r>
      <w:r>
        <w:br/>
      </w:r>
      <w:r>
        <w:rPr>
          <w:i/>
          <w:iCs/>
        </w:rPr>
        <w:t xml:space="preserve">William Shakespeare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let men say we be men of good government, being governed, as the sea is, by our noble and chaste mistress the Moon, under whose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countenance</w:t>
      </w:r>
      <w:r>
        <w:rPr>
          <w:b/>
          <w:bCs/>
        </w:rPr>
        <w:t xml:space="preserve"> </w:t>
      </w:r>
      <w:r>
        <w:rPr>
          <w:b/>
          <w:bCs/>
        </w:rPr>
        <w:t xml:space="preserve">we steal.</w:t>
      </w:r>
      <w:r>
        <w:br/>
      </w:r>
      <w:r>
        <w:t xml:space="preserve">    (a) a secret agreement or plot</w:t>
      </w:r>
      <w:r>
        <w:br/>
      </w:r>
      <w:r>
        <w:t xml:space="preserve">    (b) the best or most important</w:t>
      </w:r>
      <w:r>
        <w:br/>
      </w:r>
      <w:r>
        <w:t xml:space="preserve">    (c) face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'Sblood, I am 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melancholy</w:t>
      </w:r>
      <w:r>
        <w:rPr>
          <w:b/>
          <w:bCs/>
        </w:rPr>
        <w:t xml:space="preserve"> </w:t>
      </w:r>
      <w:r>
        <w:rPr>
          <w:b/>
          <w:bCs/>
        </w:rPr>
        <w:t xml:space="preserve">as a gib-cat or a lugg'd bear.</w:t>
      </w:r>
      <w:r>
        <w:br/>
      </w:r>
      <w:r>
        <w:t xml:space="preserve">    (a) relating to the outside</w:t>
      </w:r>
      <w:r>
        <w:br/>
      </w:r>
      <w:r>
        <w:t xml:space="preserve">    (b) a sad feeling or manner</w:t>
      </w:r>
      <w:r>
        <w:br/>
      </w:r>
      <w:r>
        <w:t xml:space="preserve">    (c) about (but not exactly)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virtue of this jest will be, the incomprehensible lies that this same fat rogue will tell us when we meet at supper: how thirty, at least, he fought with; what wards, what blows, what extremities he endured; and in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reproof</w:t>
      </w:r>
      <w:r>
        <w:rPr>
          <w:b/>
          <w:bCs/>
        </w:rPr>
        <w:t xml:space="preserve"> </w:t>
      </w:r>
      <w:r>
        <w:rPr>
          <w:b/>
          <w:bCs/>
        </w:rPr>
        <w:t xml:space="preserve">of this lies the jest.</w:t>
      </w:r>
      <w:r>
        <w:br/>
      </w:r>
      <w:r>
        <w:t xml:space="preserve">    (a) hard work</w:t>
      </w:r>
      <w:r>
        <w:br/>
      </w:r>
      <w:r>
        <w:t xml:space="preserve">    (b) main road</w:t>
      </w:r>
      <w:r>
        <w:br/>
      </w:r>
      <w:r>
        <w:t xml:space="preserve">    (c) criticism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If all the year were playing holidays,</w:t>
      </w:r>
      <w:r>
        <w:br/>
      </w:r>
      <w:r>
        <w:rPr>
          <w:b/>
          <w:bCs/>
        </w:rPr>
        <w:t xml:space="preserve">To sport would be 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tedious</w:t>
      </w:r>
      <w:r>
        <w:rPr>
          <w:b/>
          <w:bCs/>
        </w:rPr>
        <w:t xml:space="preserve"> </w:t>
      </w:r>
      <w:r>
        <w:rPr>
          <w:b/>
          <w:bCs/>
        </w:rPr>
        <w:t xml:space="preserve">as to work;</w:t>
      </w:r>
      <w:r>
        <w:br/>
      </w:r>
      <w:r>
        <w:t xml:space="preserve">    (a) boring or monotonous</w:t>
      </w:r>
      <w:r>
        <w:br/>
      </w:r>
      <w:r>
        <w:t xml:space="preserve">    (b) sensible and careful</w:t>
      </w:r>
      <w:r>
        <w:br/>
      </w:r>
      <w:r>
        <w:t xml:space="preserve">    (c) not demonstrative of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Worcester, get thee gone; for I do see Danger and disobedience in thine eye: O, sir, your presence is too bold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peremptory</w:t>
      </w:r>
      <w:r>
        <w:rPr>
          <w:b/>
          <w:bCs/>
        </w:rPr>
        <w:t xml:space="preserve">, And majesty might never yet endure The moody frontier of a servant brow.</w:t>
      </w:r>
      <w:r>
        <w:br/>
      </w:r>
      <w:r>
        <w:t xml:space="preserve">    (a) not bouncing back light/heat/sound...</w:t>
      </w:r>
      <w:r>
        <w:br/>
      </w:r>
      <w:r>
        <w:t xml:space="preserve">    (b) not allowing contradiction or refusal</w:t>
      </w:r>
      <w:r>
        <w:br/>
      </w:r>
      <w:r>
        <w:t xml:space="preserve">    (c) able to be restored to good condition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Shall our coffers, then, be emptied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redeem</w:t>
      </w:r>
      <w:r>
        <w:rPr>
          <w:b/>
          <w:bCs/>
        </w:rPr>
        <w:t xml:space="preserve"> </w:t>
      </w:r>
      <w:r>
        <w:rPr>
          <w:b/>
          <w:bCs/>
        </w:rPr>
        <w:t xml:space="preserve">a traitor home?</w:t>
      </w:r>
      <w:r>
        <w:br/>
      </w:r>
      <w:r>
        <w:t xml:space="preserve">    (a) consume or destroy completely</w:t>
      </w:r>
      <w:r>
        <w:br/>
      </w:r>
      <w:r>
        <w:t xml:space="preserve">    (b) select (on a computer screen)</w:t>
      </w:r>
      <w:r>
        <w:br/>
      </w:r>
      <w:r>
        <w:t xml:space="preserve">    (c) exchange in return for (bringing)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 may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redeem</w:t>
      </w:r>
      <w:r>
        <w:rPr>
          <w:b/>
          <w:bCs/>
        </w:rPr>
        <w:t xml:space="preserve"> </w:t>
      </w:r>
      <w:r>
        <w:rPr>
          <w:b/>
          <w:bCs/>
        </w:rPr>
        <w:t xml:space="preserve">your banish'd honours, and restore yourselves Into the good thoughts of the world again;</w:t>
      </w:r>
      <w:r>
        <w:br/>
      </w:r>
      <w:r>
        <w:t xml:space="preserve">    (a) make different; or show difference</w:t>
      </w:r>
      <w:r>
        <w:br/>
      </w:r>
      <w:r>
        <w:t xml:space="preserve">    (b) to make up for something bad</w:t>
      </w:r>
      <w:r>
        <w:br/>
      </w:r>
      <w:r>
        <w:t xml:space="preserve">    (c) to cause something to move forward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have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forsworn</w:t>
      </w:r>
      <w:r>
        <w:rPr>
          <w:b/>
          <w:bCs/>
        </w:rPr>
        <w:t xml:space="preserve"> </w:t>
      </w:r>
      <w:r>
        <w:rPr>
          <w:b/>
          <w:bCs/>
        </w:rPr>
        <w:t xml:space="preserve">his company hourly any time this two-and-twenty year, and yet I am bewitch'd with the rogue's company.</w:t>
      </w:r>
      <w:r>
        <w:br/>
      </w:r>
      <w:r>
        <w:t xml:space="preserve">    (a) constraining in some way -- such as tying up, requiring, or obligating</w:t>
      </w:r>
      <w:r>
        <w:br/>
      </w:r>
      <w:r>
        <w:t xml:space="preserve">    (b) to decide to stop doing something; or to renounce or disavow something</w:t>
      </w:r>
      <w:r>
        <w:br/>
      </w:r>
      <w:r>
        <w:t xml:space="preserve">    (c) the profession of assisting women in childbirth without being a doctor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 the Prince and Pointz be not two arrant cowards, there's no equity stirring: there's no more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valour</w:t>
      </w:r>
      <w:r>
        <w:rPr>
          <w:b/>
          <w:bCs/>
        </w:rPr>
        <w:t xml:space="preserve"> </w:t>
      </w:r>
      <w:r>
        <w:rPr>
          <w:b/>
          <w:bCs/>
        </w:rPr>
        <w:t xml:space="preserve">in that Pointz than in a wild duck.</w:t>
      </w:r>
      <w:r>
        <w:br/>
      </w:r>
      <w:r>
        <w:t xml:space="preserve">    (a) a long race that is shorter than the typical long race of about 26 miles</w:t>
      </w:r>
      <w:r>
        <w:br/>
      </w:r>
      <w:r>
        <w:t xml:space="preserve">    (b) exceptional or heroic courage when facing danger -- especially in battle</w:t>
      </w:r>
      <w:r>
        <w:br/>
      </w:r>
      <w:r>
        <w:t xml:space="preserve">    (c) exceedingly powerful bomb whose energy comes from the splitting of atoms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take it already upon their salvation, that though I be but Prince of Wales, yet I am the king of courtesy; and tell me flatly I am no proud Jack, like Falstaff, but a corinthian, a lad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mettle</w:t>
      </w:r>
      <w:r>
        <w:rPr>
          <w:b/>
          <w:bCs/>
        </w:rPr>
        <w:t xml:space="preserve">, a good boy,—by the Lord, so they call me;—and, when I am King of England, I shall command all the good lads in Eastcheap.</w:t>
      </w:r>
      <w:r>
        <w:br/>
      </w:r>
      <w:r>
        <w:t xml:space="preserve">    (a) courage or strength of character</w:t>
      </w:r>
      <w:r>
        <w:br/>
      </w:r>
      <w:r>
        <w:t xml:space="preserve">    (b) opposed to people who are Jewish</w:t>
      </w:r>
      <w:r>
        <w:br/>
      </w:r>
      <w:r>
        <w:t xml:space="preserve">    (c) lacking things most people enjoy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rogue</w:t>
      </w:r>
      <w:r>
        <w:rPr>
          <w:b/>
          <w:bCs/>
        </w:rPr>
        <w:t xml:space="preserve">, here's lime in this sack too</w:t>
      </w:r>
      <w:r>
        <w:br/>
      </w:r>
      <w:r>
        <w:t xml:space="preserve">    (a) lymph node -- one of many bean-sized organs that filter bacteria and other toxins from circulating white-blood-cell filled lymph fluid</w:t>
      </w:r>
      <w:r>
        <w:br/>
      </w:r>
      <w:r>
        <w:t xml:space="preserve">    (b) when what happens is very different than what might be expected; or when things are together that seem like they don't belong together</w:t>
      </w:r>
      <w:r>
        <w:br/>
      </w:r>
      <w:r>
        <w:t xml:space="preserve">    (c) a person who lies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if reasons were as plentiful as blackberries, I would give no man a reason upon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compulsion</w:t>
      </w:r>
      <w:r>
        <w:rPr>
          <w:b/>
          <w:bCs/>
        </w:rPr>
        <w:t xml:space="preserve">, I. PRINCE.</w:t>
      </w:r>
      <w:r>
        <w:br/>
      </w:r>
      <w:r>
        <w:t xml:space="preserve">    (a) a strategy or plan to do something</w:t>
      </w:r>
      <w:r>
        <w:br/>
      </w:r>
      <w:r>
        <w:t xml:space="preserve">    (b) a dream about doing something</w:t>
      </w:r>
      <w:r>
        <w:br/>
      </w:r>
      <w:r>
        <w:t xml:space="preserve">    (c) an urge, force, or requirement to do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him keep with, the rest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banish</w:t>
      </w:r>
      <w:r>
        <w:rPr>
          <w:b/>
          <w:bCs/>
        </w:rPr>
        <w:t xml:space="preserve">.</w:t>
      </w:r>
      <w:r>
        <w:br/>
      </w:r>
      <w:r>
        <w:t xml:space="preserve">    (a) influence or effect</w:t>
      </w:r>
      <w:r>
        <w:br/>
      </w:r>
      <w:r>
        <w:t xml:space="preserve">    (b) expel or get rid of -- especially a person from a country or community</w:t>
      </w:r>
      <w:r>
        <w:br/>
      </w:r>
      <w:r>
        <w:t xml:space="preserve">    (c) gain advantage from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Pride, haughtiness, opinion,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disdain</w:t>
      </w:r>
      <w:r>
        <w:rPr>
          <w:b/>
          <w:bCs/>
        </w:rPr>
        <w:t xml:space="preserve">;</w:t>
      </w:r>
      <w:r>
        <w:br/>
      </w:r>
      <w:r>
        <w:t xml:space="preserve">    (a) influence opinion</w:t>
      </w:r>
      <w:r>
        <w:br/>
      </w:r>
      <w:r>
        <w:t xml:space="preserve">    (b) differ; or change</w:t>
      </w:r>
      <w:r>
        <w:br/>
      </w:r>
      <w:r>
        <w:t xml:space="preserve">    (c) a lack of respect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understand thy looks: that pretty Welsh Which thou pour'st down from these swelling heavens I am too perfect in; and, but for shame, In such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parley</w:t>
      </w:r>
      <w:r>
        <w:rPr>
          <w:b/>
          <w:bCs/>
        </w:rPr>
        <w:t xml:space="preserve"> </w:t>
      </w:r>
      <w:r>
        <w:rPr>
          <w:b/>
          <w:bCs/>
        </w:rPr>
        <w:t xml:space="preserve">should I answer thee.</w:t>
      </w:r>
      <w:r>
        <w:br/>
      </w:r>
      <w:r>
        <w:t xml:space="preserve">    (a) to promise, guarantee, or indicate certainty of something</w:t>
      </w:r>
      <w:r>
        <w:br/>
      </w:r>
      <w:r>
        <w:t xml:space="preserve">    (b) a negotiation or discussion -- especially between enemies</w:t>
      </w:r>
      <w:r>
        <w:br/>
      </w:r>
      <w:r>
        <w:t xml:space="preserve">    (c) think carefully and make a judgment about something again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know you, Sir John: you owe me money, Sir John; and now you pick a quarrel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beguile</w:t>
      </w:r>
      <w:r>
        <w:rPr>
          <w:b/>
          <w:bCs/>
        </w:rPr>
        <w:t xml:space="preserve"> </w:t>
      </w:r>
      <w:r>
        <w:rPr>
          <w:b/>
          <w:bCs/>
        </w:rPr>
        <w:t xml:space="preserve">me of it: I bought you a dozen of shirts to your back.</w:t>
      </w:r>
      <w:r>
        <w:br/>
      </w:r>
      <w:r>
        <w:t xml:space="preserve">    (a) to think of something as true or likely, even though it is not known with certainty</w:t>
      </w:r>
      <w:r>
        <w:br/>
      </w:r>
      <w:r>
        <w:t xml:space="preserve">    (b) give authority, power, knowledge, or confidence to someone so they can do something</w:t>
      </w:r>
      <w:r>
        <w:br/>
      </w:r>
      <w:r>
        <w:t xml:space="preserve">    (c) to charm, enchant, or entertain someone; or to deceive -- especially through charm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Bardolph,—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BARD</w:t>
      </w:r>
      <w:r>
        <w:rPr>
          <w:b/>
          <w:bCs/>
        </w:rPr>
        <w:t xml:space="preserve">.</w:t>
      </w:r>
      <w:r>
        <w:br/>
      </w:r>
      <w:r>
        <w:t xml:space="preserve">    (a) someone who composes and recites or sings poems about important events and people; or (as a proper noun) Shakespeare</w:t>
      </w:r>
      <w:r>
        <w:br/>
      </w:r>
      <w:r>
        <w:t xml:space="preserve">    (b) of the American Indian civilization of Yucatan and Belize and Guatemala that reached its peak between AD 300 and 900</w:t>
      </w:r>
      <w:r>
        <w:br/>
      </w:r>
      <w:r>
        <w:t xml:space="preserve">    (c) a hole or dropoff so deep the bottom cannot be seen -- often used figuratively to imply a frightening bottomless pit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perilous</w:t>
      </w:r>
      <w:r>
        <w:rPr>
          <w:b/>
          <w:bCs/>
        </w:rPr>
        <w:t xml:space="preserve"> </w:t>
      </w:r>
      <w:r>
        <w:rPr>
          <w:b/>
          <w:bCs/>
        </w:rPr>
        <w:t xml:space="preserve">gash, a very limb lopp'd off:—And yet, in faith, 'tis not; his present want Seems more than we shall find it.</w:t>
      </w:r>
      <w:r>
        <w:br/>
      </w:r>
      <w:r>
        <w:t xml:space="preserve">    (a) bent down</w:t>
      </w:r>
      <w:r>
        <w:br/>
      </w:r>
      <w:r>
        <w:t xml:space="preserve">    (b) stuck out</w:t>
      </w:r>
      <w:r>
        <w:br/>
      </w:r>
      <w:r>
        <w:t xml:space="preserve">    (c) dangerous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At my tent The Douglas is: and 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beseech</w:t>
      </w:r>
      <w:r>
        <w:rPr>
          <w:b/>
          <w:bCs/>
        </w:rPr>
        <w:t xml:space="preserve"> </w:t>
      </w:r>
      <w:r>
        <w:rPr>
          <w:b/>
          <w:bCs/>
        </w:rPr>
        <w:t xml:space="preserve">your Grace I may dispose of him.</w:t>
      </w:r>
      <w:r>
        <w:br/>
      </w:r>
      <w:r>
        <w:t xml:space="preserve">    (a) move into position to work; or start</w:t>
      </w:r>
      <w:r>
        <w:br/>
      </w:r>
      <w:r>
        <w:t xml:space="preserve">    (b) to spread to other parts of the body</w:t>
      </w:r>
      <w:r>
        <w:br/>
      </w:r>
      <w:r>
        <w:t xml:space="preserve">    (c) to ask strongly or beg for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Then, brother John of Lancaster, to you This honourable bounty shall belong: Go to the Douglas, and deliver him Up to his pleasure, ransomless and free: His valour, shown upon our crests to-day, Hath taught us how to cherish such high deeds Even in the bosom of 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adversaries</w:t>
      </w:r>
      <w:r>
        <w:rPr>
          <w:b/>
          <w:bCs/>
        </w:rPr>
        <w:t xml:space="preserve">.</w:t>
      </w:r>
      <w:r>
        <w:br/>
      </w:r>
      <w:r>
        <w:t xml:space="preserve">    (a) opponents</w:t>
      </w:r>
      <w:r>
        <w:br/>
      </w:r>
      <w:r>
        <w:t xml:space="preserve">    (b) made holy</w:t>
      </w:r>
      <w:r>
        <w:br/>
      </w:r>
      <w:r>
        <w:t xml:space="preserve">    (c) loyalties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2026-07-31T14:29:27Z</dcterms:created>
  <dcterms:modified xsi:type="dcterms:W3CDTF">2026-07-31T14:29:27Z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