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b77b273d066f078ce3a861e9b65d036697984a6"/>
    <w:p>
      <w:pPr>
        <w:pStyle w:val="Heading1"/>
      </w:pPr>
      <w:r>
        <w:rPr>
          <w:b/>
          <w:bCs/>
        </w:rPr>
        <w:t xml:space="preserve">Henry IV, Part 1</w:t>
      </w:r>
      <w:r>
        <w:br/>
      </w:r>
      <w:r>
        <w:rPr>
          <w:i/>
          <w:iCs/>
        </w:rPr>
        <w:t xml:space="preserve">William Shakespeare</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I see no reason why thou shouldst be so</w:t>
      </w:r>
      <w:r>
        <w:rPr>
          <w:b/>
          <w:bCs/>
        </w:rPr>
        <w:t xml:space="preserve"> </w:t>
      </w:r>
      <w:r>
        <w:rPr>
          <w:b/>
          <w:bCs/>
          <w:u w:val="single"/>
        </w:rPr>
        <w:t xml:space="preserve">superfluous</w:t>
      </w:r>
      <w:r>
        <w:rPr>
          <w:b/>
          <w:bCs/>
        </w:rPr>
        <w:t xml:space="preserve"> </w:t>
      </w:r>
      <w:r>
        <w:rPr>
          <w:b/>
          <w:bCs/>
        </w:rPr>
        <w:t xml:space="preserve">to demand the time of the day.</w:t>
      </w:r>
      <w:r>
        <w:br/>
      </w:r>
      <w:r>
        <w:t xml:space="preserve">    (a) without purpose, job, or natural activity</w:t>
      </w:r>
      <w:r>
        <w:br/>
      </w:r>
      <w:r>
        <w:t xml:space="preserve">    (b) the quality of being sensible and careful</w:t>
      </w:r>
      <w:r>
        <w:br/>
      </w:r>
      <w:r>
        <w:t xml:space="preserve">    (c) unnecessarily (asking for more than is required or useful)</w:t>
      </w:r>
    </w:p>
    <w:p>
      <w:pPr>
        <w:pStyle w:val="Compact"/>
        <w:numPr>
          <w:ilvl w:val="0"/>
          <w:numId w:val="1001"/>
        </w:numPr>
      </w:pPr>
      <w:r>
        <w:rPr>
          <w:b/>
          <w:bCs/>
        </w:rPr>
        <w:t xml:space="preserve">Thou hast the most</w:t>
      </w:r>
      <w:r>
        <w:rPr>
          <w:b/>
          <w:bCs/>
        </w:rPr>
        <w:t xml:space="preserve"> </w:t>
      </w:r>
      <w:r>
        <w:rPr>
          <w:b/>
          <w:bCs/>
          <w:u w:val="single"/>
        </w:rPr>
        <w:t xml:space="preserve">unsavoury</w:t>
      </w:r>
      <w:r>
        <w:rPr>
          <w:b/>
          <w:bCs/>
        </w:rPr>
        <w:t xml:space="preserve"> </w:t>
      </w:r>
      <w:r>
        <w:rPr>
          <w:b/>
          <w:bCs/>
        </w:rPr>
        <w:t xml:space="preserve">similes, and art, indeed, the most comparative, rascalliest, sweet young prince,—But, Hal, I pr'ythee trouble me no more with vanity.</w:t>
      </w:r>
      <w:r>
        <w:br/>
      </w:r>
      <w:r>
        <w:t xml:space="preserve">    (a) relating to expert judgement of what is good and bad about something</w:t>
      </w:r>
      <w:r>
        <w:br/>
      </w:r>
      <w:r>
        <w:t xml:space="preserve">    (b) full of anger or unhappiness at having to accept something not liked</w:t>
      </w:r>
      <w:r>
        <w:br/>
      </w:r>
      <w:r>
        <w:t xml:space="preserve">    (c) unpleasant or distasteful -- as from offensive morality or bad taste</w:t>
      </w:r>
    </w:p>
    <w:p>
      <w:pPr>
        <w:pStyle w:val="Compact"/>
        <w:numPr>
          <w:ilvl w:val="0"/>
          <w:numId w:val="1001"/>
        </w:numPr>
      </w:pPr>
      <w:r>
        <w:rPr>
          <w:b/>
          <w:bCs/>
        </w:rPr>
        <w:t xml:space="preserve">This is the most</w:t>
      </w:r>
      <w:r>
        <w:rPr>
          <w:b/>
          <w:bCs/>
        </w:rPr>
        <w:t xml:space="preserve"> </w:t>
      </w:r>
      <w:r>
        <w:rPr>
          <w:b/>
          <w:bCs/>
          <w:u w:val="single"/>
        </w:rPr>
        <w:t xml:space="preserve">omnipotent</w:t>
      </w:r>
      <w:r>
        <w:rPr>
          <w:b/>
          <w:bCs/>
        </w:rPr>
        <w:t xml:space="preserve"> </w:t>
      </w:r>
      <w:r>
        <w:rPr>
          <w:b/>
          <w:bCs/>
        </w:rPr>
        <w:t xml:space="preserve">villain that ever cried Stand!</w:t>
      </w:r>
      <w:r>
        <w:br/>
      </w:r>
      <w:r>
        <w:t xml:space="preserve">    (a) sticking out</w:t>
      </w:r>
      <w:r>
        <w:br/>
      </w:r>
      <w:r>
        <w:t xml:space="preserve">    (b) not pleasing</w:t>
      </w:r>
      <w:r>
        <w:br/>
      </w:r>
      <w:r>
        <w:t xml:space="preserve">    (c) all powerful</w:t>
      </w:r>
    </w:p>
    <w:p>
      <w:pPr>
        <w:pStyle w:val="Compact"/>
        <w:numPr>
          <w:ilvl w:val="0"/>
          <w:numId w:val="1001"/>
        </w:numPr>
      </w:pPr>
      <w:r>
        <w:rPr>
          <w:b/>
          <w:bCs/>
        </w:rPr>
        <w:t xml:space="preserve">And, like bright metal on a</w:t>
      </w:r>
      <w:r>
        <w:rPr>
          <w:b/>
          <w:bCs/>
        </w:rPr>
        <w:t xml:space="preserve"> </w:t>
      </w:r>
      <w:r>
        <w:rPr>
          <w:b/>
          <w:bCs/>
          <w:u w:val="single"/>
        </w:rPr>
        <w:t xml:space="preserve">sullen</w:t>
      </w:r>
      <w:r>
        <w:rPr>
          <w:b/>
          <w:bCs/>
        </w:rPr>
        <w:t xml:space="preserve"> </w:t>
      </w:r>
      <w:r>
        <w:rPr>
          <w:b/>
          <w:bCs/>
        </w:rPr>
        <w:t xml:space="preserve">ground,</w:t>
      </w:r>
      <w:r>
        <w:br/>
      </w:r>
      <w:r>
        <w:rPr>
          <w:b/>
          <w:bCs/>
        </w:rPr>
        <w:t xml:space="preserve">My reformation, glittering o'er my fault,</w:t>
      </w:r>
      <w:r>
        <w:br/>
      </w:r>
      <w:r>
        <w:rPr>
          <w:b/>
          <w:bCs/>
        </w:rPr>
        <w:t xml:space="preserve">Shall show more goodly and attract more eyes</w:t>
      </w:r>
      <w:r>
        <w:br/>
      </w:r>
      <w:r>
        <w:rPr>
          <w:b/>
          <w:bCs/>
        </w:rPr>
        <w:t xml:space="preserve">Than that which hath no foil to set it off.</w:t>
      </w:r>
      <w:r>
        <w:br/>
      </w:r>
      <w:r>
        <w:t xml:space="preserve">    (a) representative</w:t>
      </w:r>
      <w:r>
        <w:br/>
      </w:r>
      <w:r>
        <w:t xml:space="preserve">    (b) unable to find</w:t>
      </w:r>
      <w:r>
        <w:br/>
      </w:r>
      <w:r>
        <w:t xml:space="preserve">    (c) dark (gloomy)</w:t>
      </w:r>
    </w:p>
    <w:p>
      <w:pPr>
        <w:pStyle w:val="Compact"/>
        <w:numPr>
          <w:ilvl w:val="0"/>
          <w:numId w:val="1001"/>
        </w:numPr>
      </w:pPr>
      <w:r>
        <w:rPr>
          <w:b/>
          <w:bCs/>
        </w:rPr>
        <w:t xml:space="preserve">But, I remember, when the fight was done, When I was dry with rage and extreme toil, Breathless and faint, leaning upon my sword, Came there a certain lord, neat, trimly dress'd, Fresh as a bridegroom; and his chin new reap'd Show'd like a stubble-land at harvest-home: He was perfumed like a milliner; And 'twixt his finger and his thumb he held A pouncet-box, which ever and anon He gave his nose, and took't away again; Who therewith angry, when it next came there, Took it in snuff: and still he smiled and talk'd; And, as the soldiers bore dead bodies by, He call'd them untaught knaves, unmannerly, To bring a</w:t>
      </w:r>
      <w:r>
        <w:rPr>
          <w:b/>
          <w:bCs/>
        </w:rPr>
        <w:t xml:space="preserve"> </w:t>
      </w:r>
      <w:r>
        <w:rPr>
          <w:b/>
          <w:bCs/>
          <w:u w:val="single"/>
        </w:rPr>
        <w:t xml:space="preserve">slovenly</w:t>
      </w:r>
      <w:r>
        <w:rPr>
          <w:b/>
          <w:bCs/>
        </w:rPr>
        <w:t xml:space="preserve"> </w:t>
      </w:r>
      <w:r>
        <w:rPr>
          <w:b/>
          <w:bCs/>
        </w:rPr>
        <w:t xml:space="preserve">unhandsome corse Betwixt the wind and his nobility.</w:t>
      </w:r>
      <w:r>
        <w:br/>
      </w:r>
      <w:r>
        <w:t xml:space="preserve">    (a) messy or dirty;</w:t>
      </w:r>
      <w:r>
        <w:br/>
      </w:r>
      <w:r>
        <w:br/>
      </w:r>
      <w:r>
        <w:t xml:space="preserve">or:</w:t>
      </w:r>
      <w:r>
        <w:br/>
      </w:r>
      <w:r>
        <w:br/>
      </w:r>
      <w:r>
        <w:t xml:space="preserve">excessively careless or casual</w:t>
      </w:r>
      <w:r>
        <w:br/>
      </w:r>
      <w:r>
        <w:t xml:space="preserve">    (b) the state or degree of being optimistic or agreeable</w:t>
      </w:r>
      <w:r>
        <w:br/>
      </w:r>
      <w:r>
        <w:t xml:space="preserve">    (c) the quality of being very bad (deserving no respect)</w:t>
      </w:r>
    </w:p>
    <w:p>
      <w:pPr>
        <w:pStyle w:val="Compact"/>
        <w:numPr>
          <w:ilvl w:val="0"/>
          <w:numId w:val="1001"/>
        </w:numPr>
      </w:pPr>
      <w:r>
        <w:rPr>
          <w:b/>
          <w:bCs/>
        </w:rPr>
        <w:t xml:space="preserve">Uncle,</w:t>
      </w:r>
      <w:r>
        <w:rPr>
          <w:b/>
          <w:bCs/>
        </w:rPr>
        <w:t xml:space="preserve"> </w:t>
      </w:r>
      <w:r>
        <w:rPr>
          <w:b/>
          <w:bCs/>
          <w:u w:val="single"/>
        </w:rPr>
        <w:t xml:space="preserve">adieu</w:t>
      </w:r>
      <w:r>
        <w:rPr>
          <w:b/>
          <w:bCs/>
        </w:rPr>
        <w:t xml:space="preserve">: O, let the hours be short, Till fields and blows and groans applaud our sport!</w:t>
      </w:r>
      <w:r>
        <w:br/>
      </w:r>
      <w:r>
        <w:t xml:space="preserve">    (a) hello</w:t>
      </w:r>
      <w:r>
        <w:br/>
      </w:r>
      <w:r>
        <w:t xml:space="preserve">    (b) goodbye</w:t>
      </w:r>
      <w:r>
        <w:br/>
      </w:r>
      <w:r>
        <w:t xml:space="preserve">    (c) greetings</w:t>
      </w:r>
    </w:p>
    <w:p>
      <w:pPr>
        <w:pStyle w:val="Compact"/>
        <w:numPr>
          <w:ilvl w:val="0"/>
          <w:numId w:val="1001"/>
        </w:numPr>
      </w:pPr>
      <w:r>
        <w:rPr>
          <w:b/>
          <w:bCs/>
        </w:rPr>
        <w:t xml:space="preserve">I have a gammon of bacon and two</w:t>
      </w:r>
      <w:r>
        <w:rPr>
          <w:b/>
          <w:bCs/>
        </w:rPr>
        <w:t xml:space="preserve"> </w:t>
      </w:r>
      <w:r>
        <w:rPr>
          <w:b/>
          <w:bCs/>
          <w:u w:val="single"/>
        </w:rPr>
        <w:t xml:space="preserve">razes</w:t>
      </w:r>
      <w:r>
        <w:rPr>
          <w:b/>
          <w:bCs/>
        </w:rPr>
        <w:t xml:space="preserve"> </w:t>
      </w:r>
      <w:r>
        <w:rPr>
          <w:b/>
          <w:bCs/>
        </w:rPr>
        <w:t xml:space="preserve">of ginger, to be delivered as far as Charing-cross.</w:t>
      </w:r>
      <w:r>
        <w:br/>
      </w:r>
      <w:r>
        <w:t xml:space="preserve">    (a) completely destroys</w:t>
      </w:r>
      <w:r>
        <w:br/>
      </w:r>
      <w:r>
        <w:t xml:space="preserve">    (b) differs; or changes</w:t>
      </w:r>
      <w:r>
        <w:br/>
      </w:r>
      <w:r>
        <w:t xml:space="preserve">    (c) predicts or reveals</w:t>
      </w:r>
    </w:p>
    <w:p>
      <w:pPr>
        <w:pStyle w:val="Compact"/>
        <w:numPr>
          <w:ilvl w:val="0"/>
          <w:numId w:val="1001"/>
        </w:numPr>
      </w:pPr>
      <w:r>
        <w:rPr>
          <w:b/>
          <w:bCs/>
        </w:rPr>
        <w:t xml:space="preserve">O, what</w:t>
      </w:r>
      <w:r>
        <w:rPr>
          <w:b/>
          <w:bCs/>
        </w:rPr>
        <w:t xml:space="preserve"> </w:t>
      </w:r>
      <w:r>
        <w:rPr>
          <w:b/>
          <w:bCs/>
          <w:u w:val="single"/>
        </w:rPr>
        <w:t xml:space="preserve">portents</w:t>
      </w:r>
      <w:r>
        <w:rPr>
          <w:b/>
          <w:bCs/>
        </w:rPr>
        <w:t xml:space="preserve"> </w:t>
      </w:r>
      <w:r>
        <w:rPr>
          <w:b/>
          <w:bCs/>
        </w:rPr>
        <w:t xml:space="preserve">are these?</w:t>
      </w:r>
      <w:r>
        <w:br/>
      </w:r>
      <w:r>
        <w:t xml:space="preserve">    (a) other battles with the same foe</w:t>
      </w:r>
      <w:r>
        <w:br/>
      </w:r>
      <w:r>
        <w:t xml:space="preserve">    (b) drugs that calm or put to sleep</w:t>
      </w:r>
      <w:r>
        <w:br/>
      </w:r>
      <w:r>
        <w:t xml:space="preserve">    (c) signs of something to come (in Shakespeare's day, more specifically referring to signs indicating the approach of evil or calamity)</w:t>
      </w:r>
    </w:p>
    <w:p>
      <w:pPr>
        <w:pStyle w:val="Compact"/>
        <w:numPr>
          <w:ilvl w:val="0"/>
          <w:numId w:val="1001"/>
        </w:numPr>
      </w:pPr>
      <w:r>
        <w:rPr>
          <w:b/>
          <w:bCs/>
        </w:rPr>
        <w:t xml:space="preserve">To conclude, I am so good a</w:t>
      </w:r>
      <w:r>
        <w:rPr>
          <w:b/>
          <w:bCs/>
        </w:rPr>
        <w:t xml:space="preserve"> </w:t>
      </w:r>
      <w:r>
        <w:rPr>
          <w:b/>
          <w:bCs/>
          <w:u w:val="single"/>
        </w:rPr>
        <w:t xml:space="preserve">proficient</w:t>
      </w:r>
      <w:r>
        <w:rPr>
          <w:b/>
          <w:bCs/>
        </w:rPr>
        <w:t xml:space="preserve"> </w:t>
      </w:r>
      <w:r>
        <w:rPr>
          <w:b/>
          <w:bCs/>
        </w:rPr>
        <w:t xml:space="preserve">in one quarter of an hour, that I can drink with any tinker in his own language during my life.</w:t>
      </w:r>
      <w:r>
        <w:br/>
      </w:r>
      <w:r>
        <w:t xml:space="preserve">    (a) pleasing</w:t>
      </w:r>
      <w:r>
        <w:br/>
      </w:r>
      <w:r>
        <w:t xml:space="preserve">    (b) absolute</w:t>
      </w:r>
      <w:r>
        <w:br/>
      </w:r>
      <w:r>
        <w:t xml:space="preserve">    (c) skillful</w:t>
      </w:r>
    </w:p>
    <w:p>
      <w:pPr>
        <w:pStyle w:val="Compact"/>
        <w:numPr>
          <w:ilvl w:val="0"/>
          <w:numId w:val="1001"/>
        </w:numPr>
      </w:pPr>
      <w:r>
        <w:rPr>
          <w:b/>
          <w:bCs/>
        </w:rPr>
        <w:t xml:space="preserve">—Is there no virtue</w:t>
      </w:r>
      <w:r>
        <w:rPr>
          <w:b/>
          <w:bCs/>
        </w:rPr>
        <w:t xml:space="preserve"> </w:t>
      </w:r>
      <w:r>
        <w:rPr>
          <w:b/>
          <w:bCs/>
          <w:u w:val="single"/>
        </w:rPr>
        <w:t xml:space="preserve">extant</w:t>
      </w:r>
      <w:r>
        <w:rPr>
          <w:b/>
          <w:bCs/>
        </w:rPr>
        <w:t xml:space="preserve">?</w:t>
      </w:r>
      <w:r>
        <w:br/>
      </w:r>
      <w:r>
        <w:t xml:space="preserve">    (a) wrongly translates</w:t>
      </w:r>
      <w:r>
        <w:br/>
      </w:r>
      <w:r>
        <w:t xml:space="preserve">    (b) still in existence</w:t>
      </w:r>
      <w:r>
        <w:br/>
      </w:r>
      <w:r>
        <w:t xml:space="preserve">    (c) restarted (a fire)</w:t>
      </w:r>
    </w:p>
    <w:p>
      <w:pPr>
        <w:pStyle w:val="Compact"/>
        <w:numPr>
          <w:ilvl w:val="0"/>
          <w:numId w:val="1001"/>
        </w:numPr>
      </w:pPr>
      <w:r>
        <w:rPr>
          <w:b/>
          <w:bCs/>
        </w:rPr>
        <w:t xml:space="preserve">A goodly portly man, i'faith, and a</w:t>
      </w:r>
      <w:r>
        <w:rPr>
          <w:b/>
          <w:bCs/>
        </w:rPr>
        <w:t xml:space="preserve"> </w:t>
      </w:r>
      <w:r>
        <w:rPr>
          <w:b/>
          <w:bCs/>
          <w:u w:val="single"/>
        </w:rPr>
        <w:t xml:space="preserve">corpulent</w:t>
      </w:r>
      <w:r>
        <w:rPr>
          <w:b/>
          <w:bCs/>
        </w:rPr>
        <w:t xml:space="preserve">; of a cheerful look, a pleasing eye, and a most noble carriage; and, as I think, his age some fifty, or, by'r Lady, inclining to threescore; and now I remember me, his name is Falstaff: if that man should be lewdly given, he deceiveth me; for, Harry, I see virtue in his looks.</w:t>
      </w:r>
      <w:r>
        <w:br/>
      </w:r>
      <w:r>
        <w:t xml:space="preserve">    (a) not representative</w:t>
      </w:r>
      <w:r>
        <w:br/>
      </w:r>
      <w:r>
        <w:t xml:space="preserve">    (b) good or beneficial</w:t>
      </w:r>
      <w:r>
        <w:br/>
      </w:r>
      <w:r>
        <w:t xml:space="preserve">    (c) excessive body fat</w:t>
      </w:r>
    </w:p>
    <w:p>
      <w:pPr>
        <w:pStyle w:val="Compact"/>
        <w:numPr>
          <w:ilvl w:val="0"/>
          <w:numId w:val="1001"/>
        </w:numPr>
      </w:pPr>
      <w:r>
        <w:rPr>
          <w:b/>
          <w:bCs/>
        </w:rPr>
        <w:t xml:space="preserve">Why dost thou converse with that trunk of humours, that bolting-hutch of beastliness, that swollen parcel of dropsies, that huge bombard of sack, that roasted Manningtree ox with the pudding in his belly, that reverend Vice, that grey</w:t>
      </w:r>
      <w:r>
        <w:rPr>
          <w:b/>
          <w:bCs/>
        </w:rPr>
        <w:t xml:space="preserve"> </w:t>
      </w:r>
      <w:r>
        <w:rPr>
          <w:b/>
          <w:bCs/>
          <w:u w:val="single"/>
        </w:rPr>
        <w:t xml:space="preserve">Iniquity</w:t>
      </w:r>
      <w:r>
        <w:rPr>
          <w:b/>
          <w:bCs/>
        </w:rPr>
        <w:t xml:space="preserve">, that father ruffian, that vanity in years?</w:t>
      </w:r>
      <w:r>
        <w:br/>
      </w:r>
      <w:r>
        <w:t xml:space="preserve">    (a) set of laws</w:t>
      </w:r>
      <w:r>
        <w:br/>
      </w:r>
      <w:r>
        <w:t xml:space="preserve">    (b) immorality; or an immoral act</w:t>
      </w:r>
      <w:r>
        <w:br/>
      </w:r>
      <w:r>
        <w:t xml:space="preserve">    (c) long-accepted behavior</w:t>
      </w:r>
    </w:p>
    <w:p>
      <w:pPr>
        <w:pStyle w:val="Compact"/>
        <w:numPr>
          <w:ilvl w:val="0"/>
          <w:numId w:val="1001"/>
        </w:numPr>
      </w:pPr>
      <w:r>
        <w:rPr>
          <w:b/>
          <w:bCs/>
        </w:rPr>
        <w:t xml:space="preserve">Tell me else, Could such</w:t>
      </w:r>
      <w:r>
        <w:rPr>
          <w:b/>
          <w:bCs/>
        </w:rPr>
        <w:t xml:space="preserve"> </w:t>
      </w:r>
      <w:r>
        <w:rPr>
          <w:b/>
          <w:bCs/>
          <w:u w:val="single"/>
        </w:rPr>
        <w:t xml:space="preserve">inordinate</w:t>
      </w:r>
      <w:r>
        <w:rPr>
          <w:b/>
          <w:bCs/>
        </w:rPr>
        <w:t xml:space="preserve"> </w:t>
      </w:r>
      <w:r>
        <w:rPr>
          <w:b/>
          <w:bCs/>
        </w:rPr>
        <w:t xml:space="preserve">and low desires, Such poor, such base, such lewd, such mean attempts, Such barren pleasures, rude society, As thou art match'd withal and grafted to, Accompany the greatness of thy blood, And hold their level with thy princely heart?</w:t>
      </w:r>
      <w:r>
        <w:br/>
      </w:r>
      <w:r>
        <w:t xml:space="preserve">    (a) mental activity of which one is not self-aware</w:t>
      </w:r>
      <w:r>
        <w:br/>
      </w:r>
      <w:r>
        <w:t xml:space="preserve">    (b) excessive or more than is reasonable or normal</w:t>
      </w:r>
      <w:r>
        <w:br/>
      </w:r>
      <w:r>
        <w:t xml:space="preserve">    (c) with the involvement of other people or things</w:t>
      </w:r>
    </w:p>
    <w:p>
      <w:pPr>
        <w:pStyle w:val="Compact"/>
        <w:numPr>
          <w:ilvl w:val="0"/>
          <w:numId w:val="1001"/>
        </w:numPr>
      </w:pPr>
      <w:r>
        <w:rPr>
          <w:b/>
          <w:bCs/>
        </w:rPr>
        <w:t xml:space="preserve">And then I stole all courtesy from Heaven, And dress'd myself in such humility, That I did pluck allegiance from men's hearts, Loud shouts and</w:t>
      </w:r>
      <w:r>
        <w:rPr>
          <w:b/>
          <w:bCs/>
        </w:rPr>
        <w:t xml:space="preserve"> </w:t>
      </w:r>
      <w:r>
        <w:rPr>
          <w:b/>
          <w:bCs/>
          <w:u w:val="single"/>
        </w:rPr>
        <w:t xml:space="preserve">salutations</w:t>
      </w:r>
      <w:r>
        <w:rPr>
          <w:b/>
          <w:bCs/>
        </w:rPr>
        <w:t xml:space="preserve"> </w:t>
      </w:r>
      <w:r>
        <w:rPr>
          <w:b/>
          <w:bCs/>
        </w:rPr>
        <w:t xml:space="preserve">from their mouths, Even in the presence of the crowned King.</w:t>
      </w:r>
      <w:r>
        <w:br/>
      </w:r>
      <w:r>
        <w:t xml:space="preserve">    (a) a greeting -- such as</w:t>
      </w:r>
      <w:r>
        <w:t xml:space="preserve"> </w:t>
      </w:r>
      <w:r>
        <w:rPr>
          <w:i/>
          <w:iCs/>
        </w:rPr>
        <w:t xml:space="preserve">"Hi"</w:t>
      </w:r>
      <w:r>
        <w:t xml:space="preserve">, </w:t>
      </w:r>
      <w:r>
        <w:t xml:space="preserve"> </w:t>
      </w:r>
      <w:r>
        <w:rPr>
          <w:i/>
          <w:iCs/>
        </w:rPr>
        <w:t xml:space="preserve">"Dear John:"</w:t>
      </w:r>
      <w:r>
        <w:t xml:space="preserve">, or</w:t>
      </w:r>
      <w:r>
        <w:t xml:space="preserve"> </w:t>
      </w:r>
      <w:r>
        <w:rPr>
          <w:i/>
          <w:iCs/>
        </w:rPr>
        <w:t xml:space="preserve">"Ladies and Gentlemen"</w:t>
      </w:r>
      <w:r>
        <w:br/>
      </w:r>
      <w:r>
        <w:br/>
      </w:r>
      <w:r>
        <w:t xml:space="preserve">or:</w:t>
      </w:r>
      <w:r>
        <w:br/>
      </w:r>
      <w:r>
        <w:br/>
      </w:r>
      <w:r>
        <w:t xml:space="preserve">the act of greeting</w:t>
      </w:r>
      <w:r>
        <w:br/>
      </w:r>
      <w:r>
        <w:t xml:space="preserve">    (b) subatomic particles with negative charge that are found in all atoms and that act as the primary carrier of electricity</w:t>
      </w:r>
      <w:r>
        <w:br/>
      </w:r>
      <w:r>
        <w:t xml:space="preserve">    (c) people who suffer from psychosis (any severe mental disorder in which contact with reality is lost or highly distorted)</w:t>
      </w:r>
    </w:p>
    <w:p>
      <w:pPr>
        <w:pStyle w:val="Compact"/>
        <w:numPr>
          <w:ilvl w:val="0"/>
          <w:numId w:val="1001"/>
        </w:numPr>
      </w:pPr>
      <w:r>
        <w:rPr>
          <w:b/>
          <w:bCs/>
        </w:rPr>
        <w:t xml:space="preserve">Hostess, I forgive thee: go, make ready breakfast; love thy husband, look to thy servants, cherish thy guests: thou shalt find me tractable to any honest reason; thou see'st I am</w:t>
      </w:r>
      <w:r>
        <w:rPr>
          <w:b/>
          <w:bCs/>
        </w:rPr>
        <w:t xml:space="preserve"> </w:t>
      </w:r>
      <w:r>
        <w:rPr>
          <w:b/>
          <w:bCs/>
          <w:u w:val="single"/>
        </w:rPr>
        <w:t xml:space="preserve">pacified</w:t>
      </w:r>
      <w:r>
        <w:rPr>
          <w:b/>
          <w:bCs/>
        </w:rPr>
        <w:t xml:space="preserve">.</w:t>
      </w:r>
      <w:r>
        <w:br/>
      </w:r>
      <w:r>
        <w:t xml:space="preserve">    (a) caused to happen or occurred as a consequence</w:t>
      </w:r>
      <w:r>
        <w:br/>
      </w:r>
      <w:r>
        <w:t xml:space="preserve">    (b) donated a portion of one's income to a church</w:t>
      </w:r>
      <w:r>
        <w:br/>
      </w:r>
      <w:r>
        <w:t xml:space="preserve">    (c) calm someone who is angry; or establish peace</w:t>
      </w:r>
    </w:p>
    <w:p>
      <w:pPr>
        <w:pStyle w:val="Compact"/>
        <w:numPr>
          <w:ilvl w:val="0"/>
          <w:numId w:val="1001"/>
        </w:numPr>
      </w:pPr>
      <w:r>
        <w:rPr>
          <w:b/>
          <w:bCs/>
        </w:rPr>
        <w:t xml:space="preserve">He presently—as greatness knows itself—Steps me a little higher than his vow Made to my father, while his blood was poor, Upon the naked shore at Ravenspurg; And now, forsooth, takes on him to reform Some certain</w:t>
      </w:r>
      <w:r>
        <w:rPr>
          <w:b/>
          <w:bCs/>
        </w:rPr>
        <w:t xml:space="preserve"> </w:t>
      </w:r>
      <w:r>
        <w:rPr>
          <w:b/>
          <w:bCs/>
          <w:u w:val="single"/>
        </w:rPr>
        <w:t xml:space="preserve">edicts</w:t>
      </w:r>
      <w:r>
        <w:rPr>
          <w:b/>
          <w:bCs/>
        </w:rPr>
        <w:t xml:space="preserve"> </w:t>
      </w:r>
      <w:r>
        <w:rPr>
          <w:b/>
          <w:bCs/>
        </w:rPr>
        <w:t xml:space="preserve">and some strait decrees That lie too heavy on the commonwealth; Cries out upon abuses, seems to weep Over his country's wrongs; and, by this face, This seeming brow of justice, did he win The hearts of all that he did angle for: Proceeded further; cut me off the heads Of all the favourites, that the absent King In deputation left behind him here When he was personal in the Irish war.</w:t>
      </w:r>
      <w:r>
        <w:br/>
      </w:r>
      <w:r>
        <w:t xml:space="preserve">    (a) an order -- typically a formal proclamation or a legally binding court decree</w:t>
      </w:r>
      <w:r>
        <w:br/>
      </w:r>
      <w:r>
        <w:t xml:space="preserve">    (b) descriptions of unfavorable opinions; or acts of sharing unfavorable opinions</w:t>
      </w:r>
      <w:r>
        <w:br/>
      </w:r>
      <w:r>
        <w:t xml:space="preserve">    (c) geological areas where a river divides before entering a larger body of water</w:t>
      </w:r>
    </w:p>
    <w:p>
      <w:pPr>
        <w:pStyle w:val="Compact"/>
        <w:numPr>
          <w:ilvl w:val="0"/>
          <w:numId w:val="1001"/>
        </w:numPr>
      </w:pPr>
      <w:r>
        <w:rPr>
          <w:b/>
          <w:bCs/>
          <w:u w:val="single"/>
        </w:rPr>
        <w:t xml:space="preserve">detraction</w:t>
      </w:r>
      <w:r>
        <w:rPr>
          <w:b/>
          <w:bCs/>
        </w:rPr>
        <w:t xml:space="preserve"> </w:t>
      </w:r>
      <w:r>
        <w:rPr>
          <w:b/>
          <w:bCs/>
        </w:rPr>
        <w:t xml:space="preserve">will not suffer it.</w:t>
      </w:r>
      <w:r>
        <w:br/>
      </w:r>
      <w:r>
        <w:t xml:space="preserve">    (a) relating to where attention is concentrated</w:t>
      </w:r>
      <w:r>
        <w:br/>
      </w:r>
      <w:r>
        <w:t xml:space="preserve">    (b) something that helps clarify or demonstrate</w:t>
      </w:r>
      <w:r>
        <w:br/>
      </w:r>
      <w:r>
        <w:t xml:space="preserve">    (c) to diminish (reduce the value of something)</w:t>
      </w:r>
    </w:p>
    <w:p>
      <w:pPr>
        <w:pStyle w:val="Compact"/>
        <w:numPr>
          <w:ilvl w:val="0"/>
          <w:numId w:val="1001"/>
        </w:numPr>
      </w:pPr>
      <w:r>
        <w:rPr>
          <w:b/>
          <w:bCs/>
        </w:rPr>
        <w:t xml:space="preserve">There did he pause: but let me tell the world, If he outlive the envy of this day, England did never owe so sweet a hope, So much</w:t>
      </w:r>
      <w:r>
        <w:rPr>
          <w:b/>
          <w:bCs/>
        </w:rPr>
        <w:t xml:space="preserve"> </w:t>
      </w:r>
      <w:r>
        <w:rPr>
          <w:b/>
          <w:bCs/>
          <w:u w:val="single"/>
        </w:rPr>
        <w:t xml:space="preserve">misconstrued</w:t>
      </w:r>
      <w:r>
        <w:rPr>
          <w:b/>
          <w:bCs/>
        </w:rPr>
        <w:t xml:space="preserve"> </w:t>
      </w:r>
      <w:r>
        <w:rPr>
          <w:b/>
          <w:bCs/>
        </w:rPr>
        <w:t xml:space="preserve">in his wantonness.</w:t>
      </w:r>
      <w:r>
        <w:br/>
      </w:r>
      <w:r>
        <w:t xml:space="preserve">    (a) not judged in a negative way</w:t>
      </w:r>
      <w:r>
        <w:br/>
      </w:r>
      <w:r>
        <w:t xml:space="preserve">    (b) calculated or judged too low</w:t>
      </w:r>
      <w:r>
        <w:br/>
      </w:r>
      <w:r>
        <w:t xml:space="preserve">    (c) interpreted in the wrong way</w:t>
      </w:r>
    </w:p>
    <w:p>
      <w:pPr>
        <w:pStyle w:val="Compact"/>
        <w:numPr>
          <w:ilvl w:val="0"/>
          <w:numId w:val="1001"/>
        </w:numPr>
      </w:pPr>
      <w:r>
        <w:rPr>
          <w:b/>
          <w:bCs/>
        </w:rPr>
        <w:t xml:space="preserve">Thy</w:t>
      </w:r>
      <w:r>
        <w:rPr>
          <w:b/>
          <w:bCs/>
        </w:rPr>
        <w:t xml:space="preserve"> </w:t>
      </w:r>
      <w:r>
        <w:rPr>
          <w:b/>
          <w:bCs/>
          <w:u w:val="single"/>
        </w:rPr>
        <w:t xml:space="preserve">ignominy</w:t>
      </w:r>
      <w:r>
        <w:rPr>
          <w:b/>
          <w:bCs/>
        </w:rPr>
        <w:t xml:space="preserve"> </w:t>
      </w:r>
      <w:r>
        <w:rPr>
          <w:b/>
          <w:bCs/>
        </w:rPr>
        <w:t xml:space="preserve">sleep with thee in the grave</w:t>
      </w:r>
      <w:r>
        <w:br/>
      </w:r>
      <w:r>
        <w:t xml:space="preserve">    (a) disgrace</w:t>
      </w:r>
      <w:r>
        <w:br/>
      </w:r>
      <w:r>
        <w:t xml:space="preserve">    (b) size or dimension</w:t>
      </w:r>
      <w:r>
        <w:br/>
      </w:r>
      <w:r>
        <w:t xml:space="preserve">    (c) circular movement</w:t>
      </w:r>
    </w:p>
    <w:p>
      <w:pPr>
        <w:pStyle w:val="Compact"/>
        <w:numPr>
          <w:ilvl w:val="0"/>
          <w:numId w:val="1001"/>
        </w:numPr>
      </w:pPr>
      <w:r>
        <w:rPr>
          <w:b/>
          <w:bCs/>
        </w:rPr>
        <w:t xml:space="preserve">Thy ignominy sleep with thee in the grave, But not remember'd in thy</w:t>
      </w:r>
      <w:r>
        <w:rPr>
          <w:b/>
          <w:bCs/>
        </w:rPr>
        <w:t xml:space="preserve"> </w:t>
      </w:r>
      <w:r>
        <w:rPr>
          <w:b/>
          <w:bCs/>
          <w:u w:val="single"/>
        </w:rPr>
        <w:t xml:space="preserve">epitaph</w:t>
      </w:r>
      <w:r>
        <w:rPr>
          <w:b/>
          <w:bCs/>
        </w:rPr>
        <w:t xml:space="preserve">!</w:t>
      </w:r>
      <w:r>
        <w:br/>
      </w:r>
      <w:r>
        <w:t xml:space="preserve">    (a) a short text in memory of a dead person</w:t>
      </w:r>
      <w:r>
        <w:br/>
      </w:r>
      <w:r>
        <w:t xml:space="preserve">    (b) worry or concern about what will happen</w:t>
      </w:r>
      <w:r>
        <w:br/>
      </w:r>
      <w:r>
        <w:t xml:space="preserve">    (c) something that causes ongoing suffering</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2026-07-31T14:29:27Z</dcterms:created>
  <dcterms:modified xsi:type="dcterms:W3CDTF">2026-07-31T14:29:27Z</dcterms:modified>
</cp:coreProperties>
</file>

<file path=docProps/custom.xml><?xml version="1.0" encoding="utf-8"?>
<Properties xmlns="http://schemas.openxmlformats.org/officeDocument/2006/custom-properties" xmlns:vt="http://schemas.openxmlformats.org/officeDocument/2006/docPropsVTypes"/>
</file>