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44e8721534c956f3dba3fc3f49cb9a20e657a9"/>
    <w:p>
      <w:pPr>
        <w:pStyle w:val="Heading1"/>
      </w:pPr>
      <w:r>
        <w:rPr>
          <w:b/>
          <w:bCs/>
        </w:rPr>
        <w:t xml:space="preserve">Hedda Gabler</w:t>
      </w:r>
      <w:r>
        <w:br/>
      </w:r>
      <w:r>
        <w:rPr>
          <w:i/>
          <w:iCs/>
        </w:rPr>
        <w:t xml:space="preserve">Henrik Ibsen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region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abundant</w:t>
      </w:r>
      <w:r>
        <w:rPr>
          <w:b/>
          <w:bCs/>
        </w:rPr>
        <w:t xml:space="preserve"> </w:t>
      </w:r>
      <w:r>
        <w:rPr>
          <w:b/>
          <w:bCs/>
        </w:rPr>
        <w:t xml:space="preserve">natural resources, from oil to fresh water.</w:t>
      </w:r>
      <w:r>
        <w:br/>
      </w:r>
      <w:r>
        <w:t xml:space="preserve">    (a) widely available</w:t>
      </w:r>
      <w:r>
        <w:br/>
      </w:r>
      <w:r>
        <w:t xml:space="preserve">    (b) extremely scarce</w:t>
      </w:r>
      <w:r>
        <w:br/>
      </w:r>
      <w:r>
        <w:t xml:space="preserve">    (c) highly disputed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didn't mention any names, but everyone knew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alluding</w:t>
      </w:r>
      <w:r>
        <w:rPr>
          <w:b/>
          <w:bCs/>
        </w:rPr>
        <w:t xml:space="preserve"> </w:t>
      </w:r>
      <w:r>
        <w:rPr>
          <w:b/>
          <w:bCs/>
        </w:rPr>
        <w:t xml:space="preserve">to the President.</w:t>
      </w:r>
      <w:r>
        <w:br/>
      </w:r>
      <w:r>
        <w:t xml:space="preserve">    (a) indirectly referring</w:t>
      </w:r>
      <w:r>
        <w:br/>
      </w:r>
      <w:r>
        <w:t xml:space="preserve">    (b) being discouraging</w:t>
      </w:r>
      <w:r>
        <w:br/>
      </w:r>
      <w:r>
        <w:t xml:space="preserve">    (c) not talking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 vicious cycle in which worry leads to decreased spending and decreased spending leads to increased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anxiety</w:t>
      </w:r>
      <w:r>
        <w:rPr>
          <w:b/>
          <w:bCs/>
        </w:rPr>
        <w:t xml:space="preserve">.</w:t>
      </w:r>
      <w:r>
        <w:br/>
      </w:r>
      <w:r>
        <w:t xml:space="preserve">    (a) saving</w:t>
      </w:r>
      <w:r>
        <w:br/>
      </w:r>
      <w:r>
        <w:t xml:space="preserve">    (b) worry</w:t>
      </w:r>
      <w:r>
        <w:br/>
      </w:r>
      <w:r>
        <w:t xml:space="preserve">    (c) happiness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team could win State if they stay hungry instead of getting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complacent</w:t>
      </w:r>
      <w:r>
        <w:rPr>
          <w:b/>
          <w:bCs/>
        </w:rPr>
        <w:t xml:space="preserve">.</w:t>
      </w:r>
      <w:r>
        <w:br/>
      </w:r>
      <w:r>
        <w:t xml:space="preserve">    (a) distracted</w:t>
      </w:r>
      <w:r>
        <w:br/>
      </w:r>
      <w:r>
        <w:t xml:space="preserve">    (b) worried</w:t>
      </w:r>
      <w:r>
        <w:br/>
      </w:r>
      <w:r>
        <w:t xml:space="preserve">    (c) satisfied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confided</w:t>
      </w:r>
      <w:r>
        <w:rPr>
          <w:b/>
          <w:bCs/>
        </w:rPr>
        <w:t xml:space="preserve"> </w:t>
      </w:r>
      <w:r>
        <w:rPr>
          <w:b/>
          <w:bCs/>
        </w:rPr>
        <w:t xml:space="preserve">in her parents.</w:t>
      </w:r>
      <w:r>
        <w:br/>
      </w:r>
      <w:r>
        <w:t xml:space="preserve">    (a) didn't trust</w:t>
      </w:r>
      <w:r>
        <w:br/>
      </w:r>
      <w:r>
        <w:t xml:space="preserve">    (b) trusted</w:t>
      </w:r>
      <w:r>
        <w:br/>
      </w:r>
      <w:r>
        <w:t xml:space="preserve">    (c) was proud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tried asking open-ended questions, but all I could get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curt</w:t>
      </w:r>
      <w:r>
        <w:rPr>
          <w:b/>
          <w:bCs/>
        </w:rPr>
        <w:t xml:space="preserve"> </w:t>
      </w:r>
      <w:r>
        <w:rPr>
          <w:b/>
          <w:bCs/>
        </w:rPr>
        <w:t xml:space="preserve">replies.</w:t>
      </w:r>
      <w:r>
        <w:br/>
      </w:r>
      <w:r>
        <w:t xml:space="preserve">    (a) selfish</w:t>
      </w:r>
      <w:r>
        <w:br/>
      </w:r>
      <w:r>
        <w:t xml:space="preserve">    (b) angry</w:t>
      </w:r>
      <w:r>
        <w:br/>
      </w:r>
      <w:r>
        <w:t xml:space="preserve">    (c) short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rescued me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.</w:t>
      </w:r>
      <w:r>
        <w:br/>
      </w:r>
      <w:r>
        <w:t xml:space="preserve">    (a) fear</w:t>
      </w:r>
      <w:r>
        <w:br/>
      </w:r>
      <w:r>
        <w:t xml:space="preserve">    (b) hopelessness</w:t>
      </w:r>
      <w:r>
        <w:br/>
      </w:r>
      <w:r>
        <w:t xml:space="preserve">    (c) poverty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explanation helped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dispel</w:t>
      </w:r>
      <w:r>
        <w:rPr>
          <w:b/>
          <w:bCs/>
        </w:rPr>
        <w:t xml:space="preserve"> </w:t>
      </w:r>
      <w:r>
        <w:rPr>
          <w:b/>
          <w:bCs/>
        </w:rPr>
        <w:t xml:space="preserve">her fears about starting the new job.</w:t>
      </w:r>
      <w:r>
        <w:br/>
      </w:r>
      <w:r>
        <w:t xml:space="preserve">    (a) confirm</w:t>
      </w:r>
      <w:r>
        <w:br/>
      </w:r>
      <w:r>
        <w:t xml:space="preserve">    (b) intensify</w:t>
      </w:r>
      <w:r>
        <w:br/>
      </w:r>
      <w:r>
        <w:t xml:space="preserve">    (c) drive away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 casual, go-with-the-flow personality and doesn't appreciate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earnestness</w:t>
      </w:r>
      <w:r>
        <w:rPr>
          <w:b/>
          <w:bCs/>
        </w:rPr>
        <w:t xml:space="preserve">.</w:t>
      </w:r>
      <w:r>
        <w:br/>
      </w:r>
      <w:r>
        <w:t xml:space="preserve">    (a) falseness</w:t>
      </w:r>
      <w:r>
        <w:br/>
      </w:r>
      <w:r>
        <w:t xml:space="preserve">    (b) seriousness</w:t>
      </w:r>
      <w:r>
        <w:br/>
      </w:r>
      <w:r>
        <w:t xml:space="preserve">    (c) frivolous attitude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politician’s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equivocal</w:t>
      </w:r>
      <w:r>
        <w:rPr>
          <w:b/>
          <w:bCs/>
        </w:rPr>
        <w:t xml:space="preserve"> </w:t>
      </w:r>
      <w:r>
        <w:rPr>
          <w:b/>
          <w:bCs/>
        </w:rPr>
        <w:t xml:space="preserve">statement could be taken two completely different ways.</w:t>
      </w:r>
      <w:r>
        <w:br/>
      </w:r>
      <w:r>
        <w:t xml:space="preserve">    (a) openly honest</w:t>
      </w:r>
      <w:r>
        <w:br/>
      </w:r>
      <w:r>
        <w:t xml:space="preserve">    (b) unclear in meaning</w:t>
      </w:r>
      <w:r>
        <w:br/>
      </w:r>
      <w:r>
        <w:t xml:space="preserve">    (c) firmly decided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becoming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imperative</w:t>
      </w:r>
      <w:r>
        <w:rPr>
          <w:b/>
          <w:bCs/>
        </w:rPr>
        <w:t xml:space="preserve"> </w:t>
      </w:r>
      <w:r>
        <w:rPr>
          <w:b/>
          <w:bCs/>
        </w:rPr>
        <w:t xml:space="preserve">that we get that national deficit under control.</w:t>
      </w:r>
      <w:r>
        <w:br/>
      </w:r>
      <w:r>
        <w:t xml:space="preserve">    (a) an excuse for ignoring other problems</w:t>
      </w:r>
      <w:r>
        <w:br/>
      </w:r>
      <w:r>
        <w:t xml:space="preserve">    (b) essential and urgent</w:t>
      </w:r>
      <w:r>
        <w:br/>
      </w:r>
      <w:r>
        <w:t xml:space="preserve">    (c) a popular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inclined</w:t>
      </w:r>
      <w:r>
        <w:rPr>
          <w:b/>
          <w:bCs/>
        </w:rPr>
        <w:t xml:space="preserve"> </w:t>
      </w:r>
      <w:r>
        <w:rPr>
          <w:b/>
          <w:bCs/>
        </w:rPr>
        <w:t xml:space="preserve">to laugh, but I overcame the urge.</w:t>
      </w:r>
      <w:r>
        <w:br/>
      </w:r>
      <w:r>
        <w:t xml:space="preserve">    (a) disinclined</w:t>
      </w:r>
      <w:r>
        <w:br/>
      </w:r>
      <w:r>
        <w:t xml:space="preserve">    (b) afraid</w:t>
      </w:r>
      <w:r>
        <w:br/>
      </w:r>
      <w:r>
        <w:t xml:space="preserve">    (c) tending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indifferent</w:t>
      </w:r>
      <w:r>
        <w:rPr>
          <w:b/>
          <w:bCs/>
        </w:rPr>
        <w:t xml:space="preserve"> </w:t>
      </w:r>
      <w:r>
        <w:rPr>
          <w:b/>
          <w:bCs/>
        </w:rPr>
        <w:t xml:space="preserve">to his anger.</w:t>
      </w:r>
      <w:r>
        <w:br/>
      </w:r>
      <w:r>
        <w:t xml:space="preserve">    (a) without interest</w:t>
      </w:r>
      <w:r>
        <w:br/>
      </w:r>
      <w:r>
        <w:t xml:space="preserve">    (b) with fear</w:t>
      </w:r>
      <w:r>
        <w:br/>
      </w:r>
      <w:r>
        <w:t xml:space="preserve">    (c) with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desire for religious freedom was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 </w:t>
      </w:r>
      <w:r>
        <w:rPr>
          <w:b/>
          <w:bCs/>
        </w:rPr>
        <w:t xml:space="preserve">for leaving England.</w:t>
      </w:r>
      <w:r>
        <w:br/>
      </w:r>
      <w:r>
        <w:t xml:space="preserve">    (a) excuse</w:t>
      </w:r>
      <w:r>
        <w:br/>
      </w:r>
      <w:r>
        <w:t xml:space="preserve">    (b) reason</w:t>
      </w:r>
      <w:r>
        <w:br/>
      </w:r>
      <w:r>
        <w:t xml:space="preserve">    (c) technique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him.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is determined to stop seeing him unless he stops drinking.</w:t>
      </w:r>
      <w:r>
        <w:br/>
      </w:r>
      <w:r>
        <w:t xml:space="preserve">    (a) despite that</w:t>
      </w:r>
      <w:r>
        <w:br/>
      </w:r>
      <w:r>
        <w:t xml:space="preserve">    (b) also</w:t>
      </w:r>
      <w:r>
        <w:br/>
      </w:r>
      <w:r>
        <w:t xml:space="preserve">    (c) in addition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guiding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principle</w:t>
      </w:r>
      <w:r>
        <w:rPr>
          <w:b/>
          <w:bCs/>
        </w:rPr>
        <w:t xml:space="preserve"> </w:t>
      </w:r>
      <w:r>
        <w:rPr>
          <w:b/>
          <w:bCs/>
        </w:rPr>
        <w:t xml:space="preserve">is that everyone should be treated fairly.</w:t>
      </w:r>
      <w:r>
        <w:br/>
      </w:r>
      <w:r>
        <w:t xml:space="preserve">    (a) complaint</w:t>
      </w:r>
      <w:r>
        <w:br/>
      </w:r>
      <w:r>
        <w:t xml:space="preserve">    (b) rule or belief</w:t>
      </w:r>
      <w:r>
        <w:br/>
      </w:r>
      <w:r>
        <w:t xml:space="preserve">    (c) answer or result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found the bully's rude behavior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repulsive</w:t>
      </w:r>
      <w:r>
        <w:rPr>
          <w:b/>
          <w:bCs/>
        </w:rPr>
        <w:t xml:space="preserve">.</w:t>
      </w:r>
      <w:r>
        <w:br/>
      </w:r>
      <w:r>
        <w:t xml:space="preserve">    (a) deeply offensive</w:t>
      </w:r>
      <w:r>
        <w:br/>
      </w:r>
      <w:r>
        <w:t xml:space="preserve">    (b) calmly soothing</w:t>
      </w:r>
      <w:r>
        <w:br/>
      </w:r>
      <w:r>
        <w:t xml:space="preserve">    (c) warmly inviting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trains</w:t>
      </w:r>
      <w:r>
        <w:br/>
      </w:r>
      <w:r>
        <w:t xml:space="preserve">    (b) encourages</w:t>
      </w:r>
      <w:r>
        <w:br/>
      </w:r>
      <w:r>
        <w:t xml:space="preserve">    (c) disrespects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group broke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spontaneous</w:t>
      </w:r>
      <w:r>
        <w:rPr>
          <w:b/>
          <w:bCs/>
        </w:rPr>
        <w:t xml:space="preserve"> </w:t>
      </w:r>
      <w:r>
        <w:rPr>
          <w:b/>
          <w:bCs/>
        </w:rPr>
        <w:t xml:space="preserve">laughter.</w:t>
      </w:r>
      <w:r>
        <w:br/>
      </w:r>
      <w:r>
        <w:t xml:space="preserve">    (a) sudden and unplanned</w:t>
      </w:r>
      <w:r>
        <w:br/>
      </w:r>
      <w:r>
        <w:t xml:space="preserve">    (b) loud and bothersome</w:t>
      </w:r>
      <w:r>
        <w:br/>
      </w:r>
      <w:r>
        <w:t xml:space="preserve">    (c) quiet and polite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Stalin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suppressed</w:t>
      </w:r>
      <w:r>
        <w:rPr>
          <w:b/>
          <w:bCs/>
        </w:rPr>
        <w:t xml:space="preserve"> </w:t>
      </w:r>
      <w:r>
        <w:rPr>
          <w:b/>
          <w:bCs/>
        </w:rPr>
        <w:t xml:space="preserve">criticism in the press.</w:t>
      </w:r>
      <w:r>
        <w:br/>
      </w:r>
      <w:r>
        <w:t xml:space="preserve">    (a) caused to spread</w:t>
      </w:r>
      <w:r>
        <w:br/>
      </w:r>
      <w:r>
        <w:t xml:space="preserve">    (b) expressed publicly</w:t>
      </w:r>
      <w:r>
        <w:br/>
      </w:r>
      <w:r>
        <w:t xml:space="preserve">    (c) kept from spreading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2026-07-31T15:22:22Z</dcterms:created>
  <dcterms:modified xsi:type="dcterms:W3CDTF">2026-07-31T15:22:22Z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