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c9ea3bdc5bffb1df1e4b5a3f5dff26fb87a0a00"/>
    <w:p>
      <w:pPr>
        <w:pStyle w:val="Heading1"/>
      </w:pPr>
      <w:r>
        <w:rPr>
          <w:b/>
          <w:bCs/>
        </w:rPr>
        <w:t xml:space="preserve">Hedda Gabler</w:t>
      </w:r>
      <w:r>
        <w:br/>
      </w:r>
      <w:r>
        <w:rPr>
          <w:i/>
          <w:iCs/>
        </w:rPr>
        <w:t xml:space="preserve">Henrik Ibsen</w:t>
      </w:r>
      <w:r>
        <w:br/>
      </w:r>
      <w:r>
        <w:rPr>
          <w:b/>
          <w:bCs/>
        </w:rPr>
        <w:t xml:space="preserve">Extra Credit 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Actors and politicians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accustomed to</w:t>
      </w:r>
      <w:r>
        <w:rPr>
          <w:b/>
          <w:bCs/>
        </w:rPr>
        <w:t xml:space="preserve"> </w:t>
      </w:r>
      <w:r>
        <w:rPr>
          <w:b/>
          <w:bCs/>
        </w:rPr>
        <w:t xml:space="preserve">less privacy than the rest of us.</w:t>
      </w:r>
      <w:r>
        <w:br/>
      </w:r>
      <w:r>
        <w:t xml:space="preserve">    (a) used to</w:t>
      </w:r>
      <w:r>
        <w:br/>
      </w:r>
      <w:r>
        <w:t xml:space="preserve">    (b) paid for</w:t>
      </w:r>
      <w:r>
        <w:br/>
      </w:r>
      <w:r>
        <w:t xml:space="preserve">    (c) happy with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Although we disagree, I think we can reach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amicable</w:t>
      </w:r>
      <w:r>
        <w:rPr>
          <w:b/>
          <w:bCs/>
        </w:rPr>
        <w:t xml:space="preserve"> </w:t>
      </w:r>
      <w:r>
        <w:rPr>
          <w:b/>
          <w:bCs/>
        </w:rPr>
        <w:t xml:space="preserve">compromise.</w:t>
      </w:r>
      <w:r>
        <w:br/>
      </w:r>
      <w:r>
        <w:t xml:space="preserve">    (a) quick</w:t>
      </w:r>
      <w:r>
        <w:br/>
      </w:r>
      <w:r>
        <w:t xml:space="preserve">    (b) temporary</w:t>
      </w:r>
      <w:r>
        <w:br/>
      </w:r>
      <w:r>
        <w:t xml:space="preserve">    (c) friendly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government's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covert</w:t>
      </w:r>
      <w:r>
        <w:rPr>
          <w:b/>
          <w:bCs/>
        </w:rPr>
        <w:t xml:space="preserve"> </w:t>
      </w:r>
      <w:r>
        <w:rPr>
          <w:b/>
          <w:bCs/>
        </w:rPr>
        <w:t xml:space="preserve">funding of foreign rebel groups has been criticized for destabilizing the region.</w:t>
      </w:r>
      <w:r>
        <w:br/>
      </w:r>
      <w:r>
        <w:t xml:space="preserve">    (a) secret</w:t>
      </w:r>
      <w:r>
        <w:br/>
      </w:r>
      <w:r>
        <w:t xml:space="preserve">    (b) excessive</w:t>
      </w:r>
      <w:r>
        <w:br/>
      </w:r>
      <w:r>
        <w:t xml:space="preserve">    (c) inadequate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asked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defer</w:t>
      </w:r>
      <w:r>
        <w:rPr>
          <w:b/>
          <w:bCs/>
        </w:rPr>
        <w:t xml:space="preserve"> </w:t>
      </w:r>
      <w:r>
        <w:rPr>
          <w:b/>
          <w:bCs/>
        </w:rPr>
        <w:t xml:space="preserve">cross-examination until the morning.</w:t>
      </w:r>
      <w:r>
        <w:br/>
      </w:r>
      <w:r>
        <w:t xml:space="preserve">    (a) schedule</w:t>
      </w:r>
      <w:r>
        <w:br/>
      </w:r>
      <w:r>
        <w:t xml:space="preserve">    (b) cancel</w:t>
      </w:r>
      <w:r>
        <w:br/>
      </w:r>
      <w:r>
        <w:t xml:space="preserve">    (c) delay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a soldier, she was prepared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endure</w:t>
      </w:r>
      <w:r>
        <w:rPr>
          <w:b/>
          <w:bCs/>
        </w:rPr>
        <w:t xml:space="preserve"> </w:t>
      </w:r>
      <w:r>
        <w:rPr>
          <w:b/>
          <w:bCs/>
        </w:rPr>
        <w:t xml:space="preserve">hardship and even to sacrifice her life for others.</w:t>
      </w:r>
      <w:r>
        <w:br/>
      </w:r>
      <w:r>
        <w:t xml:space="preserve">    (a) suffer through</w:t>
      </w:r>
      <w:r>
        <w:br/>
      </w:r>
      <w:r>
        <w:t xml:space="preserve">    (b) risk</w:t>
      </w:r>
      <w:r>
        <w:br/>
      </w:r>
      <w:r>
        <w:t xml:space="preserve">    (c) cause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continues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evade</w:t>
      </w:r>
      <w:r>
        <w:rPr>
          <w:b/>
          <w:bCs/>
        </w:rPr>
        <w:t xml:space="preserve"> </w:t>
      </w:r>
      <w:r>
        <w:rPr>
          <w:b/>
          <w:bCs/>
        </w:rPr>
        <w:t xml:space="preserve">his duties at work.</w:t>
      </w:r>
      <w:r>
        <w:br/>
      </w:r>
      <w:r>
        <w:t xml:space="preserve">    (a) embrace</w:t>
      </w:r>
      <w:r>
        <w:br/>
      </w:r>
      <w:r>
        <w:t xml:space="preserve">    (b) avoid</w:t>
      </w:r>
      <w:r>
        <w:br/>
      </w:r>
      <w:r>
        <w:t xml:space="preserve">    (c) announce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couldn't hear what they were saying or see their faces, but by their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gesticulations</w:t>
      </w:r>
      <w:r>
        <w:rPr>
          <w:b/>
          <w:bCs/>
        </w:rPr>
        <w:t xml:space="preserve">, I'm sure they were angry at each other.</w:t>
      </w:r>
      <w:r>
        <w:br/>
      </w:r>
      <w:r>
        <w:t xml:space="preserve">    (a) facial expressions</w:t>
      </w:r>
      <w:r>
        <w:br/>
      </w:r>
      <w:r>
        <w:t xml:space="preserve">    (b) gestures</w:t>
      </w:r>
      <w:r>
        <w:br/>
      </w:r>
      <w:r>
        <w:t xml:space="preserve">    (c) tones of voice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made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impetuous</w:t>
      </w:r>
      <w:r>
        <w:rPr>
          <w:b/>
          <w:bCs/>
        </w:rPr>
        <w:t xml:space="preserve"> </w:t>
      </w:r>
      <w:r>
        <w:rPr>
          <w:b/>
          <w:bCs/>
        </w:rPr>
        <w:t xml:space="preserve">purchase, buying the car without test-driving it first.</w:t>
      </w:r>
      <w:r>
        <w:br/>
      </w:r>
      <w:r>
        <w:t xml:space="preserve">    (a) impulsive</w:t>
      </w:r>
      <w:r>
        <w:br/>
      </w:r>
      <w:r>
        <w:t xml:space="preserve">    (b) cautious</w:t>
      </w:r>
      <w:r>
        <w:br/>
      </w:r>
      <w:r>
        <w:t xml:space="preserve">    (c) wealthy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loathe</w:t>
      </w:r>
      <w:r>
        <w:rPr>
          <w:b/>
          <w:bCs/>
        </w:rPr>
        <w:t xml:space="preserve"> </w:t>
      </w:r>
      <w:r>
        <w:rPr>
          <w:b/>
          <w:bCs/>
        </w:rPr>
        <w:t xml:space="preserve">that man. He ruined my life.</w:t>
      </w:r>
      <w:r>
        <w:br/>
      </w:r>
      <w:r>
        <w:t xml:space="preserve">    (a) fear</w:t>
      </w:r>
      <w:r>
        <w:br/>
      </w:r>
      <w:r>
        <w:t xml:space="preserve">    (b) hate</w:t>
      </w:r>
      <w:r>
        <w:br/>
      </w:r>
      <w:r>
        <w:t xml:space="preserve">    (c) avoid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Though she was serious, her suggestion was so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ludicrous</w:t>
      </w:r>
      <w:r>
        <w:rPr>
          <w:b/>
          <w:bCs/>
        </w:rPr>
        <w:t xml:space="preserve">, I couldn't suppress a laugh.</w:t>
      </w:r>
      <w:r>
        <w:br/>
      </w:r>
      <w:r>
        <w:t xml:space="preserve">    (a) absurd or silly</w:t>
      </w:r>
      <w:r>
        <w:br/>
      </w:r>
      <w:r>
        <w:t xml:space="preserve">    (b) logical or sound</w:t>
      </w:r>
      <w:r>
        <w:br/>
      </w:r>
      <w:r>
        <w:t xml:space="preserve">    (c) serious or somber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Europe saw large population declines in the Late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Middle Ages</w:t>
      </w:r>
      <w:r>
        <w:rPr>
          <w:b/>
          <w:bCs/>
        </w:rPr>
        <w:t xml:space="preserve"> </w:t>
      </w:r>
      <w:r>
        <w:rPr>
          <w:b/>
          <w:bCs/>
        </w:rPr>
        <w:t xml:space="preserve">due to Bubonic Plague and Mongol invasion.</w:t>
      </w:r>
      <w:r>
        <w:br/>
      </w:r>
      <w:r>
        <w:t xml:space="preserve">    (a) industrial era</w:t>
      </w:r>
      <w:r>
        <w:br/>
      </w:r>
      <w:r>
        <w:t xml:space="preserve">    (b) Stone Age period</w:t>
      </w:r>
      <w:r>
        <w:br/>
      </w:r>
      <w:r>
        <w:t xml:space="preserve">    (c) medieval era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Owls are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nocturnal</w:t>
      </w:r>
      <w:r>
        <w:rPr>
          <w:b/>
          <w:bCs/>
        </w:rPr>
        <w:t xml:space="preserve"> </w:t>
      </w:r>
      <w:r>
        <w:rPr>
          <w:b/>
          <w:bCs/>
        </w:rPr>
        <w:t xml:space="preserve">hunters that rely on excellent vision in low light.</w:t>
      </w:r>
      <w:r>
        <w:br/>
      </w:r>
      <w:r>
        <w:t xml:space="preserve">    (a) ocean-dwelling</w:t>
      </w:r>
      <w:r>
        <w:br/>
      </w:r>
      <w:r>
        <w:t xml:space="preserve">    (b) nighttime-active</w:t>
      </w:r>
      <w:r>
        <w:br/>
      </w:r>
      <w:r>
        <w:t xml:space="preserve">    (c) long-tailed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class was hard. It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nonetheless</w:t>
      </w:r>
      <w:r>
        <w:rPr>
          <w:b/>
          <w:bCs/>
        </w:rPr>
        <w:t xml:space="preserve"> </w:t>
      </w:r>
      <w:r>
        <w:rPr>
          <w:b/>
          <w:bCs/>
        </w:rPr>
        <w:t xml:space="preserve">my favorite.</w:t>
      </w:r>
      <w:r>
        <w:br/>
      </w:r>
      <w:r>
        <w:t xml:space="preserve">    (a) for that reason</w:t>
      </w:r>
      <w:r>
        <w:br/>
      </w:r>
      <w:r>
        <w:t xml:space="preserve">    (b) because of that</w:t>
      </w:r>
      <w:r>
        <w:br/>
      </w:r>
      <w:r>
        <w:t xml:space="preserve">    (c) despite that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days of fighting, the generals decided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parley</w:t>
      </w:r>
      <w:r>
        <w:rPr>
          <w:b/>
          <w:bCs/>
        </w:rPr>
        <w:t xml:space="preserve"> </w:t>
      </w:r>
      <w:r>
        <w:rPr>
          <w:b/>
          <w:bCs/>
        </w:rPr>
        <w:t xml:space="preserve">at dawn to seek a peaceful resolution.</w:t>
      </w:r>
      <w:r>
        <w:br/>
      </w:r>
      <w:r>
        <w:t xml:space="preserve">    (a) duel</w:t>
      </w:r>
      <w:r>
        <w:br/>
      </w:r>
      <w:r>
        <w:t xml:space="preserve">    (b) negotiate</w:t>
      </w:r>
      <w:r>
        <w:br/>
      </w:r>
      <w:r>
        <w:t xml:space="preserve">    (c) retreat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reproach</w:t>
      </w:r>
      <w:r>
        <w:rPr>
          <w:b/>
          <w:bCs/>
        </w:rPr>
        <w:t xml:space="preserve"> </w:t>
      </w:r>
      <w:r>
        <w:rPr>
          <w:b/>
          <w:bCs/>
        </w:rPr>
        <w:t xml:space="preserve">yourself for things beyond your control.</w:t>
      </w:r>
      <w:r>
        <w:br/>
      </w:r>
      <w:r>
        <w:t xml:space="preserve">    (a) criticize</w:t>
      </w:r>
      <w:r>
        <w:br/>
      </w:r>
      <w:r>
        <w:t xml:space="preserve">    (b) accept honor for</w:t>
      </w:r>
      <w:r>
        <w:br/>
      </w:r>
      <w:r>
        <w:t xml:space="preserve">    (c) congratulate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 warm smile and friendly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salutation</w:t>
      </w:r>
      <w:r>
        <w:rPr>
          <w:b/>
          <w:bCs/>
        </w:rPr>
        <w:t xml:space="preserve"> </w:t>
      </w:r>
      <w:r>
        <w:rPr>
          <w:b/>
          <w:bCs/>
        </w:rPr>
        <w:t xml:space="preserve">set the tone for the entire meeting.</w:t>
      </w:r>
      <w:r>
        <w:br/>
      </w:r>
      <w:r>
        <w:t xml:space="preserve">    (a) greeting</w:t>
      </w:r>
      <w:r>
        <w:br/>
      </w:r>
      <w:r>
        <w:t xml:space="preserve">    (b) introduction</w:t>
      </w:r>
      <w:r>
        <w:br/>
      </w:r>
      <w:r>
        <w:t xml:space="preserve">    (c) smile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Everyone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solemn</w:t>
      </w:r>
      <w:r>
        <w:rPr>
          <w:b/>
          <w:bCs/>
        </w:rPr>
        <w:t xml:space="preserve"> </w:t>
      </w:r>
      <w:r>
        <w:rPr>
          <w:b/>
          <w:bCs/>
        </w:rPr>
        <w:t xml:space="preserve">at the funeral.</w:t>
      </w:r>
      <w:r>
        <w:br/>
      </w:r>
      <w:r>
        <w:t xml:space="preserve">    (a) dressed in dark colors</w:t>
      </w:r>
      <w:r>
        <w:br/>
      </w:r>
      <w:r>
        <w:t xml:space="preserve">    (b) serious and dignified</w:t>
      </w:r>
      <w:r>
        <w:br/>
      </w:r>
      <w:r>
        <w:t xml:space="preserve">    (c) teary eyed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Is there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sufficient</w:t>
      </w:r>
      <w:r>
        <w:rPr>
          <w:b/>
          <w:bCs/>
        </w:rPr>
        <w:t xml:space="preserve"> </w:t>
      </w:r>
      <w:r>
        <w:rPr>
          <w:b/>
          <w:bCs/>
        </w:rPr>
        <w:t xml:space="preserve">cause for a search warrant?</w:t>
      </w:r>
      <w:r>
        <w:br/>
      </w:r>
      <w:r>
        <w:t xml:space="preserve">    (a) adequate (enough)</w:t>
      </w:r>
      <w:r>
        <w:br/>
      </w:r>
      <w:r>
        <w:t xml:space="preserve">    (b) dangerous</w:t>
      </w:r>
      <w:r>
        <w:br/>
      </w:r>
      <w:r>
        <w:t xml:space="preserve">    (c) clear or obvious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Everyone liked the idea. The arguments I prepared to support it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superfluous</w:t>
      </w:r>
      <w:r>
        <w:rPr>
          <w:b/>
          <w:bCs/>
        </w:rPr>
        <w:t xml:space="preserve">.</w:t>
      </w:r>
      <w:r>
        <w:br/>
      </w:r>
      <w:r>
        <w:t xml:space="preserve">    (a) important</w:t>
      </w:r>
      <w:r>
        <w:br/>
      </w:r>
      <w:r>
        <w:t xml:space="preserve">    (b) unnecessary</w:t>
      </w:r>
      <w:r>
        <w:br/>
      </w:r>
      <w:r>
        <w:t xml:space="preserve">    (c) appreciated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Don't waste my time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trifling</w:t>
      </w:r>
      <w:r>
        <w:rPr>
          <w:b/>
          <w:bCs/>
        </w:rPr>
        <w:t xml:space="preserve"> </w:t>
      </w:r>
      <w:r>
        <w:rPr>
          <w:b/>
          <w:bCs/>
        </w:rPr>
        <w:t xml:space="preserve">matters.</w:t>
      </w:r>
      <w:r>
        <w:br/>
      </w:r>
      <w:r>
        <w:t xml:space="preserve">    (a) unimportant</w:t>
      </w:r>
      <w:r>
        <w:br/>
      </w:r>
      <w:r>
        <w:t xml:space="preserve">    (b) other's</w:t>
      </w:r>
      <w:r>
        <w:br/>
      </w:r>
      <w:r>
        <w:t xml:space="preserve">    (c) future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2026-07-31T15:22:23Z</dcterms:created>
  <dcterms:modified xsi:type="dcterms:W3CDTF">2026-07-31T15:22:23Z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