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e95bbb3a1f911f46a27ab699fed433a502cdae"/>
    <w:p>
      <w:pPr>
        <w:pStyle w:val="Heading1"/>
      </w:pPr>
      <w:r>
        <w:rPr>
          <w:b/>
          <w:bCs/>
        </w:rPr>
        <w:t xml:space="preserve">Hedda Gabler</w:t>
      </w:r>
      <w:r>
        <w:br/>
      </w:r>
      <w:r>
        <w:rPr>
          <w:i/>
          <w:iCs/>
        </w:rPr>
        <w:t xml:space="preserve">Henrik Ibsen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TESMAN. [Hums a little and smiles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complacently</w:t>
      </w:r>
      <w:r>
        <w:rPr>
          <w:b/>
          <w:bCs/>
        </w:rPr>
        <w:t xml:space="preserve">.]  Yes, I fancy I have several good friends about town who would like to stand in my shoes--eh?</w:t>
      </w:r>
      <w:r>
        <w:br/>
      </w:r>
      <w:r>
        <w:t xml:space="preserve">    (a) in a satisfied manner</w:t>
      </w:r>
      <w:r>
        <w:br/>
      </w:r>
      <w:r>
        <w:t xml:space="preserve">    (b) in a manner that causes great mental or physical suffering</w:t>
      </w:r>
      <w:r>
        <w:br/>
      </w:r>
      <w:r>
        <w:t xml:space="preserve">    (c) in a manner that relates to properties of sound or hearing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— MISS TESMAN.</w:t>
      </w:r>
      <w:r>
        <w:br/>
      </w:r>
      <w:r>
        <w:t xml:space="preserve">    (a) therefore (for that reason)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hair is of an agreeable brown, but not particularly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abundant</w:t>
      </w:r>
      <w:r>
        <w:rPr>
          <w:b/>
          <w:bCs/>
        </w:rPr>
        <w:t xml:space="preserve">.</w:t>
      </w:r>
      <w:r>
        <w:br/>
      </w:r>
      <w:r>
        <w:t xml:space="preserve">    (a) not tending to find fault</w:t>
      </w:r>
      <w:r>
        <w:br/>
      </w:r>
      <w:r>
        <w:t xml:space="preserve">    (b) able to be disagreed with</w:t>
      </w:r>
      <w:r>
        <w:br/>
      </w:r>
      <w:r>
        <w:t xml:space="preserve">    (c) present in great quantity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is why I beg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earnestly</w:t>
      </w:r>
      <w:r>
        <w:rPr>
          <w:b/>
          <w:bCs/>
        </w:rPr>
        <w:t xml:space="preserve"> </w:t>
      </w:r>
      <w:r>
        <w:rPr>
          <w:b/>
          <w:bCs/>
        </w:rPr>
        <w:t xml:space="preserve">that you—you too—will keep a sharp eye upon him.</w:t>
      </w:r>
      <w:r>
        <w:br/>
      </w:r>
      <w:r>
        <w:t xml:space="preserve">    (a) in a self-aware manner</w:t>
      </w:r>
      <w:r>
        <w:br/>
      </w:r>
      <w:r>
        <w:t xml:space="preserve">    (b) sincerely or seriously</w:t>
      </w:r>
      <w:r>
        <w:br/>
      </w:r>
      <w:r>
        <w:t xml:space="preserve">    (c) finally; or in the 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of course he saw how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repulsive</w:t>
      </w:r>
      <w:r>
        <w:rPr>
          <w:b/>
          <w:bCs/>
        </w:rPr>
        <w:t xml:space="preserve"> </w:t>
      </w:r>
      <w:r>
        <w:rPr>
          <w:b/>
          <w:bCs/>
        </w:rPr>
        <w:t xml:space="preserve">they were to me; and so he dropped them.</w:t>
      </w:r>
      <w:r>
        <w:br/>
      </w:r>
      <w:r>
        <w:t xml:space="preserve">    (a) relating to surrounding conditions</w:t>
      </w:r>
      <w:r>
        <w:br/>
      </w:r>
      <w:r>
        <w:t xml:space="preserve">    (b) a tendency to think back on things</w:t>
      </w:r>
      <w:r>
        <w:br/>
      </w:r>
      <w:r>
        <w:t xml:space="preserve">    (c) very unpleasant or causing disgust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has only once—quite vaguely—</w:t>
      </w:r>
      <w:r>
        <w:rPr>
          <w:b/>
          <w:bCs/>
          <w:u w:val="single"/>
        </w:rPr>
        <w:t xml:space="preserve">alluded</w:t>
      </w:r>
      <w:r>
        <w:rPr>
          <w:b/>
          <w:bCs/>
        </w:rPr>
        <w:t xml:space="preserve"> </w:t>
      </w:r>
      <w:r>
        <w:rPr>
          <w:b/>
          <w:bCs/>
        </w:rPr>
        <w:t xml:space="preserve">to it.</w:t>
      </w:r>
      <w:r>
        <w:br/>
      </w:r>
      <w:r>
        <w:t xml:space="preserve">    (a) gained advantage from</w:t>
      </w:r>
      <w:r>
        <w:br/>
      </w:r>
      <w:r>
        <w:t xml:space="preserve">    (b) marked important text</w:t>
      </w:r>
      <w:r>
        <w:br/>
      </w:r>
      <w:r>
        <w:t xml:space="preserve">    (c) indirectly referenced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[To BRACK, laughing with a touch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.]</w:t>
      </w:r>
      <w:r>
        <w:br/>
      </w:r>
      <w:r>
        <w:t xml:space="preserve">    (a) disrespect</w:t>
      </w:r>
      <w:r>
        <w:br/>
      </w:r>
      <w:r>
        <w:t xml:space="preserve">    (b) not answer questions; or block progress</w:t>
      </w:r>
      <w:r>
        <w:br/>
      </w:r>
      <w:r>
        <w:t xml:space="preserve">    (c) move from more general to more specific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Why, my dearest Hedda, how can you be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indifferent</w:t>
      </w:r>
      <w:r>
        <w:rPr>
          <w:b/>
          <w:bCs/>
        </w:rPr>
        <w:t xml:space="preserve"> </w:t>
      </w:r>
      <w:r>
        <w:rPr>
          <w:b/>
          <w:bCs/>
        </w:rPr>
        <w:t xml:space="preserve">about it?</w:t>
      </w:r>
      <w:r>
        <w:br/>
      </w:r>
      <w:r>
        <w:t xml:space="preserve">    (a) unconcerned (without interest)</w:t>
      </w:r>
      <w:r>
        <w:br/>
      </w:r>
      <w:r>
        <w:t xml:space="preserve">    (b) likely to change</w:t>
      </w:r>
      <w:r>
        <w:br/>
      </w:r>
      <w:r>
        <w:t xml:space="preserve">    (c) able to be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declared they were adapted only for men of the strictest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principles</w:t>
      </w:r>
      <w:r>
        <w:rPr>
          <w:b/>
          <w:bCs/>
        </w:rPr>
        <w:t xml:space="preserve">.</w:t>
      </w:r>
      <w:r>
        <w:br/>
      </w:r>
      <w:r>
        <w:t xml:space="preserve">    (a) long eventful journeys</w:t>
      </w:r>
      <w:r>
        <w:br/>
      </w:r>
      <w:r>
        <w:t xml:space="preserve">    (b) subtle characteristics</w:t>
      </w:r>
      <w:r>
        <w:br/>
      </w:r>
      <w:r>
        <w:t xml:space="preserve">    (c) basic rules or beliefs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</w:t>
      </w:r>
      <w:r>
        <w:rPr>
          <w:b/>
          <w:bCs/>
          <w:u w:val="single"/>
        </w:rPr>
        <w:t xml:space="preserve">Curtly</w:t>
      </w:r>
      <w:r>
        <w:rPr>
          <w:b/>
          <w:bCs/>
        </w:rPr>
        <w:t xml:space="preserve"> </w:t>
      </w:r>
      <w:r>
        <w:rPr>
          <w:b/>
          <w:bCs/>
        </w:rPr>
        <w:t xml:space="preserve">and decidedly.]</w:t>
      </w:r>
      <w:r>
        <w:br/>
      </w:r>
      <w:r>
        <w:t xml:space="preserve">    (a) in a manner that makes uncomfortable (weighs heavily on the senses or spirit)</w:t>
      </w:r>
      <w:r>
        <w:br/>
      </w:r>
      <w:r>
        <w:t xml:space="preserve">    (b) in a manner that is the most exciting or important part of a series of events</w:t>
      </w:r>
      <w:r>
        <w:br/>
      </w:r>
      <w:r>
        <w:t xml:space="preserve">    (c) in a manner that uses few words or is abrupt and perhaps discourteous or rude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sure Mr. Lovborg is much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remain here and have supper with me.</w:t>
      </w:r>
      <w:r>
        <w:br/>
      </w:r>
      <w:r>
        <w:t xml:space="preserve">    (a) desirous (in the mood)</w:t>
      </w:r>
      <w:r>
        <w:br/>
      </w:r>
      <w:r>
        <w:t xml:space="preserve">    (b) the degree to which something can be solved or settled</w:t>
      </w:r>
      <w:r>
        <w:br/>
      </w:r>
      <w:r>
        <w:t xml:space="preserve">    (c) not capable of being suffered through (or put up with)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was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motive</w:t>
      </w:r>
      <w:r>
        <w:rPr>
          <w:b/>
          <w:bCs/>
        </w:rPr>
        <w:t xml:space="preserve">, then?</w:t>
      </w:r>
      <w:r>
        <w:br/>
      </w:r>
      <w:r>
        <w:t xml:space="preserve">    (a) the sacred writings of Islam</w:t>
      </w:r>
      <w:r>
        <w:br/>
      </w:r>
      <w:r>
        <w:t xml:space="preserve">    (b) reason (for doing something)</w:t>
      </w:r>
      <w:r>
        <w:br/>
      </w:r>
      <w:r>
        <w:t xml:space="preserve">    (c) small quantity or indication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[Trying to conceal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anxiety</w:t>
      </w:r>
      <w:r>
        <w:rPr>
          <w:b/>
          <w:bCs/>
        </w:rPr>
        <w:t xml:space="preserve">.]</w:t>
      </w:r>
      <w:r>
        <w:br/>
      </w:r>
      <w:r>
        <w:t xml:space="preserve">    (a) basic rule or belief</w:t>
      </w:r>
      <w:r>
        <w:br/>
      </w:r>
      <w:r>
        <w:t xml:space="preserve">    (b) narrow water passage</w:t>
      </w:r>
      <w:r>
        <w:br/>
      </w:r>
      <w:r>
        <w:t xml:space="preserve">    (c) nervousness or worry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can imagine what a state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 </w:t>
      </w:r>
      <w:r>
        <w:rPr>
          <w:b/>
          <w:bCs/>
        </w:rPr>
        <w:t xml:space="preserve">he will be in when he wakens and misses the manuscript.</w:t>
      </w:r>
      <w:r>
        <w:br/>
      </w:r>
      <w:r>
        <w:t xml:space="preserve">    (a) not creating disagreement or struggle</w:t>
      </w:r>
      <w:r>
        <w:br/>
      </w:r>
      <w:r>
        <w:t xml:space="preserve">    (b) distress (at inability to fix a bad situation)</w:t>
      </w:r>
      <w:r>
        <w:br/>
      </w:r>
      <w:r>
        <w:t xml:space="preserve">    (c) adjusts a lens to make an image 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[Laughing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equivocally</w:t>
      </w:r>
      <w:r>
        <w:rPr>
          <w:b/>
          <w:bCs/>
        </w:rPr>
        <w:t xml:space="preserve">.]</w:t>
      </w:r>
      <w:r>
        <w:br/>
      </w:r>
      <w:r>
        <w:t xml:space="preserve">    (a) in a manner that is terrible (vile; disgusting) -- worthy of being strongly disliked and looked down upon</w:t>
      </w:r>
      <w:r>
        <w:br/>
      </w:r>
      <w:r>
        <w:t xml:space="preserve">    (b) with meaning that is not clear</w:t>
      </w:r>
      <w:r>
        <w:br/>
      </w:r>
      <w:r>
        <w:t xml:space="preserve">    (c) in a manner that is almost transparent -- allowing light to pass through without providing a clear image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First promise me--give me your word--that what I now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confide</w:t>
      </w:r>
      <w:r>
        <w:rPr>
          <w:b/>
          <w:bCs/>
        </w:rPr>
        <w:t xml:space="preserve"> </w:t>
      </w:r>
      <w:r>
        <w:rPr>
          <w:b/>
          <w:bCs/>
        </w:rPr>
        <w:t xml:space="preserve">in you Thea shall never know.</w:t>
      </w:r>
      <w:r>
        <w:br/>
      </w:r>
      <w:r>
        <w:t xml:space="preserve">    (a) search for and discover through persistent investigation</w:t>
      </w:r>
      <w:r>
        <w:br/>
      </w:r>
      <w:r>
        <w:t xml:space="preserve">    (b) aka analyze -- analyze based upon a theory of psychiatry</w:t>
      </w:r>
      <w:r>
        <w:br/>
      </w:r>
      <w:r>
        <w:t xml:space="preserve">    (c) place trust (in someone) and talk about private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imperative</w:t>
      </w:r>
      <w:r>
        <w:rPr>
          <w:b/>
          <w:bCs/>
        </w:rPr>
        <w:t xml:space="preserve"> </w:t>
      </w:r>
      <w:r>
        <w:rPr>
          <w:b/>
          <w:bCs/>
        </w:rPr>
        <w:t xml:space="preserve">I should see you this evening.</w:t>
      </w:r>
      <w:r>
        <w:br/>
      </w:r>
      <w:r>
        <w:t xml:space="preserve">    (a) not demonstrative of</w:t>
      </w:r>
      <w:r>
        <w:br/>
      </w:r>
      <w:r>
        <w:t xml:space="preserve">    (b) essential and urgent</w:t>
      </w:r>
      <w:r>
        <w:br/>
      </w:r>
      <w:r>
        <w:t xml:space="preserve">    (c) sincerity (realness)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deed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spontaneous</w:t>
      </w:r>
      <w:r>
        <w:rPr>
          <w:b/>
          <w:bCs/>
        </w:rPr>
        <w:t xml:space="preserve"> </w:t>
      </w:r>
      <w:r>
        <w:rPr>
          <w:b/>
          <w:bCs/>
        </w:rPr>
        <w:t xml:space="preserve">beauty</w:t>
      </w:r>
      <w:r>
        <w:br/>
      </w:r>
      <w:r>
        <w:t xml:space="preserve">    (a) happening or arising without plan</w:t>
      </w:r>
      <w:r>
        <w:br/>
      </w:r>
      <w:r>
        <w:t xml:space="preserve">    (b) fascinate so much that awareness of other surrounding things is partially lost and too much trust is granted</w:t>
      </w:r>
      <w:r>
        <w:br/>
      </w:r>
      <w:r>
        <w:t xml:space="preserve">    (c) related to a government official whose job is to represent their country in discussions with other countries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sorry, Mrs. Hedda,—but I fear I must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dispel</w:t>
      </w:r>
      <w:r>
        <w:rPr>
          <w:b/>
          <w:bCs/>
        </w:rPr>
        <w:t xml:space="preserve"> </w:t>
      </w:r>
      <w:r>
        <w:rPr>
          <w:b/>
          <w:bCs/>
        </w:rPr>
        <w:t xml:space="preserve">an amiable illusion.</w:t>
      </w:r>
      <w:r>
        <w:br/>
      </w:r>
      <w:r>
        <w:t xml:space="preserve">    (a) portray or create in a particular way  OR  interpret, translate, or extract from</w:t>
      </w:r>
      <w:r>
        <w:br/>
      </w:r>
      <w:r>
        <w:t xml:space="preserve">    (b) removing the favoring any side in a contest, war, disagreement, or other dispute</w:t>
      </w:r>
      <w:r>
        <w:br/>
      </w:r>
      <w:r>
        <w:t xml:space="preserve">    (c) to drive away or put an end to something -- especially a feeling, idea, or doubt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Suppressing</w:t>
      </w:r>
      <w:r>
        <w:rPr>
          <w:b/>
          <w:bCs/>
        </w:rPr>
        <w:t xml:space="preserve"> </w:t>
      </w:r>
      <w:r>
        <w:rPr>
          <w:b/>
          <w:bCs/>
        </w:rPr>
        <w:t xml:space="preserve">an involuntary smile,</w:t>
      </w:r>
      <w:r>
        <w:br/>
      </w:r>
      <w:r>
        <w:t xml:space="preserve">    (a) gradually adding or removing</w:t>
      </w:r>
      <w:r>
        <w:br/>
      </w:r>
      <w:r>
        <w:t xml:space="preserve">    (b) trying to keep under control</w:t>
      </w:r>
      <w:r>
        <w:br/>
      </w:r>
      <w:r>
        <w:t xml:space="preserve">    (c) thinking about or discussing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2026-07-31T15:22:23Z</dcterms:created>
  <dcterms:modified xsi:type="dcterms:W3CDTF">2026-07-31T15:22:23Z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