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9c1b6d46e537f604dbff6ac4df0fb1180bb2311"/>
    <w:p>
      <w:pPr>
        <w:pStyle w:val="Heading1"/>
      </w:pPr>
      <w:r>
        <w:rPr>
          <w:b/>
          <w:bCs/>
        </w:rPr>
        <w:t xml:space="preserve">Hedda Gabler</w:t>
      </w:r>
      <w:r>
        <w:br/>
      </w:r>
      <w:r>
        <w:rPr>
          <w:i/>
          <w:iCs/>
        </w:rPr>
        <w:t xml:space="preserve">Henrik Ibsen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will deal with the domestic industries of Brabant during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Middle Ages</w:t>
      </w:r>
      <w:r>
        <w:rPr>
          <w:b/>
          <w:bCs/>
        </w:rPr>
        <w:t xml:space="preserve">.</w:t>
      </w:r>
      <w:r>
        <w:br/>
      </w:r>
      <w:r>
        <w:t xml:space="preserve">    (a) the period of European history beginning with the fall of the Roman Empire and ending with the Modern Era (roughly 500-1500 AD)</w:t>
      </w:r>
      <w:r>
        <w:br/>
      </w:r>
      <w:r>
        <w:t xml:space="preserve">    (b) aka Black Death -- a plague which is estimated to have killed one to two thirds of Europe's population between 1347 and 1350</w:t>
      </w:r>
      <w:r>
        <w:br/>
      </w:r>
      <w:r>
        <w:t xml:space="preserve">    (c) 1831 slave uprising in Virginia led by Nat Turner that killed about 60 whites and led to brutal reprisals and harsher slave laws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Of course one has always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accustom</w:t>
      </w:r>
      <w:r>
        <w:rPr>
          <w:b/>
          <w:bCs/>
        </w:rPr>
        <w:t xml:space="preserve"> </w:t>
      </w:r>
      <w:r>
        <w:rPr>
          <w:b/>
          <w:bCs/>
        </w:rPr>
        <w:t xml:space="preserve">one's self to new surroundings, Miss Tesman—little by little.</w:t>
      </w:r>
      <w:r>
        <w:br/>
      </w:r>
      <w:r>
        <w:t xml:space="preserve">    (a) to make someone</w:t>
      </w:r>
      <w:r>
        <w:t xml:space="preserve"> </w:t>
      </w:r>
      <w:r>
        <w:rPr>
          <w:i/>
          <w:iCs/>
        </w:rPr>
        <w:t xml:space="preserve">used to</w:t>
      </w:r>
      <w:r>
        <w:t xml:space="preserve"> </w:t>
      </w:r>
      <w:r>
        <w:t xml:space="preserve">something</w:t>
      </w:r>
      <w:r>
        <w:br/>
      </w:r>
      <w:r>
        <w:t xml:space="preserve">    (b) the difference between tones of an image</w:t>
      </w:r>
      <w:r>
        <w:br/>
      </w:r>
      <w:r>
        <w:t xml:space="preserve">    (c) hold together (connect or unite) or wrap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solemn</w:t>
      </w:r>
      <w:r>
        <w:rPr>
          <w:b/>
          <w:bCs/>
        </w:rPr>
        <w:t xml:space="preserve">?</w:t>
      </w:r>
      <w:r>
        <w:br/>
      </w:r>
      <w:r>
        <w:t xml:space="preserve">    (a) able to be taken on as one's own</w:t>
      </w:r>
      <w:r>
        <w:br/>
      </w:r>
      <w:r>
        <w:t xml:space="preserve">    (b) indicating approval or agreement</w:t>
      </w:r>
      <w:r>
        <w:br/>
      </w:r>
      <w:r>
        <w:t xml:space="preserve">    (c) very serious--possibly dignified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the last two years his conduct has been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irreproachable</w:t>
      </w:r>
      <w:r>
        <w:rPr>
          <w:b/>
          <w:bCs/>
        </w:rPr>
        <w:t xml:space="preserve">.</w:t>
      </w:r>
      <w:r>
        <w:br/>
      </w:r>
      <w:r>
        <w:t xml:space="preserve">    (a) unpleasing sound</w:t>
      </w:r>
      <w:r>
        <w:br/>
      </w:r>
      <w:r>
        <w:t xml:space="preserve">    (b) beyond criticism</w:t>
      </w:r>
      <w:r>
        <w:br/>
      </w:r>
      <w:r>
        <w:t xml:space="preserve">    (c) able to be found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HEDDA: What sort of a man is your husband, Thea?  I mean--you know--in everyday life. Is he kind to you?</w:t>
      </w:r>
      <w:r>
        <w:br/>
      </w:r>
      <w:r>
        <w:rPr>
          <w:b/>
          <w:bCs/>
        </w:rPr>
        <w:t xml:space="preserve">MRS. ELVSTED: [</w:t>
      </w:r>
      <w:r>
        <w:rPr>
          <w:b/>
          <w:bCs/>
          <w:u w:val="single"/>
        </w:rPr>
        <w:t xml:space="preserve">Evasively</w:t>
      </w:r>
      <w:r>
        <w:rPr>
          <w:b/>
          <w:bCs/>
        </w:rPr>
        <w:t xml:space="preserve">.] I am sure he means well in everything.</w:t>
      </w:r>
      <w:r>
        <w:br/>
      </w:r>
      <w:r>
        <w:t xml:space="preserve">    (a) in a manner that avoids directly answering a question</w:t>
      </w:r>
      <w:r>
        <w:br/>
      </w:r>
      <w:r>
        <w:t xml:space="preserve">    (b) in a manner that expresses or displays detailed sexual activity or violence</w:t>
      </w:r>
      <w:r>
        <w:br/>
      </w:r>
      <w:r>
        <w:t xml:space="preserve">    (c) not in a straightforward manner (complicated, incidental, or unintentional)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Yes, we can't thank you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sufficiently</w:t>
      </w:r>
      <w:r>
        <w:rPr>
          <w:b/>
          <w:bCs/>
        </w:rPr>
        <w:t xml:space="preserve">.</w:t>
      </w:r>
      <w:r>
        <w:br/>
      </w:r>
      <w:r>
        <w:t xml:space="preserve">    (a) in a manner that relates to questions that cannot be answered with the scientific method</w:t>
      </w:r>
      <w:r>
        <w:br/>
      </w:r>
      <w:r>
        <w:t xml:space="preserve">    (b) done in a rude or unfriendly manner because of using too few words or moving too quickly</w:t>
      </w:r>
      <w:r>
        <w:br/>
      </w:r>
      <w:r>
        <w:t xml:space="preserve">    (c) adequately (in a manner that provides enough -- often without being more than is needed)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shall have to buy some additional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trifles</w:t>
      </w:r>
      <w:r>
        <w:rPr>
          <w:b/>
          <w:bCs/>
        </w:rPr>
        <w:t xml:space="preserve">.</w:t>
      </w:r>
      <w:r>
        <w:br/>
      </w:r>
      <w:r>
        <w:t xml:space="preserve">    (a) things of small importance</w:t>
      </w:r>
      <w:r>
        <w:br/>
      </w:r>
      <w:r>
        <w:t xml:space="preserve">    (b) struggles or disagreements</w:t>
      </w:r>
      <w:r>
        <w:br/>
      </w:r>
      <w:r>
        <w:t xml:space="preserve">    (c) is attractive or desirable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must be prepared to find your appointment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deferred</w:t>
      </w:r>
      <w:r>
        <w:rPr>
          <w:b/>
          <w:bCs/>
        </w:rPr>
        <w:t xml:space="preserve"> </w:t>
      </w:r>
      <w:r>
        <w:rPr>
          <w:b/>
          <w:bCs/>
        </w:rPr>
        <w:t xml:space="preserve">longer than you desired or expected.</w:t>
      </w:r>
      <w:r>
        <w:br/>
      </w:r>
      <w:r>
        <w:t xml:space="preserve">    (a) changed</w:t>
      </w:r>
      <w:r>
        <w:br/>
      </w:r>
      <w:r>
        <w:t xml:space="preserve">    (b) delayed</w:t>
      </w:r>
      <w:r>
        <w:br/>
      </w:r>
      <w:r>
        <w:t xml:space="preserve">    (c) forgave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[</w:t>
      </w:r>
      <w:r>
        <w:rPr>
          <w:b/>
          <w:bCs/>
          <w:u w:val="single"/>
        </w:rPr>
        <w:t xml:space="preserve">Gesticulates</w:t>
      </w:r>
      <w:r>
        <w:rPr>
          <w:b/>
          <w:bCs/>
        </w:rPr>
        <w:t xml:space="preserve"> </w:t>
      </w:r>
      <w:r>
        <w:rPr>
          <w:b/>
          <w:bCs/>
        </w:rPr>
        <w:t xml:space="preserve">with his arms.]</w:t>
      </w:r>
      <w:r>
        <w:br/>
      </w:r>
      <w:r>
        <w:t xml:space="preserve">    (a) becomes less intense, less severe, or less active -- perhaps goes away entirely</w:t>
      </w:r>
      <w:r>
        <w:br/>
      </w:r>
      <w:r>
        <w:t xml:space="preserve">    (b) releases from slavery or servitude; or (metaphorically) from social restraints</w:t>
      </w:r>
      <w:r>
        <w:br/>
      </w:r>
      <w:r>
        <w:t xml:space="preserve">    (c) makes gestures while speaking or to express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[looks at him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covert</w:t>
      </w:r>
      <w:r>
        <w:rPr>
          <w:b/>
          <w:bCs/>
        </w:rPr>
        <w:t xml:space="preserve"> </w:t>
      </w:r>
      <w:r>
        <w:rPr>
          <w:b/>
          <w:bCs/>
        </w:rPr>
        <w:t xml:space="preserve">scorn.]</w:t>
      </w:r>
      <w:r>
        <w:br/>
      </w:r>
      <w:r>
        <w:t xml:space="preserve">    (a) hidden</w:t>
      </w:r>
      <w:r>
        <w:br/>
      </w:r>
      <w:r>
        <w:t xml:space="preserve">    (b) relating to the chest (thorax)</w:t>
      </w:r>
      <w:r>
        <w:br/>
      </w:r>
      <w:r>
        <w:t xml:space="preserve">    (c) made by taking on as one's 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is there no sort of little chink that we could hold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parley</w:t>
      </w:r>
      <w:r>
        <w:rPr>
          <w:b/>
          <w:bCs/>
        </w:rPr>
        <w:t xml:space="preserve"> </w:t>
      </w:r>
      <w:r>
        <w:rPr>
          <w:b/>
          <w:bCs/>
        </w:rPr>
        <w:t xml:space="preserve">through?</w:t>
      </w:r>
      <w:r>
        <w:br/>
      </w:r>
      <w:r>
        <w:t xml:space="preserve">    (a) a negotiation or discussion -- especially between enemies</w:t>
      </w:r>
      <w:r>
        <w:br/>
      </w:r>
      <w:r>
        <w:t xml:space="preserve">    (b) think carefully and make a judgment about something again</w:t>
      </w:r>
      <w:r>
        <w:br/>
      </w:r>
      <w:r>
        <w:t xml:space="preserve">    (c) to promise, guarantee, or indicate certainty of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 utterly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ludicrous</w:t>
      </w:r>
      <w:r>
        <w:rPr>
          <w:b/>
          <w:bCs/>
        </w:rPr>
        <w:t xml:space="preserve">!</w:t>
      </w:r>
      <w:r>
        <w:br/>
      </w:r>
      <w:r>
        <w:t xml:space="preserve">    (a) absurd in an amusing way</w:t>
      </w:r>
      <w:r>
        <w:br/>
      </w:r>
      <w:r>
        <w:t xml:space="preserve">    (b) the state of being awake</w:t>
      </w:r>
      <w:r>
        <w:br/>
      </w:r>
      <w:r>
        <w:t xml:space="preserve">    (c) able to take on or adopt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ELVSTED, in passing, exchanges slight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salutations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gentlemen in the inner room, then goes up to the table and gives HEDDA her hand.</w:t>
      </w:r>
      <w:r>
        <w:br/>
      </w:r>
      <w:r>
        <w:t xml:space="preserve">    (a) people who suffer from psychosis (any severe mental disorder in which contact with reality is lost or highly distorted)</w:t>
      </w:r>
      <w:r>
        <w:br/>
      </w:r>
      <w:r>
        <w:t xml:space="preserve">    (b) subatomic particles with negative charge that are found in all atoms and that act as the primary carrier of electricity</w:t>
      </w:r>
      <w:r>
        <w:br/>
      </w:r>
      <w:r>
        <w:t xml:space="preserve">    (c) a greeting -- such as</w:t>
      </w:r>
      <w:r>
        <w:t xml:space="preserve"> </w:t>
      </w:r>
      <w:r>
        <w:rPr>
          <w:i/>
          <w:iCs/>
        </w:rPr>
        <w:t xml:space="preserve">"Hi"</w:t>
      </w:r>
      <w:r>
        <w:t xml:space="preserve">, </w:t>
      </w:r>
      <w:r>
        <w:t xml:space="preserve"> </w:t>
      </w:r>
      <w:r>
        <w:rPr>
          <w:i/>
          <w:iCs/>
        </w:rPr>
        <w:t xml:space="preserve">"Dear John:"</w:t>
      </w:r>
      <w:r>
        <w:t xml:space="preserve">, or</w:t>
      </w:r>
      <w:r>
        <w:t xml:space="preserve"> </w:t>
      </w:r>
      <w:r>
        <w:rPr>
          <w:i/>
          <w:iCs/>
        </w:rPr>
        <w:t xml:space="preserve">"Ladies and Gentlemen"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the act of greeting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loathe</w:t>
      </w:r>
      <w:r>
        <w:rPr>
          <w:b/>
          <w:bCs/>
        </w:rPr>
        <w:t xml:space="preserve"> </w:t>
      </w:r>
      <w:r>
        <w:rPr>
          <w:b/>
          <w:bCs/>
        </w:rPr>
        <w:t xml:space="preserve">all sorts of ugliness.</w:t>
      </w:r>
      <w:r>
        <w:br/>
      </w:r>
      <w:r>
        <w:t xml:space="preserve">    (a) draw</w:t>
      </w:r>
      <w:r>
        <w:br/>
      </w:r>
      <w:r>
        <w:t xml:space="preserve">    (b) hate</w:t>
      </w:r>
      <w:r>
        <w:br/>
      </w:r>
      <w:r>
        <w:t xml:space="preserve">    (c) quit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Far from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amicably</w:t>
      </w:r>
      <w:r>
        <w:rPr>
          <w:b/>
          <w:bCs/>
        </w:rPr>
        <w:t xml:space="preserve">, it appears.</w:t>
      </w:r>
      <w:r>
        <w:br/>
      </w:r>
      <w:r>
        <w:t xml:space="preserve">    (a) in a manner that is not good</w:t>
      </w:r>
      <w:r>
        <w:br/>
      </w:r>
      <w:r>
        <w:t xml:space="preserve">    (b) friendly or showing goodwill</w:t>
      </w:r>
      <w:r>
        <w:br/>
      </w:r>
      <w:r>
        <w:t xml:space="preserve">    (c) in a manner that finds fault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I thought that, as a friend of the family, it was my duty to supply you and Tesman with a full account of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nocturnal</w:t>
      </w:r>
      <w:r>
        <w:rPr>
          <w:b/>
          <w:bCs/>
        </w:rPr>
        <w:t xml:space="preserve"> </w:t>
      </w:r>
      <w:r>
        <w:rPr>
          <w:b/>
          <w:bCs/>
        </w:rPr>
        <w:t xml:space="preserve">exploits.</w:t>
      </w:r>
      <w:r>
        <w:br/>
      </w:r>
      <w:r>
        <w:t xml:space="preserve">    (a) the quality of not being sensible and careful</w:t>
      </w:r>
      <w:r>
        <w:br/>
      </w:r>
      <w:r>
        <w:t xml:space="preserve">    (b) the quality of being unchanging or continuous</w:t>
      </w:r>
      <w:r>
        <w:br/>
      </w:r>
      <w:r>
        <w:t xml:space="preserve">    (c) nighttime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superfluous</w:t>
      </w:r>
      <w:r>
        <w:rPr>
          <w:b/>
          <w:bCs/>
        </w:rPr>
        <w:t xml:space="preserve">, how intrusive, he would be, if he were to force his way into— HEDDA.</w:t>
      </w:r>
      <w:r>
        <w:br/>
      </w:r>
      <w:r>
        <w:t xml:space="preserve">    (a) without purpose, job, or natural activity</w:t>
      </w:r>
      <w:r>
        <w:br/>
      </w:r>
      <w:r>
        <w:t xml:space="preserve">    (b) the quality of being sensible and careful</w:t>
      </w:r>
      <w:r>
        <w:br/>
      </w:r>
      <w:r>
        <w:t xml:space="preserve">    (c) more than is needed, desired, or required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have destroyed 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none the less</w:t>
      </w:r>
      <w:r>
        <w:rPr>
          <w:b/>
          <w:bCs/>
        </w:rPr>
        <w:t xml:space="preserve">—utterly destroyed it, Hedda!</w:t>
      </w:r>
      <w:r>
        <w:br/>
      </w:r>
      <w:r>
        <w:t xml:space="preserve">    (a) in keeping with or in agreement with what was just stated</w:t>
      </w:r>
      <w:r>
        <w:br/>
      </w:r>
      <w:r>
        <w:t xml:space="preserve">    (b) therefore (for that reason)</w:t>
      </w:r>
      <w:r>
        <w:br/>
      </w:r>
      <w:r>
        <w:t xml:space="preserve">    (c) in spite of that (used to connect contrasting ideas)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[Rises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impetuously</w:t>
      </w:r>
      <w:r>
        <w:rPr>
          <w:b/>
          <w:bCs/>
        </w:rPr>
        <w:t xml:space="preserve">.]</w:t>
      </w:r>
      <w:r>
        <w:br/>
      </w:r>
      <w:r>
        <w:t xml:space="preserve">    (a) in a manner that shows care or concern for someone</w:t>
      </w:r>
      <w:r>
        <w:br/>
      </w:r>
      <w:r>
        <w:t xml:space="preserve">    (b) impulsively (acting suddenly without much thought)</w:t>
      </w:r>
      <w:r>
        <w:br/>
      </w:r>
      <w:r>
        <w:t xml:space="preserve">    (c) in the manner of a logical, systematic examination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cannot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endure</w:t>
      </w:r>
      <w:r>
        <w:rPr>
          <w:b/>
          <w:bCs/>
        </w:rPr>
        <w:t xml:space="preserve"> </w:t>
      </w:r>
      <w:r>
        <w:rPr>
          <w:b/>
          <w:bCs/>
        </w:rPr>
        <w:t xml:space="preserve">the thought of that!</w:t>
      </w:r>
      <w:r>
        <w:br/>
      </w:r>
      <w:r>
        <w:t xml:space="preserve">    (a) communication through gestures and body movements (without words)</w:t>
      </w:r>
      <w:r>
        <w:br/>
      </w:r>
      <w:r>
        <w:t xml:space="preserve">    (b) call -- typically to come nearer by using a hand gesture or a nod</w:t>
      </w:r>
      <w:r>
        <w:br/>
      </w:r>
      <w:r>
        <w:t xml:space="preserve">    (c) suffer through (or put up with something difficult or unpleasant)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2026-07-31T15:22:23Z</dcterms:created>
  <dcterms:modified xsi:type="dcterms:W3CDTF">2026-07-31T15:22:23Z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