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992fd09b734e3fb20c6bd4b799979bdadf2f68"/>
    <w:p>
      <w:pPr>
        <w:pStyle w:val="Heading1"/>
      </w:pPr>
      <w:r>
        <w:rPr>
          <w:b/>
          <w:bCs/>
        </w:rPr>
        <w:t xml:space="preserve">Heart of Darkness</w:t>
      </w:r>
      <w:r>
        <w:br/>
      </w:r>
      <w:r>
        <w:rPr>
          <w:i/>
          <w:iCs/>
        </w:rPr>
        <w:t xml:space="preserve">Joseph Conrad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greetings</w:t>
      </w:r>
      <w:r>
        <w:br/>
      </w:r>
      <w:r>
        <w:t xml:space="preserve">    (b) hello</w:t>
      </w:r>
      <w:r>
        <w:br/>
      </w:r>
      <w:r>
        <w:t xml:space="preserve">    (c) goodbye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not talking</w:t>
      </w:r>
      <w:r>
        <w:br/>
      </w:r>
      <w:r>
        <w:t xml:space="preserve">    (b) being discouraging</w:t>
      </w:r>
      <w:r>
        <w:br/>
      </w:r>
      <w:r>
        <w:t xml:space="preserve">    (c) indirectly referring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scheduled a news conference to respond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appalling</w:t>
      </w:r>
      <w:r>
        <w:rPr>
          <w:b/>
          <w:bCs/>
        </w:rPr>
        <w:t xml:space="preserve"> </w:t>
      </w:r>
      <w:r>
        <w:rPr>
          <w:b/>
          <w:bCs/>
        </w:rPr>
        <w:t xml:space="preserve">accusations.</w:t>
      </w:r>
      <w:r>
        <w:br/>
      </w:r>
      <w:r>
        <w:t xml:space="preserve">    (a) false</w:t>
      </w:r>
      <w:r>
        <w:br/>
      </w:r>
      <w:r>
        <w:t xml:space="preserve">    (b) foolish</w:t>
      </w:r>
      <w:r>
        <w:br/>
      </w:r>
      <w:r>
        <w:t xml:space="preserve">    (c) horrible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approached the impressive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doors.</w:t>
      </w:r>
      <w:r>
        <w:br/>
      </w:r>
      <w:r>
        <w:t xml:space="preserve">    (a) notably large and appearing heavy</w:t>
      </w:r>
      <w:r>
        <w:br/>
      </w:r>
      <w:r>
        <w:t xml:space="preserve">    (b) made of a type of high-quality metal</w:t>
      </w:r>
      <w:r>
        <w:br/>
      </w:r>
      <w:r>
        <w:t xml:space="preserve">    (c) made of a high-quality wood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hair.</w:t>
      </w:r>
      <w:r>
        <w:br/>
      </w:r>
      <w:r>
        <w:t xml:space="preserve">    (a) straight</w:t>
      </w:r>
      <w:r>
        <w:br/>
      </w:r>
      <w:r>
        <w:t xml:space="preserve">    (b) reddish-brown or yellowish-brown</w:t>
      </w:r>
      <w:r>
        <w:br/>
      </w:r>
      <w:r>
        <w:t xml:space="preserve">    (c) curly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unfamiliar</w:t>
      </w:r>
      <w:r>
        <w:br/>
      </w:r>
      <w:r>
        <w:t xml:space="preserve">    (b) challenging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</w:t>
      </w:r>
      <w:r>
        <w:rPr>
          <w:b/>
          <w:bCs/>
        </w:rPr>
        <w:t xml:space="preserve"> </w:t>
      </w:r>
      <w:r>
        <w:rPr>
          <w:b/>
          <w:bCs/>
        </w:rPr>
        <w:t xml:space="preserve">when her boyfriend died in a car accident.</w:t>
      </w:r>
      <w:r>
        <w:br/>
      </w:r>
      <w:r>
        <w:t xml:space="preserve">    (a) emotional</w:t>
      </w:r>
      <w:r>
        <w:br/>
      </w:r>
      <w:r>
        <w:t xml:space="preserve">    (b) miserable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in her book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</w:t>
      </w:r>
      <w:r>
        <w:rPr>
          <w:b/>
          <w:bCs/>
        </w:rPr>
        <w:t xml:space="preserve"> </w:t>
      </w:r>
      <w:r>
        <w:rPr>
          <w:b/>
          <w:bCs/>
        </w:rPr>
        <w:t xml:space="preserve">desert photographs.</w:t>
      </w:r>
      <w:r>
        <w:br/>
      </w:r>
      <w:r>
        <w:t xml:space="preserve">    (a) empty</w:t>
      </w:r>
      <w:r>
        <w:br/>
      </w:r>
      <w:r>
        <w:t xml:space="preserve">    (b) bright</w:t>
      </w:r>
      <w:r>
        <w:br/>
      </w:r>
      <w:r>
        <w:t xml:space="preserve">    (c) detailed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eloquent</w:t>
      </w:r>
      <w:r>
        <w:rPr>
          <w:b/>
          <w:bCs/>
        </w:rPr>
        <w:t xml:space="preserve"> </w:t>
      </w:r>
      <w:r>
        <w:rPr>
          <w:b/>
          <w:bCs/>
        </w:rPr>
        <w:t xml:space="preserve">speaker at the school.</w:t>
      </w:r>
      <w:r>
        <w:br/>
      </w:r>
      <w:r>
        <w:t xml:space="preserve">    (a) experienced</w:t>
      </w:r>
      <w:r>
        <w:br/>
      </w:r>
      <w:r>
        <w:t xml:space="preserve">    (b) well-spoken</w:t>
      </w:r>
      <w:r>
        <w:br/>
      </w:r>
      <w:r>
        <w:t xml:space="preserve">    (c) popular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trial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farce</w:t>
      </w:r>
      <w:r>
        <w:rPr>
          <w:b/>
          <w:bCs/>
        </w:rPr>
        <w:t xml:space="preserve">, with witnesses who clearly lied and a judge who didn't care.</w:t>
      </w:r>
      <w:r>
        <w:br/>
      </w:r>
      <w:r>
        <w:t xml:space="preserve">    (a) well-run procedure</w:t>
      </w:r>
      <w:r>
        <w:br/>
      </w:r>
      <w:r>
        <w:t xml:space="preserve">    (b) complete mockery</w:t>
      </w:r>
      <w:r>
        <w:br/>
      </w:r>
      <w:r>
        <w:t xml:space="preserve">    (c) thorough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and</w:t>
      </w:r>
      <w:r>
        <w:br/>
      </w:r>
      <w:r>
        <w:t xml:space="preserve">    (b) also</w:t>
      </w:r>
      <w:r>
        <w:br/>
      </w:r>
      <w:r>
        <w:t xml:space="preserve">    (c) but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to whatever degree</w:t>
      </w:r>
      <w:r>
        <w:br/>
      </w:r>
      <w:r>
        <w:t xml:space="preserve">    (b) whatever way</w:t>
      </w:r>
      <w:r>
        <w:br/>
      </w:r>
      <w:r>
        <w:t xml:space="preserve">    (c) even if in a non-standard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expensive</w:t>
      </w:r>
      <w:r>
        <w:br/>
      </w:r>
      <w:r>
        <w:t xml:space="preserve">    (b) antique</w:t>
      </w:r>
      <w:r>
        <w:br/>
      </w:r>
      <w:r>
        <w:t xml:space="preserve">    (c) annoying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greeted us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languid</w:t>
      </w:r>
      <w:r>
        <w:rPr>
          <w:b/>
          <w:bCs/>
        </w:rPr>
        <w:t xml:space="preserve"> </w:t>
      </w:r>
      <w:r>
        <w:rPr>
          <w:b/>
          <w:bCs/>
        </w:rPr>
        <w:t xml:space="preserve">wave of the hand.</w:t>
      </w:r>
      <w:r>
        <w:br/>
      </w:r>
      <w:r>
        <w:t xml:space="preserve">    (a) slow and relaxed</w:t>
      </w:r>
      <w:r>
        <w:br/>
      </w:r>
      <w:r>
        <w:t xml:space="preserve">    (b) quick and sharp</w:t>
      </w:r>
      <w:r>
        <w:br/>
      </w:r>
      <w:r>
        <w:t xml:space="preserve">    (c) stiff and formal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view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smoke.</w:t>
      </w:r>
      <w:r>
        <w:br/>
      </w:r>
      <w:r>
        <w:t xml:space="preserve">    (a) enhanced</w:t>
      </w:r>
      <w:r>
        <w:br/>
      </w:r>
      <w:r>
        <w:t xml:space="preserve">    (b) made frightening</w:t>
      </w:r>
      <w:r>
        <w:br/>
      </w:r>
      <w:r>
        <w:t xml:space="preserve">    (c) blocked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Internet search proved she had plagiarized from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</w:t>
      </w:r>
      <w:r>
        <w:rPr>
          <w:b/>
          <w:bCs/>
        </w:rPr>
        <w:t xml:space="preserve"> </w:t>
      </w:r>
      <w:r>
        <w:rPr>
          <w:b/>
          <w:bCs/>
        </w:rPr>
        <w:t xml:space="preserve">poem written in 1920.</w:t>
      </w:r>
      <w:r>
        <w:br/>
      </w:r>
      <w:r>
        <w:t xml:space="preserve">    (a) kept secret</w:t>
      </w:r>
      <w:r>
        <w:br/>
      </w:r>
      <w:r>
        <w:t xml:space="preserve">    (b) not known to many people</w:t>
      </w:r>
      <w:r>
        <w:br/>
      </w:r>
      <w:r>
        <w:t xml:space="preserve">    (c) well-known decades ago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 clouds looking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, I'm afraid there will be a bad storm.</w:t>
      </w:r>
      <w:r>
        <w:br/>
      </w:r>
      <w:r>
        <w:t xml:space="preserve">    (a) threatening</w:t>
      </w:r>
      <w:r>
        <w:br/>
      </w:r>
      <w:r>
        <w:t xml:space="preserve">    (b) fast-moving</w:t>
      </w:r>
      <w:r>
        <w:br/>
      </w:r>
      <w:r>
        <w:t xml:space="preserve">    (c) huge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area has been inhabited since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primeval</w:t>
      </w:r>
      <w:r>
        <w:rPr>
          <w:b/>
          <w:bCs/>
        </w:rPr>
        <w:t xml:space="preserve"> </w:t>
      </w:r>
      <w:r>
        <w:rPr>
          <w:b/>
          <w:bCs/>
        </w:rPr>
        <w:t xml:space="preserve">times.</w:t>
      </w:r>
      <w:r>
        <w:br/>
      </w:r>
      <w:r>
        <w:t xml:space="preserve">    (a) ancient</w:t>
      </w:r>
      <w:r>
        <w:br/>
      </w:r>
      <w:r>
        <w:t xml:space="preserve">    (b) skillful</w:t>
      </w:r>
      <w:r>
        <w:br/>
      </w:r>
      <w:r>
        <w:t xml:space="preserve">    (c) filled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common</w:t>
      </w:r>
      <w:r>
        <w:br/>
      </w:r>
      <w:r>
        <w:t xml:space="preserve">    (b) intense</w:t>
      </w:r>
      <w:r>
        <w:br/>
      </w:r>
      <w:r>
        <w:t xml:space="preserve">    (c) traditional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apparently reasonable, but unproven</w:t>
      </w:r>
      <w:r>
        <w:br/>
      </w:r>
      <w:r>
        <w:t xml:space="preserve">    (b) person without moral principles</w:t>
      </w:r>
      <w:r>
        <w:br/>
      </w:r>
      <w:r>
        <w:t xml:space="preserve">    (c) without pattern or planning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2026-07-31T14:47:07Z</dcterms:created>
  <dcterms:modified xsi:type="dcterms:W3CDTF">2026-07-31T14:47:07Z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