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32f76d188d6f6ce5ba348c45f401c50a909c0c"/>
    <w:p>
      <w:pPr>
        <w:pStyle w:val="Heading1"/>
      </w:pPr>
      <w:r>
        <w:rPr>
          <w:b/>
          <w:bCs/>
        </w:rPr>
        <w:t xml:space="preserve">Heart of Darkness</w:t>
      </w:r>
      <w:r>
        <w:br/>
      </w:r>
      <w:r>
        <w:rPr>
          <w:i/>
          <w:iCs/>
        </w:rPr>
        <w:t xml:space="preserve">Joseph Conrad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primary focus is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money and the things it can buy.</w:t>
      </w:r>
      <w:r>
        <w:br/>
      </w:r>
      <w:r>
        <w:t xml:space="preserve">    (a) spending</w:t>
      </w:r>
      <w:r>
        <w:br/>
      </w:r>
      <w:r>
        <w:t xml:space="preserve">    (b) fearing</w:t>
      </w:r>
      <w:r>
        <w:br/>
      </w:r>
      <w:r>
        <w:t xml:space="preserve">    (c) getting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FDA discovered the problem while reviewing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events reported in the database.</w:t>
      </w:r>
      <w:r>
        <w:br/>
      </w:r>
      <w:r>
        <w:t xml:space="preserve">    (a) routine</w:t>
      </w:r>
      <w:r>
        <w:br/>
      </w:r>
      <w:r>
        <w:t xml:space="preserve">    (b) harmful</w:t>
      </w:r>
      <w:r>
        <w:br/>
      </w:r>
      <w:r>
        <w:t xml:space="preserve">    (c) minor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earthquake left our pictures hanging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askew</w:t>
      </w:r>
      <w:r>
        <w:rPr>
          <w:b/>
          <w:bCs/>
        </w:rPr>
        <w:t xml:space="preserve">.</w:t>
      </w:r>
      <w:r>
        <w:br/>
      </w:r>
      <w:r>
        <w:t xml:space="preserve">    (a) crooked</w:t>
      </w:r>
      <w:r>
        <w:br/>
      </w:r>
      <w:r>
        <w:t xml:space="preserve">    (b) covered in dust</w:t>
      </w:r>
      <w:r>
        <w:br/>
      </w:r>
      <w:r>
        <w:t xml:space="preserve">    (c) alone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wined, dined,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beguiled</w:t>
      </w:r>
      <w:r>
        <w:rPr>
          <w:b/>
          <w:bCs/>
        </w:rPr>
        <w:t xml:space="preserve"> </w:t>
      </w:r>
      <w:r>
        <w:rPr>
          <w:b/>
          <w:bCs/>
        </w:rPr>
        <w:t xml:space="preserve">into signing the contract.</w:t>
      </w:r>
      <w:r>
        <w:br/>
      </w:r>
      <w:r>
        <w:t xml:space="preserve">    (a) forced</w:t>
      </w:r>
      <w:r>
        <w:br/>
      </w:r>
      <w:r>
        <w:t xml:space="preserve">    (b) tricked</w:t>
      </w:r>
      <w:r>
        <w:br/>
      </w:r>
      <w:r>
        <w:t xml:space="preserve">    (c) encouraged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took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circuitous</w:t>
      </w:r>
      <w:r>
        <w:rPr>
          <w:b/>
          <w:bCs/>
        </w:rPr>
        <w:t xml:space="preserve"> </w:t>
      </w:r>
      <w:r>
        <w:rPr>
          <w:b/>
          <w:bCs/>
        </w:rPr>
        <w:t xml:space="preserve">route back to our hotel so we could see more of the city.</w:t>
      </w:r>
      <w:r>
        <w:br/>
      </w:r>
      <w:r>
        <w:t xml:space="preserve">    (a) absolute</w:t>
      </w:r>
      <w:r>
        <w:br/>
      </w:r>
      <w:r>
        <w:t xml:space="preserve">    (b) pleasing</w:t>
      </w:r>
      <w:r>
        <w:br/>
      </w:r>
      <w:r>
        <w:t xml:space="preserve">    (c) indirect (not the straightest or quickest)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contemptible</w:t>
      </w:r>
      <w:r>
        <w:rPr>
          <w:b/>
          <w:bCs/>
        </w:rPr>
        <w:t xml:space="preserve"> </w:t>
      </w:r>
      <w:r>
        <w:rPr>
          <w:b/>
          <w:bCs/>
        </w:rPr>
        <w:t xml:space="preserve">liar.</w:t>
      </w:r>
      <w:r>
        <w:br/>
      </w:r>
      <w:r>
        <w:t xml:space="preserve">    (a) unreliable</w:t>
      </w:r>
      <w:r>
        <w:br/>
      </w:r>
      <w:r>
        <w:t xml:space="preserve">    (b) deserving no respect</w:t>
      </w:r>
      <w:r>
        <w:br/>
      </w:r>
      <w:r>
        <w:t xml:space="preserve">    (c) good (at pretending)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likes it when they stick to the numbers and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digress</w:t>
      </w:r>
      <w:r>
        <w:rPr>
          <w:b/>
          <w:bCs/>
        </w:rPr>
        <w:t xml:space="preserve"> </w:t>
      </w:r>
      <w:r>
        <w:rPr>
          <w:b/>
          <w:bCs/>
        </w:rPr>
        <w:t xml:space="preserve">into storytelling.</w:t>
      </w:r>
      <w:r>
        <w:br/>
      </w:r>
      <w:r>
        <w:t xml:space="preserve">    (a) wander</w:t>
      </w:r>
      <w:r>
        <w:br/>
      </w:r>
      <w:r>
        <w:t xml:space="preserve">    (b) elaborate</w:t>
      </w:r>
      <w:r>
        <w:br/>
      </w:r>
      <w:r>
        <w:t xml:space="preserve">    (c) compete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victors write the history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disparage</w:t>
      </w:r>
      <w:r>
        <w:rPr>
          <w:b/>
          <w:bCs/>
        </w:rPr>
        <w:t xml:space="preserve"> </w:t>
      </w:r>
      <w:r>
        <w:rPr>
          <w:b/>
          <w:bCs/>
        </w:rPr>
        <w:t xml:space="preserve">their enemies.</w:t>
      </w:r>
      <w:r>
        <w:br/>
      </w:r>
      <w:r>
        <w:t xml:space="preserve">    (a) erase from history</w:t>
      </w:r>
      <w:r>
        <w:br/>
      </w:r>
      <w:r>
        <w:t xml:space="preserve">    (b) criticize</w:t>
      </w:r>
      <w:r>
        <w:br/>
      </w:r>
      <w:r>
        <w:t xml:space="preserve">    (c) defeat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resolution calls upon the country to "cease hostilities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."</w:t>
      </w:r>
      <w:r>
        <w:br/>
      </w:r>
      <w:r>
        <w:t xml:space="preserve">    (a) immediately</w:t>
      </w:r>
      <w:r>
        <w:br/>
      </w:r>
      <w:r>
        <w:t xml:space="preserve">    (b) carefully</w:t>
      </w:r>
      <w:r>
        <w:br/>
      </w:r>
      <w:r>
        <w:t xml:space="preserve">    (c) publicly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guile</w:t>
      </w:r>
      <w:r>
        <w:rPr>
          <w:b/>
          <w:bCs/>
        </w:rPr>
        <w:t xml:space="preserve"> </w:t>
      </w:r>
      <w:r>
        <w:rPr>
          <w:b/>
          <w:bCs/>
        </w:rPr>
        <w:t xml:space="preserve">to lie directly to his face.</w:t>
      </w:r>
      <w:r>
        <w:br/>
      </w:r>
      <w:r>
        <w:t xml:space="preserve">    (a) ambition</w:t>
      </w:r>
      <w:r>
        <w:br/>
      </w:r>
      <w:r>
        <w:t xml:space="preserve">    (b) cunning and deceit</w:t>
      </w:r>
      <w:r>
        <w:br/>
      </w:r>
      <w:r>
        <w:t xml:space="preserve">    (c) necessity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billionaire's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philanthropy</w:t>
      </w:r>
      <w:r>
        <w:rPr>
          <w:b/>
          <w:bCs/>
        </w:rPr>
        <w:t xml:space="preserve"> </w:t>
      </w:r>
      <w:r>
        <w:rPr>
          <w:b/>
          <w:bCs/>
        </w:rPr>
        <w:t xml:space="preserve">supported hospitals around the world.</w:t>
      </w:r>
      <w:r>
        <w:br/>
      </w:r>
      <w:r>
        <w:t xml:space="preserve">    (a) selfish hoarding</w:t>
      </w:r>
      <w:r>
        <w:br/>
      </w:r>
      <w:r>
        <w:t xml:space="preserve">    (b) charitable giving</w:t>
      </w:r>
      <w:r>
        <w:br/>
      </w:r>
      <w:r>
        <w:t xml:space="preserve">    (c) loud boasting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agency recommended against taking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precipitate</w:t>
      </w:r>
      <w:r>
        <w:rPr>
          <w:b/>
          <w:bCs/>
        </w:rPr>
        <w:t xml:space="preserve"> </w:t>
      </w:r>
      <w:r>
        <w:rPr>
          <w:b/>
          <w:bCs/>
        </w:rPr>
        <w:t xml:space="preserve">action.</w:t>
      </w:r>
      <w:r>
        <w:br/>
      </w:r>
      <w:r>
        <w:t xml:space="preserve">    (a) dramatic</w:t>
      </w:r>
      <w:r>
        <w:br/>
      </w:r>
      <w:r>
        <w:t xml:space="preserve">    (b) quick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group, the people with a family history of heart disease have a higher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propensity</w:t>
      </w:r>
      <w:r>
        <w:rPr>
          <w:b/>
          <w:bCs/>
        </w:rPr>
        <w:t xml:space="preserve"> </w:t>
      </w:r>
      <w:r>
        <w:rPr>
          <w:b/>
          <w:bCs/>
        </w:rPr>
        <w:t xml:space="preserve">to develop the condition themselves.</w:t>
      </w:r>
      <w:r>
        <w:br/>
      </w:r>
      <w:r>
        <w:t xml:space="preserve">    (a) avoidance</w:t>
      </w:r>
      <w:r>
        <w:br/>
      </w:r>
      <w:r>
        <w:t xml:space="preserve">    (b) tendency</w:t>
      </w:r>
      <w:r>
        <w:br/>
      </w:r>
      <w:r>
        <w:t xml:space="preserve">    (c)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decisions for more than 30 years.</w:t>
      </w:r>
      <w:r>
        <w:br/>
      </w:r>
      <w:r>
        <w:t xml:space="preserve">    (a) careless</w:t>
      </w:r>
      <w:r>
        <w:br/>
      </w:r>
      <w:r>
        <w:t xml:space="preserve">    (b) wise</w:t>
      </w:r>
      <w:r>
        <w:br/>
      </w:r>
      <w:r>
        <w:t xml:space="preserve">    (c) impatient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visited every art museum in New York City, and she still wasn't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satiated</w:t>
      </w:r>
      <w:r>
        <w:rPr>
          <w:b/>
          <w:bCs/>
        </w:rPr>
        <w:t xml:space="preserve">.</w:t>
      </w:r>
      <w:r>
        <w:br/>
      </w:r>
      <w:r>
        <w:t xml:space="preserve">    (a) knowledgeable</w:t>
      </w:r>
      <w:r>
        <w:br/>
      </w:r>
      <w:r>
        <w:t xml:space="preserve">    (b) satisfied</w:t>
      </w:r>
      <w:r>
        <w:br/>
      </w:r>
      <w:r>
        <w:t xml:space="preserve">    (c) tired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sheered</w:t>
      </w:r>
      <w:r>
        <w:rPr>
          <w:b/>
          <w:bCs/>
        </w:rPr>
        <w:t xml:space="preserve"> </w:t>
      </w:r>
      <w:r>
        <w:rPr>
          <w:b/>
          <w:bCs/>
        </w:rPr>
        <w:t xml:space="preserve">toward the whale and silenced the engines drifting forward until it was about 100 yards away.</w:t>
      </w:r>
      <w:r>
        <w:br/>
      </w:r>
      <w:r>
        <w:t xml:space="preserve">    (a) raced</w:t>
      </w:r>
      <w:r>
        <w:br/>
      </w:r>
      <w:r>
        <w:t xml:space="preserve">    (b) turned sharply</w:t>
      </w:r>
      <w:r>
        <w:br/>
      </w:r>
      <w:r>
        <w:t xml:space="preserve">    (c) made a gentle arc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the period when she painted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somber</w:t>
      </w:r>
      <w:r>
        <w:rPr>
          <w:b/>
          <w:bCs/>
        </w:rPr>
        <w:t xml:space="preserve"> </w:t>
      </w:r>
      <w:r>
        <w:rPr>
          <w:b/>
          <w:bCs/>
        </w:rPr>
        <w:t xml:space="preserve">colors.</w:t>
      </w:r>
      <w:r>
        <w:br/>
      </w:r>
      <w:r>
        <w:t xml:space="preserve">    (a) lacking brightness</w:t>
      </w:r>
      <w:r>
        <w:br/>
      </w:r>
      <w:r>
        <w:t xml:space="preserve">    (b) especially bright</w:t>
      </w:r>
      <w:r>
        <w:br/>
      </w:r>
      <w:r>
        <w:t xml:space="preserve">    (c) varied shades of orange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were surprised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institution like Bear Stearns could so rapidly go out of business.</w:t>
      </w:r>
      <w:r>
        <w:br/>
      </w:r>
      <w:r>
        <w:t xml:space="preserve">    (a) long respected</w:t>
      </w:r>
      <w:r>
        <w:br/>
      </w:r>
      <w:r>
        <w:t xml:space="preserve">    (b) large and successful</w:t>
      </w:r>
      <w:r>
        <w:br/>
      </w:r>
      <w:r>
        <w:t xml:space="preserve">    (c) popular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legend,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vengeful</w:t>
      </w:r>
      <w:r>
        <w:rPr>
          <w:b/>
          <w:bCs/>
        </w:rPr>
        <w:t xml:space="preserve"> </w:t>
      </w:r>
      <w:r>
        <w:rPr>
          <w:b/>
          <w:bCs/>
        </w:rPr>
        <w:t xml:space="preserve">queen curses those who betrayed her.</w:t>
      </w:r>
      <w:r>
        <w:br/>
      </w:r>
      <w:r>
        <w:t xml:space="preserve">    (a) feeling sorrow at a loss</w:t>
      </w:r>
      <w:r>
        <w:br/>
      </w:r>
      <w:r>
        <w:t xml:space="preserve">    (b) filled with quiet pride</w:t>
      </w:r>
      <w:r>
        <w:br/>
      </w:r>
      <w:r>
        <w:t xml:space="preserve">    (c) wanting revenge for a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voracious</w:t>
      </w:r>
      <w:r>
        <w:rPr>
          <w:b/>
          <w:bCs/>
        </w:rPr>
        <w:t xml:space="preserve"> </w:t>
      </w:r>
      <w:r>
        <w:rPr>
          <w:b/>
          <w:bCs/>
        </w:rPr>
        <w:t xml:space="preserve">team, ate six pizzas without stopping to thank their host.</w:t>
      </w:r>
      <w:r>
        <w:br/>
      </w:r>
      <w:r>
        <w:t xml:space="preserve">    (a) extremely hungry</w:t>
      </w:r>
      <w:r>
        <w:br/>
      </w:r>
      <w:r>
        <w:t xml:space="preserve">    (b) worn out</w:t>
      </w:r>
      <w:r>
        <w:br/>
      </w:r>
      <w:r>
        <w:t xml:space="preserve">    (c) rudely impolite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2026-07-31T14:47:07Z</dcterms:created>
  <dcterms:modified xsi:type="dcterms:W3CDTF">2026-07-31T14:47:07Z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