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923ec612c3937fba6af1b662e6d717374defba"/>
    <w:p>
      <w:pPr>
        <w:pStyle w:val="Heading1"/>
      </w:pPr>
      <w:r>
        <w:rPr>
          <w:b/>
          <w:bCs/>
        </w:rPr>
        <w:t xml:space="preserve">Heart of Darkness</w:t>
      </w:r>
      <w:r>
        <w:br/>
      </w:r>
      <w:r>
        <w:rPr>
          <w:i/>
          <w:iCs/>
        </w:rPr>
        <w:t xml:space="preserve">Joseph Conrad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Forthwith</w:t>
      </w:r>
      <w:r>
        <w:rPr>
          <w:b/>
          <w:bCs/>
        </w:rPr>
        <w:t xml:space="preserve"> </w:t>
      </w:r>
      <w:r>
        <w:rPr>
          <w:b/>
          <w:bCs/>
        </w:rPr>
        <w:t xml:space="preserve">a change came over the waters, and the serenity became less brilliant but more profound.</w:t>
      </w:r>
      <w:r>
        <w:br/>
      </w:r>
      <w:r>
        <w:t xml:space="preserve">    (a) a last name</w:t>
      </w:r>
      <w:r>
        <w:br/>
      </w:r>
      <w:r>
        <w:t xml:space="preserve">    (b) immediately</w:t>
      </w:r>
      <w:r>
        <w:br/>
      </w:r>
      <w:r>
        <w:t xml:space="preserve">    (c) well suited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looked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stream not in the vivid flush of a short day that comes and departs for ever, but in the august light of abiding memories.</w:t>
      </w:r>
      <w:r>
        <w:br/>
      </w:r>
      <w:r>
        <w:t xml:space="preserve">    (a) [of food] able to be prepared in a manner that keeps it from spoiling</w:t>
      </w:r>
      <w:r>
        <w:br/>
      </w:r>
      <w:r>
        <w:t xml:space="preserve">    (b) relating to understanding or explaining something in a particular way</w:t>
      </w:r>
      <w:r>
        <w:br/>
      </w:r>
      <w:r>
        <w:t xml:space="preserve">    (c) respected (worthy of respect) -- typically because of age or position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Marlow was not typical (if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to spin yarns be excepted), and to him the meaning of an episode was not inside like a kernel but outside, enveloping the tale which brought it out only as a glow brings out a haze, in the likeness of one of these misty halos that sometimes are made visible by the spectral illumination of moonshine.</w:t>
      </w:r>
      <w:r>
        <w:br/>
      </w:r>
      <w:r>
        <w:t xml:space="preserve">    (a) tendency or inclination</w:t>
      </w:r>
      <w:r>
        <w:br/>
      </w:r>
      <w:r>
        <w:t xml:space="preserve">    (b) a subtle characteristic</w:t>
      </w:r>
      <w:r>
        <w:br/>
      </w:r>
      <w:r>
        <w:t xml:space="preserve">    (c) interaction or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 village was deserted, the huts gaped black, rotting,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askew</w:t>
      </w:r>
      <w:r>
        <w:rPr>
          <w:b/>
          <w:bCs/>
        </w:rPr>
        <w:t xml:space="preserve"> </w:t>
      </w:r>
      <w:r>
        <w:rPr>
          <w:b/>
          <w:bCs/>
        </w:rPr>
        <w:t xml:space="preserve">within the fallen enclosures.</w:t>
      </w:r>
      <w:r>
        <w:br/>
      </w:r>
      <w:r>
        <w:t xml:space="preserve">    (a) opposed to "globalization"</w:t>
      </w:r>
      <w:r>
        <w:br/>
      </w:r>
      <w:r>
        <w:t xml:space="preserve">    (b) not straight; or not right</w:t>
      </w:r>
      <w:r>
        <w:br/>
      </w:r>
      <w:r>
        <w:t xml:space="preserve">    (c) rain, snow, hail, or sleet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might have been connected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philanthropic</w:t>
      </w:r>
      <w:r>
        <w:rPr>
          <w:b/>
          <w:bCs/>
        </w:rPr>
        <w:t xml:space="preserve"> </w:t>
      </w:r>
      <w:r>
        <w:rPr>
          <w:b/>
          <w:bCs/>
        </w:rPr>
        <w:t xml:space="preserve">desire of giving the criminals something to do.</w:t>
      </w:r>
      <w:r>
        <w:br/>
      </w:r>
      <w:r>
        <w:t xml:space="preserve">    (a) helping others</w:t>
      </w:r>
      <w:r>
        <w:br/>
      </w:r>
      <w:r>
        <w:t xml:space="preserve">    (b) unable to find</w:t>
      </w:r>
      <w:r>
        <w:br/>
      </w:r>
      <w:r>
        <w:t xml:space="preserve">    (c) representative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them ... informed me with ...  and many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digressions</w:t>
      </w:r>
      <w:r>
        <w:rPr>
          <w:b/>
          <w:bCs/>
        </w:rPr>
        <w:t xml:space="preserve"> </w:t>
      </w:r>
      <w:r>
        <w:rPr>
          <w:b/>
          <w:bCs/>
        </w:rPr>
        <w:t xml:space="preserve">... that my steamer was at the bottom of the river.</w:t>
      </w:r>
      <w:r>
        <w:br/>
      </w:r>
      <w:r>
        <w:t xml:space="preserve">    (a) fixed values or limits that establish how something should be done</w:t>
      </w:r>
      <w:r>
        <w:br/>
      </w:r>
      <w:r>
        <w:t xml:space="preserve">    (b) instances of donating one's income to a church; or the gifts given</w:t>
      </w:r>
      <w:r>
        <w:br/>
      </w:r>
      <w:r>
        <w:t xml:space="preserve">    (c) wanderings off the main topic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the time by backbiting and intriguing against each other in a foolish kind of way.</w:t>
      </w:r>
      <w:r>
        <w:br/>
      </w:r>
      <w:r>
        <w:t xml:space="preserve">    (a) deceived through charm or enchantment</w:t>
      </w:r>
      <w:r>
        <w:br/>
      </w:r>
      <w:r>
        <w:t xml:space="preserve">    (b) controlled (how something turned out)</w:t>
      </w:r>
      <w:r>
        <w:br/>
      </w:r>
      <w:r>
        <w:t xml:space="preserve">    (c) protected or kept something as it was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background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somber</w:t>
      </w:r>
      <w:r>
        <w:rPr>
          <w:b/>
          <w:bCs/>
        </w:rPr>
        <w:t xml:space="preserve">--almost black.</w:t>
      </w:r>
      <w:r>
        <w:br/>
      </w:r>
      <w:r>
        <w:t xml:space="preserve">    (a) the quality of not being sensible and careful</w:t>
      </w:r>
      <w:r>
        <w:br/>
      </w:r>
      <w:r>
        <w:t xml:space="preserve">    (b) dark</w:t>
      </w:r>
      <w:r>
        <w:br/>
      </w:r>
      <w:r>
        <w:t xml:space="preserve">    (c) capable of thought, self-reflection, and will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talked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precipitately</w:t>
      </w:r>
      <w:r>
        <w:rPr>
          <w:b/>
          <w:bCs/>
        </w:rPr>
        <w:t xml:space="preserve">, and I did not try to stop him.</w:t>
      </w:r>
      <w:r>
        <w:br/>
      </w:r>
      <w:r>
        <w:t xml:space="preserve">    (a) done with excess</w:t>
      </w:r>
      <w:r>
        <w:br/>
      </w:r>
      <w:r>
        <w:t xml:space="preserve">    (b) done while awake</w:t>
      </w:r>
      <w:r>
        <w:br/>
      </w:r>
      <w:r>
        <w:t xml:space="preserve">    (c) with great haste -- perhaps implying that he doesn't think enough about the ramifications of what he says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relative lifted his head.</w:t>
      </w:r>
      <w:r>
        <w:br/>
      </w:r>
      <w:r>
        <w:t xml:space="preserve">    (a) real</w:t>
      </w:r>
      <w:r>
        <w:br/>
      </w:r>
      <w:r>
        <w:t xml:space="preserve">    (b) wise</w:t>
      </w:r>
      <w:r>
        <w:br/>
      </w:r>
      <w:r>
        <w:t xml:space="preserve">    (c) 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looked at you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vengeful</w:t>
      </w:r>
      <w:r>
        <w:rPr>
          <w:b/>
          <w:bCs/>
        </w:rPr>
        <w:t xml:space="preserve"> </w:t>
      </w:r>
      <w:r>
        <w:rPr>
          <w:b/>
          <w:bCs/>
        </w:rPr>
        <w:t xml:space="preserve">aspect.</w:t>
      </w:r>
      <w:r>
        <w:br/>
      </w:r>
      <w:r>
        <w:t xml:space="preserve">    (a) wanting to punish someone for causing harm</w:t>
      </w:r>
      <w:r>
        <w:br/>
      </w:r>
      <w:r>
        <w:t xml:space="preserve">    (b) without involvement of anything in between</w:t>
      </w:r>
      <w:r>
        <w:br/>
      </w:r>
      <w:r>
        <w:t xml:space="preserve">    (c) mental activity of which one is self-aware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Acquisitions</w:t>
      </w:r>
      <w:r>
        <w:rPr>
          <w:b/>
          <w:bCs/>
        </w:rPr>
        <w:t xml:space="preserve">, clothes, pretty rags—rags that would fly off at the first good shake.</w:t>
      </w:r>
      <w:r>
        <w:br/>
      </w:r>
      <w:r>
        <w:t xml:space="preserve">    (a) acts of betrayal</w:t>
      </w:r>
      <w:r>
        <w:br/>
      </w:r>
      <w:r>
        <w:t xml:space="preserve">    (b) things possessed</w:t>
      </w:r>
      <w:r>
        <w:br/>
      </w:r>
      <w:r>
        <w:t xml:space="preserve">    (c) relative amounts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commented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adversely</w:t>
      </w:r>
      <w:r>
        <w:rPr>
          <w:b/>
          <w:bCs/>
        </w:rPr>
        <w:t xml:space="preserve"> </w:t>
      </w:r>
      <w:r>
        <w:rPr>
          <w:b/>
          <w:bCs/>
        </w:rPr>
        <w:t xml:space="preserve">upon the imbecility of that telegraphic style.</w:t>
      </w:r>
      <w:r>
        <w:br/>
      </w:r>
      <w:r>
        <w:t xml:space="preserve">    (a) in a manner that is not sincere</w:t>
      </w:r>
      <w:r>
        <w:br/>
      </w:r>
      <w:r>
        <w:t xml:space="preserve">    (b) working against one's interests</w:t>
      </w:r>
      <w:r>
        <w:br/>
      </w:r>
      <w:r>
        <w:t xml:space="preserve">    (c) in comparison to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sheered</w:t>
      </w:r>
      <w:r>
        <w:rPr>
          <w:b/>
          <w:bCs/>
        </w:rPr>
        <w:t xml:space="preserve"> </w:t>
      </w:r>
      <w:r>
        <w:rPr>
          <w:b/>
          <w:bCs/>
        </w:rPr>
        <w:t xml:space="preserve">her well inshore—the water being deepest near the bank, as the sounding-pole informed me.</w:t>
      </w:r>
      <w:r>
        <w:br/>
      </w:r>
      <w:r>
        <w:t xml:space="preserve">    (a) changed direction suddenly; or caused such a change of direction</w:t>
      </w:r>
      <w:r>
        <w:br/>
      </w:r>
      <w:r>
        <w:t xml:space="preserve">    (b) raced</w:t>
      </w:r>
      <w:r>
        <w:br/>
      </w:r>
      <w:r>
        <w:t xml:space="preserve">    (c) made a gentle arc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manager had remarked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disparagingly</w:t>
      </w:r>
      <w:r>
        <w:rPr>
          <w:b/>
          <w:bCs/>
        </w:rPr>
        <w:t xml:space="preserve">.</w:t>
      </w:r>
      <w:r>
        <w:br/>
      </w:r>
      <w:r>
        <w:t xml:space="preserve">    (a) in a criticizing manner</w:t>
      </w:r>
      <w:r>
        <w:br/>
      </w:r>
      <w:r>
        <w:t xml:space="preserve">    (b) aka analytically -- in a manner that relates to a theory of psychiatry</w:t>
      </w:r>
      <w:r>
        <w:br/>
      </w:r>
      <w:r>
        <w:t xml:space="preserve">    (c) in a manner that impacts the natural world (life, air, water, land...)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saw him open his mouth wide—it gave him a weirdly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voracious</w:t>
      </w:r>
      <w:r>
        <w:rPr>
          <w:b/>
          <w:bCs/>
        </w:rPr>
        <w:t xml:space="preserve"> </w:t>
      </w:r>
      <w:r>
        <w:rPr>
          <w:b/>
          <w:bCs/>
        </w:rPr>
        <w:t xml:space="preserve">aspect, as though he had wanted to swallow all the air, all the earth, all the men before him.</w:t>
      </w:r>
      <w:r>
        <w:br/>
      </w:r>
      <w:r>
        <w:t xml:space="preserve">    (a) a mental disorder characterized by alternating episodes of major depression and abnormally elevated mood</w:t>
      </w:r>
      <w:r>
        <w:br/>
      </w:r>
      <w:r>
        <w:t xml:space="preserve">    (b) craving or doing something in an extreme manner -- especially craving or eating large quantities of food</w:t>
      </w:r>
      <w:r>
        <w:br/>
      </w:r>
      <w:r>
        <w:t xml:space="preserve">    (c) acts to tendency to engage in acts that resist government authority or attempt to overthrow a government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shadow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satiated</w:t>
      </w:r>
      <w:r>
        <w:rPr>
          <w:b/>
          <w:bCs/>
        </w:rPr>
        <w:t xml:space="preserve"> </w:t>
      </w:r>
      <w:r>
        <w:rPr>
          <w:b/>
          <w:bCs/>
        </w:rPr>
        <w:t xml:space="preserve">and calm, as though for the moment it had had its fill of all the emotions.</w:t>
      </w:r>
      <w:r>
        <w:br/>
      </w:r>
      <w:r>
        <w:t xml:space="preserve">    (a) not roughly calculated</w:t>
      </w:r>
      <w:r>
        <w:br/>
      </w:r>
      <w:r>
        <w:t xml:space="preserve">    (b) influenced or effected</w:t>
      </w:r>
      <w:r>
        <w:br/>
      </w:r>
      <w:r>
        <w:t xml:space="preserve">    (c) filled to satisfaction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contemptibly</w:t>
      </w:r>
      <w:r>
        <w:rPr>
          <w:b/>
          <w:bCs/>
        </w:rPr>
        <w:t xml:space="preserve"> </w:t>
      </w:r>
      <w:r>
        <w:rPr>
          <w:b/>
          <w:bCs/>
        </w:rPr>
        <w:t xml:space="preserve">childish.</w:t>
      </w:r>
      <w:r>
        <w:br/>
      </w:r>
      <w:r>
        <w:t xml:space="preserve">    (a) in a manner that is very bad (deserving no respect)</w:t>
      </w:r>
      <w:r>
        <w:br/>
      </w:r>
      <w:r>
        <w:t xml:space="preserve">    (b) done directly in a disagreeable, insensitive manner</w:t>
      </w:r>
      <w:r>
        <w:br/>
      </w:r>
      <w:r>
        <w:t xml:space="preserve">    (c) in a manner that spreads to other parts of the body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clean-shaved man, with an official manner and wearing gold-rimmed spectacles, called on me one day and made inquiries, at first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circuitous</w:t>
      </w:r>
      <w:r>
        <w:rPr>
          <w:b/>
          <w:bCs/>
        </w:rPr>
        <w:t xml:space="preserve">, afterwards suavely pressing, about what he was pleased to denominate certain 'documents.'</w:t>
      </w:r>
      <w:r>
        <w:br/>
      </w:r>
      <w:r>
        <w:t xml:space="preserve">    (a) indirect</w:t>
      </w:r>
      <w:r>
        <w:br/>
      </w:r>
      <w:r>
        <w:t xml:space="preserve">    (b) pleasing</w:t>
      </w:r>
      <w:r>
        <w:br/>
      </w:r>
      <w:r>
        <w:t xml:space="preserve">    (c) absolute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glance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guileless</w:t>
      </w:r>
      <w:r>
        <w:rPr>
          <w:b/>
          <w:bCs/>
        </w:rPr>
        <w:t xml:space="preserve">, profound, confident, and trustful.</w:t>
      </w:r>
      <w:r>
        <w:br/>
      </w:r>
      <w:r>
        <w:t xml:space="preserve">    (a) the characteristic of being excessively unhappy and unsociable</w:t>
      </w:r>
      <w:r>
        <w:br/>
      </w:r>
      <w:r>
        <w:t xml:space="preserve">    (b) without cunning (shrewdness, cleverness) or deceit</w:t>
      </w:r>
      <w:r>
        <w:br/>
      </w:r>
      <w:r>
        <w:t xml:space="preserve">    (c) having been granted the right to keep a job as long as desired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2026-07-31T14:47:08Z</dcterms:created>
  <dcterms:modified xsi:type="dcterms:W3CDTF">2026-07-31T14:47:08Z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