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hatchet-gary-paulsen-vocabulary-preview"/>
    <w:p>
      <w:pPr>
        <w:pStyle w:val="Heading1"/>
      </w:pPr>
      <w:r>
        <w:rPr>
          <w:b/>
          <w:bCs/>
        </w:rPr>
        <w:t xml:space="preserve">Hatchet</w:t>
      </w:r>
      <w:r>
        <w:br/>
      </w:r>
      <w:r>
        <w:rPr>
          <w:i/>
          <w:iCs/>
        </w:rPr>
        <w:t xml:space="preserve">Gary Paulsen</w:t>
      </w:r>
      <w:r>
        <w:br/>
      </w:r>
      <w:r>
        <w:rPr>
          <w:b/>
          <w:bCs/>
        </w:rPr>
        <w:t xml:space="preserve">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kind, beautiful and athletic, but her quick mind is her rarest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asset</w:t>
      </w:r>
      <w:r>
        <w:rPr>
          <w:b/>
          <w:bCs/>
        </w:rPr>
        <w:t xml:space="preserve">.</w:t>
      </w:r>
      <w:r>
        <w:br/>
      </w:r>
      <w:r>
        <w:t xml:space="preserve">    (a) characteristic</w:t>
      </w:r>
      <w:r>
        <w:br/>
      </w:r>
      <w:r>
        <w:t xml:space="preserve">    (b) positive trait</w:t>
      </w:r>
      <w:r>
        <w:br/>
      </w:r>
      <w:r>
        <w:t xml:space="preserve">    (c) weakness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detective had no concrete evidence, but he began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assume</w:t>
      </w:r>
      <w:r>
        <w:rPr>
          <w:b/>
          <w:bCs/>
        </w:rPr>
        <w:t xml:space="preserve"> </w:t>
      </w:r>
      <w:r>
        <w:rPr>
          <w:b/>
          <w:bCs/>
        </w:rPr>
        <w:t xml:space="preserve">the suspect was hiding something based on his evasive answers.</w:t>
      </w:r>
      <w:r>
        <w:br/>
      </w:r>
      <w:r>
        <w:t xml:space="preserve">    (a) prove</w:t>
      </w:r>
      <w:r>
        <w:br/>
      </w:r>
      <w:r>
        <w:t xml:space="preserve">    (b) believe</w:t>
      </w:r>
      <w:r>
        <w:br/>
      </w:r>
      <w:r>
        <w:t xml:space="preserve">    (c) wonder if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thinks the aliens can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assume</w:t>
      </w:r>
      <w:r>
        <w:rPr>
          <w:b/>
          <w:bCs/>
        </w:rPr>
        <w:t xml:space="preserve"> </w:t>
      </w:r>
      <w:r>
        <w:rPr>
          <w:b/>
          <w:bCs/>
        </w:rPr>
        <w:t xml:space="preserve">human form.</w:t>
      </w:r>
      <w:r>
        <w:br/>
      </w:r>
      <w:r>
        <w:t xml:space="preserve">    (a) believe</w:t>
      </w:r>
      <w:r>
        <w:br/>
      </w:r>
      <w:r>
        <w:t xml:space="preserve">    (b) sense</w:t>
      </w:r>
      <w:r>
        <w:br/>
      </w:r>
      <w:r>
        <w:t xml:space="preserve">    (c) take 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Magnesium slows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corrosive</w:t>
      </w:r>
      <w:r>
        <w:rPr>
          <w:b/>
          <w:bCs/>
        </w:rPr>
        <w:t xml:space="preserve"> </w:t>
      </w:r>
      <w:r>
        <w:rPr>
          <w:b/>
          <w:bCs/>
        </w:rPr>
        <w:t xml:space="preserve">effects of salt water on the iron.</w:t>
      </w:r>
      <w:r>
        <w:br/>
      </w:r>
      <w:r>
        <w:t xml:space="preserve">    (a) wetting</w:t>
      </w:r>
      <w:r>
        <w:br/>
      </w:r>
      <w:r>
        <w:t xml:space="preserve">    (b) strengthening</w:t>
      </w:r>
      <w:r>
        <w:br/>
      </w:r>
      <w:r>
        <w:t xml:space="preserve">    (c) causing damage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exulted</w:t>
      </w:r>
      <w:r>
        <w:rPr>
          <w:b/>
          <w:bCs/>
        </w:rPr>
        <w:t xml:space="preserve"> </w:t>
      </w:r>
      <w:r>
        <w:rPr>
          <w:b/>
          <w:bCs/>
        </w:rPr>
        <w:t xml:space="preserve">in the victory.</w:t>
      </w:r>
      <w:r>
        <w:br/>
      </w:r>
      <w:r>
        <w:t xml:space="preserve">    (a) finally rested</w:t>
      </w:r>
      <w:r>
        <w:br/>
      </w:r>
      <w:r>
        <w:t xml:space="preserve">    (b) felt extreme happiness</w:t>
      </w:r>
      <w:r>
        <w:br/>
      </w:r>
      <w:r>
        <w:t xml:space="preserve">    (c) sang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week, I'm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focusing</w:t>
      </w:r>
      <w:r>
        <w:rPr>
          <w:b/>
          <w:bCs/>
        </w:rPr>
        <w:t xml:space="preserve"> </w:t>
      </w:r>
      <w:r>
        <w:rPr>
          <w:b/>
          <w:bCs/>
        </w:rPr>
        <w:t xml:space="preserve">on finishing my research paper.</w:t>
      </w:r>
      <w:r>
        <w:br/>
      </w:r>
      <w:r>
        <w:t xml:space="preserve">    (a) getting help</w:t>
      </w:r>
      <w:r>
        <w:br/>
      </w:r>
      <w:r>
        <w:t xml:space="preserve">    (b) concentrating</w:t>
      </w:r>
      <w:r>
        <w:br/>
      </w:r>
      <w:r>
        <w:t xml:space="preserve">    (c) depending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satellite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focuses</w:t>
      </w:r>
      <w:r>
        <w:rPr>
          <w:b/>
          <w:bCs/>
        </w:rPr>
        <w:t xml:space="preserve"> </w:t>
      </w:r>
      <w:r>
        <w:rPr>
          <w:b/>
          <w:bCs/>
        </w:rPr>
        <w:t xml:space="preserve">the signal into a narrow beam.</w:t>
      </w:r>
      <w:r>
        <w:br/>
      </w:r>
      <w:r>
        <w:t xml:space="preserve">    (a) pulses</w:t>
      </w:r>
      <w:r>
        <w:br/>
      </w:r>
      <w:r>
        <w:t xml:space="preserve">    (b) concentrates</w:t>
      </w:r>
      <w:r>
        <w:br/>
      </w:r>
      <w:r>
        <w:t xml:space="preserve">    (c) spreads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killed instantly upon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impact</w:t>
      </w:r>
      <w:r>
        <w:rPr>
          <w:b/>
          <w:bCs/>
        </w:rPr>
        <w:t xml:space="preserve">.</w:t>
      </w:r>
      <w:r>
        <w:br/>
      </w:r>
      <w:r>
        <w:t xml:space="preserve">    (a) collision</w:t>
      </w:r>
      <w:r>
        <w:br/>
      </w:r>
      <w:r>
        <w:t xml:space="preserve">    (b) the heart attack</w:t>
      </w:r>
      <w:r>
        <w:br/>
      </w:r>
      <w:r>
        <w:t xml:space="preserve">    (c) midnight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Night and day we live with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incessant</w:t>
      </w:r>
      <w:r>
        <w:rPr>
          <w:b/>
          <w:bCs/>
        </w:rPr>
        <w:t xml:space="preserve"> </w:t>
      </w:r>
      <w:r>
        <w:rPr>
          <w:b/>
          <w:bCs/>
        </w:rPr>
        <w:t xml:space="preserve">noise of the city.</w:t>
      </w:r>
      <w:r>
        <w:br/>
      </w:r>
      <w:r>
        <w:t xml:space="preserve">    (a) continuous</w:t>
      </w:r>
      <w:r>
        <w:br/>
      </w:r>
      <w:r>
        <w:t xml:space="preserve">    (b) loud</w:t>
      </w:r>
      <w:r>
        <w:br/>
      </w:r>
      <w:r>
        <w:t xml:space="preserve">    (c) pleasant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did not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indicate</w:t>
      </w:r>
      <w:r>
        <w:rPr>
          <w:b/>
          <w:bCs/>
        </w:rPr>
        <w:t xml:space="preserve"> </w:t>
      </w:r>
      <w:r>
        <w:rPr>
          <w:b/>
          <w:bCs/>
        </w:rPr>
        <w:t xml:space="preserve">which candidate she supports.</w:t>
      </w:r>
      <w:r>
        <w:br/>
      </w:r>
      <w:r>
        <w:t xml:space="preserve">    (a) decide</w:t>
      </w:r>
      <w:r>
        <w:br/>
      </w:r>
      <w:r>
        <w:t xml:space="preserve">    (b) hide or disguise</w:t>
      </w:r>
      <w:r>
        <w:br/>
      </w:r>
      <w:r>
        <w:t xml:space="preserve">    (c) express of show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It's dirty money--</w:t>
      </w:r>
      <w:r>
        <w:rPr>
          <w:b/>
          <w:bCs/>
          <w:u w:val="single"/>
        </w:rPr>
        <w:t xml:space="preserve">literally</w:t>
      </w:r>
      <w:r>
        <w:rPr>
          <w:b/>
          <w:bCs/>
        </w:rPr>
        <w:t xml:space="preserve"> </w:t>
      </w:r>
      <w:r>
        <w:rPr>
          <w:b/>
          <w:bCs/>
        </w:rPr>
        <w:t xml:space="preserve">and figuratively.</w:t>
      </w:r>
      <w:r>
        <w:br/>
      </w:r>
      <w:r>
        <w:t xml:space="preserve">    (a) completely</w:t>
      </w:r>
      <w:r>
        <w:br/>
      </w:r>
      <w:r>
        <w:t xml:space="preserve">    (b) actually</w:t>
      </w:r>
      <w:r>
        <w:br/>
      </w:r>
      <w:r>
        <w:t xml:space="preserve">    (c) openly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markets panicked 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massive</w:t>
      </w:r>
      <w:r>
        <w:rPr>
          <w:b/>
          <w:bCs/>
        </w:rPr>
        <w:t xml:space="preserve"> </w:t>
      </w:r>
      <w:r>
        <w:rPr>
          <w:b/>
          <w:bCs/>
        </w:rPr>
        <w:t xml:space="preserve">losses piled up during the financial crisis.</w:t>
      </w:r>
      <w:r>
        <w:br/>
      </w:r>
      <w:r>
        <w:t xml:space="preserve">    (a) unexpected</w:t>
      </w:r>
      <w:r>
        <w:br/>
      </w:r>
      <w:r>
        <w:t xml:space="preserve">    (b) sudden</w:t>
      </w:r>
      <w:r>
        <w:br/>
      </w:r>
      <w:r>
        <w:t xml:space="preserve">    (c) very large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motivated</w:t>
      </w:r>
      <w:r>
        <w:rPr>
          <w:b/>
          <w:bCs/>
        </w:rPr>
        <w:t xml:space="preserve"> </w:t>
      </w:r>
      <w:r>
        <w:rPr>
          <w:b/>
          <w:bCs/>
        </w:rPr>
        <w:t xml:space="preserve">by a sincere desire to help others.</w:t>
      </w:r>
      <w:r>
        <w:br/>
      </w:r>
      <w:r>
        <w:t xml:space="preserve">    (a) slowed</w:t>
      </w:r>
      <w:r>
        <w:br/>
      </w:r>
      <w:r>
        <w:t xml:space="preserve">    (b) driven</w:t>
      </w:r>
      <w:r>
        <w:br/>
      </w:r>
      <w:r>
        <w:t xml:space="preserve">    (c) stopped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a happy girl--</w:t>
      </w:r>
      <w:r>
        <w:rPr>
          <w:b/>
          <w:bCs/>
          <w:u w:val="single"/>
        </w:rPr>
        <w:t xml:space="preserve">oblivious</w:t>
      </w:r>
      <w:r>
        <w:rPr>
          <w:b/>
          <w:bCs/>
        </w:rPr>
        <w:t xml:space="preserve"> </w:t>
      </w:r>
      <w:r>
        <w:rPr>
          <w:b/>
          <w:bCs/>
        </w:rPr>
        <w:t xml:space="preserve">to most of the unhappiness around her.</w:t>
      </w:r>
      <w:r>
        <w:br/>
      </w:r>
      <w:r>
        <w:t xml:space="preserve">    (a) adding to</w:t>
      </w:r>
      <w:r>
        <w:br/>
      </w:r>
      <w:r>
        <w:t xml:space="preserve">    (b) concerned with</w:t>
      </w:r>
      <w:r>
        <w:br/>
      </w:r>
      <w:r>
        <w:t xml:space="preserve">    (c) unaware of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appreciation your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 </w:t>
      </w:r>
      <w:r>
        <w:rPr>
          <w:b/>
          <w:bCs/>
        </w:rPr>
        <w:t xml:space="preserve">attitude.</w:t>
      </w:r>
      <w:r>
        <w:br/>
      </w:r>
      <w:r>
        <w:t xml:space="preserve">    (a) optimistic</w:t>
      </w:r>
      <w:r>
        <w:br/>
      </w:r>
      <w:r>
        <w:t xml:space="preserve">    (b) patient</w:t>
      </w:r>
      <w:r>
        <w:br/>
      </w:r>
      <w:r>
        <w:t xml:space="preserve">    (c) open-minded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detective is talking to all the witnesses to try to determine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precise</w:t>
      </w:r>
      <w:r>
        <w:rPr>
          <w:b/>
          <w:bCs/>
        </w:rPr>
        <w:t xml:space="preserve"> </w:t>
      </w:r>
      <w:r>
        <w:rPr>
          <w:b/>
          <w:bCs/>
        </w:rPr>
        <w:t xml:space="preserve">sequence of events.</w:t>
      </w:r>
      <w:r>
        <w:br/>
      </w:r>
      <w:r>
        <w:t xml:space="preserve">    (a) important</w:t>
      </w:r>
      <w:r>
        <w:br/>
      </w:r>
      <w:r>
        <w:t xml:space="preserve">    (b) exact</w:t>
      </w:r>
      <w:r>
        <w:br/>
      </w:r>
      <w:r>
        <w:t xml:space="preserve">    (c) first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are working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rectify</w:t>
      </w:r>
      <w:r>
        <w:rPr>
          <w:b/>
          <w:bCs/>
        </w:rPr>
        <w:t xml:space="preserve"> </w:t>
      </w:r>
      <w:r>
        <w:rPr>
          <w:b/>
          <w:bCs/>
        </w:rPr>
        <w:t xml:space="preserve">the accounts and send refunds to everyone who was overbilled.</w:t>
      </w:r>
      <w:r>
        <w:br/>
      </w:r>
      <w:r>
        <w:t xml:space="preserve">    (a) calculate</w:t>
      </w:r>
      <w:r>
        <w:br/>
      </w:r>
      <w:r>
        <w:t xml:space="preserve">    (b) correct</w:t>
      </w:r>
      <w:r>
        <w:br/>
      </w:r>
      <w:r>
        <w:t xml:space="preserve">    (c) understand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plane jerked as it went through some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turbulence</w:t>
      </w:r>
      <w:r>
        <w:rPr>
          <w:b/>
          <w:bCs/>
        </w:rPr>
        <w:t xml:space="preserve">.</w:t>
      </w:r>
      <w:r>
        <w:br/>
      </w:r>
      <w:r>
        <w:t xml:space="preserve">    (a) climb in altitude</w:t>
      </w:r>
      <w:r>
        <w:br/>
      </w:r>
      <w:r>
        <w:t xml:space="preserve">    (b) acceleration</w:t>
      </w:r>
      <w:r>
        <w:br/>
      </w:r>
      <w:r>
        <w:t xml:space="preserve">    (c) irregular wind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everything was included,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ultimate</w:t>
      </w:r>
      <w:r>
        <w:rPr>
          <w:b/>
          <w:bCs/>
        </w:rPr>
        <w:t xml:space="preserve"> </w:t>
      </w:r>
      <w:r>
        <w:rPr>
          <w:b/>
          <w:bCs/>
        </w:rPr>
        <w:t xml:space="preserve">cost was just over $200.</w:t>
      </w:r>
      <w:r>
        <w:br/>
      </w:r>
      <w:r>
        <w:t xml:space="preserve">    (a) estimated</w:t>
      </w:r>
      <w:r>
        <w:br/>
      </w:r>
      <w:r>
        <w:t xml:space="preserve">    (b) preliminary</w:t>
      </w:r>
      <w:r>
        <w:br/>
      </w:r>
      <w:r>
        <w:t xml:space="preserve">    (c) final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unwitting</w:t>
      </w:r>
      <w:r>
        <w:rPr>
          <w:b/>
          <w:bCs/>
        </w:rPr>
        <w:t xml:space="preserve"> </w:t>
      </w:r>
      <w:r>
        <w:rPr>
          <w:b/>
          <w:bCs/>
        </w:rPr>
        <w:t xml:space="preserve">accomplice in the crime.</w:t>
      </w:r>
      <w:r>
        <w:br/>
      </w:r>
      <w:r>
        <w:t xml:space="preserve">    (a) unkind</w:t>
      </w:r>
      <w:r>
        <w:br/>
      </w:r>
      <w:r>
        <w:t xml:space="preserve">    (b) unimportant</w:t>
      </w:r>
      <w:r>
        <w:br/>
      </w:r>
      <w:r>
        <w:t xml:space="preserve">    (c) unintentional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2026-07-31T15:26:20Z</dcterms:created>
  <dcterms:modified xsi:type="dcterms:W3CDTF">2026-07-31T15:26:20Z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