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5075f63cb6e016e7687948ebba44c34626516e"/>
    <w:p>
      <w:pPr>
        <w:pStyle w:val="Heading1"/>
      </w:pPr>
      <w:r>
        <w:rPr>
          <w:b/>
          <w:bCs/>
        </w:rPr>
        <w:t xml:space="preserve">Hatchet</w:t>
      </w:r>
      <w:r>
        <w:br/>
      </w:r>
      <w:r>
        <w:rPr>
          <w:i/>
          <w:iCs/>
        </w:rPr>
        <w:t xml:space="preserve">Gary Paulsen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abated</w:t>
      </w:r>
      <w:r>
        <w:rPr>
          <w:b/>
          <w:bCs/>
        </w:rPr>
        <w:t xml:space="preserve">.</w:t>
      </w:r>
      <w:r>
        <w:br/>
      </w:r>
      <w:r>
        <w:t xml:space="preserve">    (a) varied</w:t>
      </w:r>
      <w:r>
        <w:br/>
      </w:r>
      <w:r>
        <w:t xml:space="preserve">    (b) increased</w:t>
      </w:r>
      <w:r>
        <w:br/>
      </w:r>
      <w:r>
        <w:t xml:space="preserve">    (c) decreased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nurse always wipes the skin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</w:t>
      </w:r>
      <w:r>
        <w:rPr>
          <w:b/>
          <w:bCs/>
        </w:rPr>
        <w:t xml:space="preserve"> </w:t>
      </w:r>
      <w:r>
        <w:rPr>
          <w:b/>
          <w:bCs/>
        </w:rPr>
        <w:t xml:space="preserve">swab before administering a shot.</w:t>
      </w:r>
      <w:r>
        <w:br/>
      </w:r>
      <w:r>
        <w:t xml:space="preserve">    (a) a pain killer</w:t>
      </w:r>
      <w:r>
        <w:br/>
      </w:r>
      <w:r>
        <w:t xml:space="preserve">    (b) a substance used to clean wounds because it makes the pain go away</w:t>
      </w:r>
      <w:r>
        <w:br/>
      </w:r>
      <w:r>
        <w:t xml:space="preserve">    (c) a substance used to clean wounds because it prevents infection by killing harmful bacteria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quiet; our breathing was the only 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room.</w:t>
      </w:r>
      <w:r>
        <w:br/>
      </w:r>
      <w:r>
        <w:t xml:space="preserve">    (a) that was comforting</w:t>
      </w:r>
      <w:r>
        <w:br/>
      </w:r>
      <w:r>
        <w:t xml:space="preserve">    (b) making too much noise</w:t>
      </w:r>
      <w:r>
        <w:br/>
      </w:r>
      <w:r>
        <w:t xml:space="preserve">    (c) capable of being heard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lizard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camouflages</w:t>
      </w:r>
      <w:r>
        <w:rPr>
          <w:b/>
          <w:bCs/>
        </w:rPr>
        <w:t xml:space="preserve"> </w:t>
      </w:r>
      <w:r>
        <w:rPr>
          <w:b/>
          <w:bCs/>
        </w:rPr>
        <w:t xml:space="preserve">itself by changing color to match its surroundings.</w:t>
      </w:r>
      <w:r>
        <w:br/>
      </w:r>
      <w:r>
        <w:t xml:space="preserve">    (a) hides by blending in with surroundings</w:t>
      </w:r>
      <w:r>
        <w:br/>
      </w:r>
      <w:r>
        <w:t xml:space="preserve">    (b) show age of</w:t>
      </w:r>
      <w:r>
        <w:br/>
      </w:r>
      <w:r>
        <w:t xml:space="preserve">    (c) makes more attractive (by changing colors)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Senate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comprised</w:t>
      </w:r>
      <w:r>
        <w:rPr>
          <w:b/>
          <w:bCs/>
        </w:rPr>
        <w:t xml:space="preserve"> </w:t>
      </w:r>
      <w:r>
        <w:rPr>
          <w:b/>
          <w:bCs/>
        </w:rPr>
        <w:t xml:space="preserve">of 100 senators--two from each state.</w:t>
      </w:r>
      <w:r>
        <w:br/>
      </w:r>
      <w:r>
        <w:t xml:space="preserve">    (a) made up</w:t>
      </w:r>
      <w:r>
        <w:br/>
      </w:r>
      <w:r>
        <w:t xml:space="preserve">    (b) an investigation</w:t>
      </w:r>
      <w:r>
        <w:br/>
      </w:r>
      <w:r>
        <w:t xml:space="preserve">    (c) disapproved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cold made the aluminum rod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</w:t>
      </w:r>
      <w:r>
        <w:rPr>
          <w:b/>
          <w:bCs/>
        </w:rPr>
        <w:t xml:space="preserve"> </w:t>
      </w:r>
      <w:r>
        <w:rPr>
          <w:b/>
          <w:bCs/>
        </w:rPr>
        <w:t xml:space="preserve">more than the steel rod.</w:t>
      </w:r>
      <w:r>
        <w:br/>
      </w:r>
      <w:r>
        <w:t xml:space="preserve">    (a) stick</w:t>
      </w:r>
      <w:r>
        <w:br/>
      </w:r>
      <w:r>
        <w:t xml:space="preserve">    (b) shorten</w:t>
      </w:r>
      <w:r>
        <w:br/>
      </w:r>
      <w:r>
        <w:t xml:space="preserve">    (c) stretch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days, she seems emotionally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detached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she talks about him.</w:t>
      </w:r>
      <w:r>
        <w:br/>
      </w:r>
      <w:r>
        <w:t xml:space="preserve">    (a) separated</w:t>
      </w:r>
      <w:r>
        <w:br/>
      </w:r>
      <w:r>
        <w:t xml:space="preserve">    (b) heightened</w:t>
      </w:r>
      <w:r>
        <w:br/>
      </w:r>
      <w:r>
        <w:t xml:space="preserve">    (c) connected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her illness was currently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dormant</w:t>
      </w:r>
      <w:r>
        <w:rPr>
          <w:b/>
          <w:bCs/>
        </w:rPr>
        <w:t xml:space="preserve">, the doctors advised regular checkups to watch for any changes.</w:t>
      </w:r>
      <w:r>
        <w:br/>
      </w:r>
      <w:r>
        <w:t xml:space="preserve">    (a) inactive but still present</w:t>
      </w:r>
      <w:r>
        <w:br/>
      </w:r>
      <w:r>
        <w:t xml:space="preserve">    (b) recently discovered</w:t>
      </w:r>
      <w:r>
        <w:br/>
      </w:r>
      <w:r>
        <w:t xml:space="preserve">    (c) mild and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little brother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exasperating</w:t>
      </w:r>
      <w:r>
        <w:rPr>
          <w:b/>
          <w:bCs/>
        </w:rPr>
        <w:t xml:space="preserve">. He's always testing his boundaries.</w:t>
      </w:r>
      <w:r>
        <w:br/>
      </w:r>
      <w:r>
        <w:t xml:space="preserve">    (a) endearing (lovable)</w:t>
      </w:r>
      <w:r>
        <w:br/>
      </w:r>
      <w:r>
        <w:t xml:space="preserve">    (b) very active</w:t>
      </w:r>
      <w:r>
        <w:br/>
      </w:r>
      <w:r>
        <w:t xml:space="preserve">    (c) greatly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flammable</w:t>
      </w:r>
      <w:r>
        <w:rPr>
          <w:b/>
          <w:bCs/>
        </w:rPr>
        <w:t xml:space="preserve"> </w:t>
      </w:r>
      <w:r>
        <w:rPr>
          <w:b/>
          <w:bCs/>
        </w:rPr>
        <w:t xml:space="preserve">should be stored near the hot water heater.</w:t>
      </w:r>
      <w:r>
        <w:br/>
      </w:r>
      <w:r>
        <w:t xml:space="preserve">    (a) easily set on fire</w:t>
      </w:r>
      <w:r>
        <w:br/>
      </w:r>
      <w:r>
        <w:t xml:space="preserve">    (b) easily damaged by water</w:t>
      </w:r>
      <w:r>
        <w:br/>
      </w:r>
      <w:r>
        <w:t xml:space="preserve">    (c) attractive to insects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vision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impaired</w:t>
      </w:r>
      <w:r>
        <w:rPr>
          <w:b/>
          <w:bCs/>
        </w:rPr>
        <w:t xml:space="preserve">.</w:t>
      </w:r>
      <w:r>
        <w:br/>
      </w:r>
      <w:r>
        <w:t xml:space="preserve">    (a) strong</w:t>
      </w:r>
      <w:r>
        <w:br/>
      </w:r>
      <w:r>
        <w:t xml:space="preserve">    (b) weak</w:t>
      </w:r>
      <w:r>
        <w:br/>
      </w:r>
      <w:r>
        <w:t xml:space="preserve">    (c) average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Owls and coyotes are the primary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predators</w:t>
      </w:r>
      <w:r>
        <w:rPr>
          <w:b/>
          <w:bCs/>
        </w:rPr>
        <w:t xml:space="preserve"> </w:t>
      </w:r>
      <w:r>
        <w:rPr>
          <w:b/>
          <w:bCs/>
        </w:rPr>
        <w:t xml:space="preserve">that threaten our kittens.</w:t>
      </w:r>
      <w:r>
        <w:br/>
      </w:r>
      <w:r>
        <w:t xml:space="preserve">    (a) animals that hunt other animals</w:t>
      </w:r>
      <w:r>
        <w:br/>
      </w:r>
      <w:r>
        <w:t xml:space="preserve">    (b) animals that live in the same area</w:t>
      </w:r>
      <w:r>
        <w:br/>
      </w:r>
      <w:r>
        <w:t xml:space="preserve">    (c) animals that are hard to control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pain is beginning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recede</w:t>
      </w:r>
      <w:r>
        <w:rPr>
          <w:b/>
          <w:bCs/>
        </w:rPr>
        <w:t xml:space="preserve">.</w:t>
      </w:r>
      <w:r>
        <w:br/>
      </w:r>
      <w:r>
        <w:t xml:space="preserve">    (a) get worse</w:t>
      </w:r>
      <w:r>
        <w:br/>
      </w:r>
      <w:r>
        <w:t xml:space="preserve">    (b) return again</w:t>
      </w:r>
      <w:r>
        <w:br/>
      </w:r>
      <w:r>
        <w:t xml:space="preserve">    (c) diminish (decrease)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does our cost and profit change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relative</w:t>
      </w:r>
      <w:r>
        <w:rPr>
          <w:b/>
          <w:bCs/>
        </w:rPr>
        <w:t xml:space="preserve"> </w:t>
      </w:r>
      <w:r>
        <w:rPr>
          <w:b/>
          <w:bCs/>
        </w:rPr>
        <w:t xml:space="preserve">to sales volume?</w:t>
      </w:r>
      <w:r>
        <w:br/>
      </w:r>
      <w:r>
        <w:t xml:space="preserve">    (a) compared</w:t>
      </w:r>
      <w:r>
        <w:br/>
      </w:r>
      <w:r>
        <w:t xml:space="preserve">    (b) suddenly</w:t>
      </w:r>
      <w:r>
        <w:br/>
      </w:r>
      <w:r>
        <w:t xml:space="preserve">    (c) unseen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Yuan dynasty conquered the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remnant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Song dynasty in 1279.</w:t>
      </w:r>
      <w:r>
        <w:br/>
      </w:r>
      <w:r>
        <w:t xml:space="preserve">    (a) of those appearing after others</w:t>
      </w:r>
      <w:r>
        <w:br/>
      </w:r>
      <w:r>
        <w:t xml:space="preserve">    (b) of the little that remained</w:t>
      </w:r>
      <w:r>
        <w:br/>
      </w:r>
      <w:r>
        <w:t xml:space="preserve">    (c) group at maximum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easily found</w:t>
      </w:r>
      <w:r>
        <w:br/>
      </w:r>
      <w:r>
        <w:t xml:space="preserve">    (b) in short supply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Education initiatives are too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stymied</w:t>
      </w:r>
      <w:r>
        <w:rPr>
          <w:b/>
          <w:bCs/>
        </w:rPr>
        <w:t xml:space="preserve"> </w:t>
      </w:r>
      <w:r>
        <w:rPr>
          <w:b/>
          <w:bCs/>
        </w:rPr>
        <w:t xml:space="preserve">by a culture that doesn't adequately value education.</w:t>
      </w:r>
      <w:r>
        <w:br/>
      </w:r>
      <w:r>
        <w:t xml:space="preserve">    (a) oversold</w:t>
      </w:r>
      <w:r>
        <w:br/>
      </w:r>
      <w:r>
        <w:t xml:space="preserve">    (b) made possible</w:t>
      </w:r>
      <w:r>
        <w:br/>
      </w:r>
      <w:r>
        <w:t xml:space="preserve">    (c) hindered or stopped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get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twinge</w:t>
      </w:r>
      <w:r>
        <w:rPr>
          <w:b/>
          <w:bCs/>
        </w:rPr>
        <w:t xml:space="preserve"> </w:t>
      </w:r>
      <w:r>
        <w:rPr>
          <w:b/>
          <w:bCs/>
        </w:rPr>
        <w:t xml:space="preserve">in my knee that makes me think I may be getting arthritis.</w:t>
      </w:r>
      <w:r>
        <w:br/>
      </w:r>
      <w:r>
        <w:t xml:space="preserve">    (a) sudden, short-lived numbness</w:t>
      </w:r>
      <w:r>
        <w:br/>
      </w:r>
      <w:r>
        <w:t xml:space="preserve">    (b) sudden, short-lived heat</w:t>
      </w:r>
      <w:r>
        <w:br/>
      </w:r>
      <w:r>
        <w:t xml:space="preserve">    (c) sudden, short-lived pain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qualified for the tournament but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virtually</w:t>
      </w:r>
      <w:r>
        <w:rPr>
          <w:b/>
          <w:bCs/>
        </w:rPr>
        <w:t xml:space="preserve"> </w:t>
      </w:r>
      <w:r>
        <w:rPr>
          <w:b/>
          <w:bCs/>
        </w:rPr>
        <w:t xml:space="preserve">no chance of winning.</w:t>
      </w:r>
      <w:r>
        <w:br/>
      </w:r>
      <w:r>
        <w:t xml:space="preserve">    (a) almost</w:t>
      </w:r>
      <w:r>
        <w:br/>
      </w:r>
      <w:r>
        <w:t xml:space="preserve">    (b) absolutely</w:t>
      </w:r>
      <w:r>
        <w:br/>
      </w:r>
      <w:r>
        <w:t xml:space="preserve">    (c) sadly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water, the plants in the garden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die.</w:t>
      </w:r>
      <w:r>
        <w:br/>
      </w:r>
      <w:r>
        <w:t xml:space="preserve">    (a) grow stronger</w:t>
      </w:r>
      <w:r>
        <w:br/>
      </w:r>
      <w:r>
        <w:t xml:space="preserve">    (b) dry out</w:t>
      </w:r>
      <w:r>
        <w:br/>
      </w:r>
      <w:r>
        <w:t xml:space="preserve">    (c) become dormant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2026-07-31T15:26:20Z</dcterms:created>
  <dcterms:modified xsi:type="dcterms:W3CDTF">2026-07-31T15:26:20Z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