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8aef1c4d72d2d8762bc1eacc6872fd7d708094"/>
    <w:p>
      <w:pPr>
        <w:pStyle w:val="Heading1"/>
      </w:pPr>
      <w:r>
        <w:rPr>
          <w:b/>
          <w:bCs/>
        </w:rPr>
        <w:t xml:space="preserve">Hatchet</w:t>
      </w:r>
      <w:r>
        <w:br/>
      </w:r>
      <w:r>
        <w:rPr>
          <w:i/>
          <w:iCs/>
        </w:rPr>
        <w:t xml:space="preserve">Gary Paulsen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 pilot's words were a hiss, barely</w:t>
      </w:r>
      <w:r>
        <w:rPr>
          <w:b/>
          <w:bCs/>
        </w:rPr>
        <w:t xml:space="preserve"> </w:t>
      </w:r>
      <w:r>
        <w:rPr>
          <w:b/>
          <w:bCs/>
          <w:u w:val="single"/>
        </w:rPr>
        <w:t xml:space="preserve">audible</w:t>
      </w:r>
      <w:r>
        <w:rPr>
          <w:b/>
          <w:bCs/>
        </w:rPr>
        <w:t xml:space="preserve">.</w:t>
      </w:r>
      <w:r>
        <w:br/>
      </w:r>
      <w:r>
        <w:t xml:space="preserve">    (a) not able to be heard</w:t>
      </w:r>
      <w:r>
        <w:br/>
      </w:r>
      <w:r>
        <w:t xml:space="preserve">    (b) making too much noise</w:t>
      </w:r>
      <w:r>
        <w:br/>
      </w:r>
      <w:r>
        <w:t xml:space="preserve">    (c) capable of being heard</w:t>
      </w:r>
    </w:p>
    <w:p>
      <w:pPr>
        <w:pStyle w:val="Compact"/>
        <w:numPr>
          <w:ilvl w:val="0"/>
          <w:numId w:val="1001"/>
        </w:numPr>
      </w:pPr>
      <w:r>
        <w:rPr>
          <w:b/>
          <w:bCs/>
        </w:rPr>
        <w:t xml:space="preserve">his legs</w:t>
      </w:r>
      <w:r>
        <w:rPr>
          <w:b/>
          <w:bCs/>
        </w:rPr>
        <w:t xml:space="preserve"> </w:t>
      </w:r>
      <w:r>
        <w:rPr>
          <w:b/>
          <w:bCs/>
          <w:u w:val="single"/>
        </w:rPr>
        <w:t xml:space="preserve">contracted</w:t>
      </w:r>
      <w:r>
        <w:rPr>
          <w:b/>
          <w:bCs/>
        </w:rPr>
        <w:t xml:space="preserve"> </w:t>
      </w:r>
      <w:r>
        <w:rPr>
          <w:b/>
          <w:bCs/>
        </w:rPr>
        <w:t xml:space="preserve">up, up into the seat,</w:t>
      </w:r>
      <w:r>
        <w:br/>
      </w:r>
      <w:r>
        <w:t xml:space="preserve">    (a) stretched</w:t>
      </w:r>
      <w:r>
        <w:br/>
      </w:r>
      <w:r>
        <w:t xml:space="preserve">    (b) relaxed</w:t>
      </w:r>
      <w:r>
        <w:br/>
      </w:r>
      <w:r>
        <w:t xml:space="preserve">    (c) pulled back</w:t>
      </w:r>
    </w:p>
    <w:p>
      <w:pPr>
        <w:pStyle w:val="Compact"/>
        <w:numPr>
          <w:ilvl w:val="0"/>
          <w:numId w:val="1001"/>
        </w:numPr>
      </w:pPr>
      <w:r>
        <w:rPr>
          <w:b/>
          <w:bCs/>
        </w:rPr>
        <w:t xml:space="preserve">When he opened them again it was evening and some of the sharp pain had</w:t>
      </w:r>
      <w:r>
        <w:rPr>
          <w:b/>
          <w:bCs/>
        </w:rPr>
        <w:t xml:space="preserve"> </w:t>
      </w:r>
      <w:r>
        <w:rPr>
          <w:b/>
          <w:bCs/>
          <w:u w:val="single"/>
        </w:rPr>
        <w:t xml:space="preserve">abated</w:t>
      </w:r>
      <w:r>
        <w:rPr>
          <w:b/>
          <w:bCs/>
        </w:rPr>
        <w:t xml:space="preserve">, there were many dull aches, and the crash came back to him fully.</w:t>
      </w:r>
      <w:r>
        <w:br/>
      </w:r>
      <w:r>
        <w:t xml:space="preserve">    (a) moved</w:t>
      </w:r>
      <w:r>
        <w:br/>
      </w:r>
      <w:r>
        <w:t xml:space="preserve">    (b) decreased</w:t>
      </w:r>
      <w:r>
        <w:br/>
      </w:r>
      <w:r>
        <w:t xml:space="preserve">    (c) increased</w:t>
      </w:r>
    </w:p>
    <w:p>
      <w:pPr>
        <w:pStyle w:val="Compact"/>
        <w:numPr>
          <w:ilvl w:val="0"/>
          <w:numId w:val="1001"/>
        </w:numPr>
      </w:pPr>
      <w:r>
        <w:rPr>
          <w:b/>
          <w:bCs/>
        </w:rPr>
        <w:t xml:space="preserve">He pulled the torn</w:t>
      </w:r>
      <w:r>
        <w:rPr>
          <w:b/>
          <w:bCs/>
        </w:rPr>
        <w:t xml:space="preserve"> </w:t>
      </w:r>
      <w:r>
        <w:rPr>
          <w:b/>
          <w:bCs/>
          <w:u w:val="single"/>
        </w:rPr>
        <w:t xml:space="preserve">remnants</w:t>
      </w:r>
      <w:r>
        <w:rPr>
          <w:b/>
          <w:bCs/>
        </w:rPr>
        <w:t xml:space="preserve"> </w:t>
      </w:r>
      <w:r>
        <w:rPr>
          <w:b/>
          <w:bCs/>
        </w:rPr>
        <w:t xml:space="preserve">of his windbreaker, pieces really, around his shoulders and tried to hold what heat his body could find.</w:t>
      </w:r>
      <w:r>
        <w:br/>
      </w:r>
      <w:r>
        <w:t xml:space="preserve">    (a) longest strings</w:t>
      </w:r>
      <w:r>
        <w:br/>
      </w:r>
      <w:r>
        <w:t xml:space="preserve">    (b) sleaves</w:t>
      </w:r>
      <w:r>
        <w:br/>
      </w:r>
      <w:r>
        <w:t xml:space="preserve">    (c) remaining pieces</w:t>
      </w:r>
    </w:p>
    <w:p>
      <w:pPr>
        <w:pStyle w:val="Compact"/>
        <w:numPr>
          <w:ilvl w:val="0"/>
          <w:numId w:val="1001"/>
        </w:numPr>
      </w:pPr>
      <w:r>
        <w:rPr>
          <w:b/>
          <w:bCs/>
        </w:rPr>
        <w:t xml:space="preserve">His lips were cracked and felt as if they were bleeding and if he did not drink some water soon he felt that he would</w:t>
      </w:r>
      <w:r>
        <w:rPr>
          <w:b/>
          <w:bCs/>
        </w:rPr>
        <w:t xml:space="preserve"> </w:t>
      </w:r>
      <w:r>
        <w:rPr>
          <w:b/>
          <w:bCs/>
          <w:u w:val="single"/>
        </w:rPr>
        <w:t xml:space="preserve">wither</w:t>
      </w:r>
      <w:r>
        <w:rPr>
          <w:b/>
          <w:bCs/>
        </w:rPr>
        <w:t xml:space="preserve"> </w:t>
      </w:r>
      <w:r>
        <w:rPr>
          <w:b/>
          <w:bCs/>
        </w:rPr>
        <w:t xml:space="preserve">up and die.</w:t>
      </w:r>
      <w:r>
        <w:br/>
      </w:r>
      <w:r>
        <w:t xml:space="preserve">    (a) fall asleep</w:t>
      </w:r>
      <w:r>
        <w:br/>
      </w:r>
      <w:r>
        <w:t xml:space="preserve">    (b) dry out</w:t>
      </w:r>
      <w:r>
        <w:br/>
      </w:r>
      <w:r>
        <w:t xml:space="preserve">    (c) cramp up</w:t>
      </w:r>
    </w:p>
    <w:p>
      <w:pPr>
        <w:pStyle w:val="Compact"/>
        <w:numPr>
          <w:ilvl w:val="0"/>
          <w:numId w:val="1001"/>
        </w:numPr>
      </w:pPr>
      <w:r>
        <w:rPr>
          <w:b/>
          <w:bCs/>
        </w:rPr>
        <w:t xml:space="preserve">It was hot now, but the sun was high and to his rear and he sat in the shade of the tree in</w:t>
      </w:r>
      <w:r>
        <w:rPr>
          <w:b/>
          <w:bCs/>
        </w:rPr>
        <w:t xml:space="preserve"> </w:t>
      </w:r>
      <w:r>
        <w:rPr>
          <w:b/>
          <w:bCs/>
          <w:u w:val="single"/>
        </w:rPr>
        <w:t xml:space="preserve">relative</w:t>
      </w:r>
      <w:r>
        <w:rPr>
          <w:b/>
          <w:bCs/>
        </w:rPr>
        <w:t xml:space="preserve"> </w:t>
      </w:r>
      <w:r>
        <w:rPr>
          <w:b/>
          <w:bCs/>
        </w:rPr>
        <w:t xml:space="preserve">comfort.</w:t>
      </w:r>
      <w:r>
        <w:br/>
      </w:r>
      <w:r>
        <w:t xml:space="preserve">    (a) absolutely wonderful</w:t>
      </w:r>
      <w:r>
        <w:br/>
      </w:r>
      <w:r>
        <w:t xml:space="preserve">    (b) compared to other things</w:t>
      </w:r>
      <w:r>
        <w:br/>
      </w:r>
      <w:r>
        <w:t xml:space="preserve">    (c) absolutely missing</w:t>
      </w:r>
    </w:p>
    <w:p>
      <w:pPr>
        <w:pStyle w:val="Compact"/>
        <w:numPr>
          <w:ilvl w:val="0"/>
          <w:numId w:val="1001"/>
        </w:numPr>
      </w:pPr>
      <w:r>
        <w:rPr>
          <w:b/>
          <w:bCs/>
        </w:rPr>
        <w:t xml:space="preserve">It took over two hours, and he had to stop several times because he still felt a bit weak and once because he felt a strange new</w:t>
      </w:r>
      <w:r>
        <w:rPr>
          <w:b/>
          <w:bCs/>
        </w:rPr>
        <w:t xml:space="preserve"> </w:t>
      </w:r>
      <w:r>
        <w:rPr>
          <w:b/>
          <w:bCs/>
          <w:u w:val="single"/>
        </w:rPr>
        <w:t xml:space="preserve">twinge</w:t>
      </w:r>
      <w:r>
        <w:rPr>
          <w:b/>
          <w:bCs/>
        </w:rPr>
        <w:t xml:space="preserve"> </w:t>
      </w:r>
      <w:r>
        <w:rPr>
          <w:b/>
          <w:bCs/>
        </w:rPr>
        <w:t xml:space="preserve">in his stomach.</w:t>
      </w:r>
      <w:r>
        <w:br/>
      </w:r>
      <w:r>
        <w:t xml:space="preserve">    (a) emptiness</w:t>
      </w:r>
      <w:r>
        <w:br/>
      </w:r>
      <w:r>
        <w:t xml:space="preserve">    (b) upset</w:t>
      </w:r>
      <w:r>
        <w:br/>
      </w:r>
      <w:r>
        <w:t xml:space="preserve">    (c) pain</w:t>
      </w:r>
    </w:p>
    <w:p>
      <w:pPr>
        <w:pStyle w:val="Compact"/>
        <w:numPr>
          <w:ilvl w:val="0"/>
          <w:numId w:val="1001"/>
        </w:numPr>
      </w:pPr>
      <w:r>
        <w:rPr>
          <w:b/>
          <w:bCs/>
        </w:rPr>
        <w:t xml:space="preserve">As soon as the cold water hit his stomach he felt the hunger sharpen, as it had before, and he stood and held his abdomen until the hunger cramps</w:t>
      </w:r>
      <w:r>
        <w:rPr>
          <w:b/>
          <w:bCs/>
        </w:rPr>
        <w:t xml:space="preserve"> </w:t>
      </w:r>
      <w:r>
        <w:rPr>
          <w:b/>
          <w:bCs/>
          <w:u w:val="single"/>
        </w:rPr>
        <w:t xml:space="preserve">receded</w:t>
      </w:r>
      <w:r>
        <w:rPr>
          <w:b/>
          <w:bCs/>
        </w:rPr>
        <w:t xml:space="preserve">.</w:t>
      </w:r>
      <w:r>
        <w:br/>
      </w:r>
      <w:r>
        <w:t xml:space="preserve">    (a) interfered</w:t>
      </w:r>
      <w:r>
        <w:br/>
      </w:r>
      <w:r>
        <w:t xml:space="preserve">    (b) increased</w:t>
      </w:r>
      <w:r>
        <w:br/>
      </w:r>
      <w:r>
        <w:t xml:space="preserve">    (c) decreased</w:t>
      </w:r>
    </w:p>
    <w:p>
      <w:pPr>
        <w:pStyle w:val="Compact"/>
        <w:numPr>
          <w:ilvl w:val="0"/>
          <w:numId w:val="1001"/>
        </w:numPr>
      </w:pPr>
      <w:r>
        <w:rPr>
          <w:b/>
          <w:bCs/>
        </w:rPr>
        <w:t xml:space="preserve">He settled back on his haunches in</w:t>
      </w:r>
      <w:r>
        <w:rPr>
          <w:b/>
          <w:bCs/>
        </w:rPr>
        <w:t xml:space="preserve"> </w:t>
      </w:r>
      <w:r>
        <w:rPr>
          <w:b/>
          <w:bCs/>
          <w:u w:val="single"/>
        </w:rPr>
        <w:t xml:space="preserve">exasperation</w:t>
      </w:r>
      <w:r>
        <w:rPr>
          <w:b/>
          <w:bCs/>
        </w:rPr>
        <w:t xml:space="preserve">, looking at the pitiful clump of grass and twigs.</w:t>
      </w:r>
      <w:r>
        <w:br/>
      </w:r>
      <w:r>
        <w:t xml:space="preserve">    (a) lack of respect</w:t>
      </w:r>
      <w:r>
        <w:br/>
      </w:r>
      <w:r>
        <w:t xml:space="preserve">    (b) satisfaction</w:t>
      </w:r>
      <w:r>
        <w:br/>
      </w:r>
      <w:r>
        <w:t xml:space="preserve">    (c) great annoyance</w:t>
      </w:r>
    </w:p>
    <w:p>
      <w:pPr>
        <w:pStyle w:val="Compact"/>
        <w:numPr>
          <w:ilvl w:val="0"/>
          <w:numId w:val="1001"/>
        </w:numPr>
      </w:pPr>
      <w:r>
        <w:rPr>
          <w:b/>
          <w:bCs/>
        </w:rPr>
        <w:t xml:space="preserve">They seemed</w:t>
      </w:r>
      <w:r>
        <w:rPr>
          <w:b/>
          <w:bCs/>
        </w:rPr>
        <w:t xml:space="preserve"> </w:t>
      </w:r>
      <w:r>
        <w:rPr>
          <w:b/>
          <w:bCs/>
          <w:u w:val="single"/>
        </w:rPr>
        <w:t xml:space="preserve">flammable</w:t>
      </w:r>
      <w:r>
        <w:rPr>
          <w:b/>
          <w:bCs/>
        </w:rPr>
        <w:t xml:space="preserve">, dry and nearly powdery.</w:t>
      </w:r>
      <w:r>
        <w:br/>
      </w:r>
      <w:r>
        <w:t xml:space="preserve">    (a) easily moved</w:t>
      </w:r>
      <w:r>
        <w:br/>
      </w:r>
      <w:r>
        <w:t xml:space="preserve">    (b) easily broken up</w:t>
      </w:r>
      <w:r>
        <w:br/>
      </w:r>
      <w:r>
        <w:t xml:space="preserve">    (c) easy to set on fire</w:t>
      </w:r>
    </w:p>
    <w:p>
      <w:pPr>
        <w:pStyle w:val="Compact"/>
        <w:numPr>
          <w:ilvl w:val="0"/>
          <w:numId w:val="1001"/>
        </w:numPr>
      </w:pPr>
      <w:r>
        <w:rPr>
          <w:b/>
          <w:bCs/>
        </w:rPr>
        <w:t xml:space="preserve">The hunger, always there, had been somewhat controlled and</w:t>
      </w:r>
      <w:r>
        <w:rPr>
          <w:b/>
          <w:bCs/>
        </w:rPr>
        <w:t xml:space="preserve"> </w:t>
      </w:r>
      <w:r>
        <w:rPr>
          <w:b/>
          <w:bCs/>
          <w:u w:val="single"/>
        </w:rPr>
        <w:t xml:space="preserve">dormant</w:t>
      </w:r>
      <w:r>
        <w:rPr>
          <w:b/>
          <w:bCs/>
        </w:rPr>
        <w:t xml:space="preserve"> </w:t>
      </w:r>
      <w:r>
        <w:rPr>
          <w:b/>
          <w:bCs/>
        </w:rPr>
        <w:t xml:space="preserve">when there was nothing to eat but with the eggs came the scream to eat.</w:t>
      </w:r>
      <w:r>
        <w:br/>
      </w:r>
      <w:r>
        <w:t xml:space="preserve">    (a) strong</w:t>
      </w:r>
      <w:r>
        <w:br/>
      </w:r>
      <w:r>
        <w:t xml:space="preserve">    (b) inactive</w:t>
      </w:r>
      <w:r>
        <w:br/>
      </w:r>
      <w:r>
        <w:t xml:space="preserve">    (c) active</w:t>
      </w:r>
    </w:p>
    <w:p>
      <w:pPr>
        <w:pStyle w:val="Compact"/>
        <w:numPr>
          <w:ilvl w:val="0"/>
          <w:numId w:val="1001"/>
        </w:numPr>
      </w:pPr>
      <w:r>
        <w:rPr>
          <w:b/>
          <w:bCs/>
        </w:rPr>
        <w:t xml:space="preserve">When the wood was done he decided to get a signal fire ready. He moved to the top of the rock ridge that</w:t>
      </w:r>
      <w:r>
        <w:rPr>
          <w:b/>
          <w:bCs/>
        </w:rPr>
        <w:t xml:space="preserve"> </w:t>
      </w:r>
      <w:r>
        <w:rPr>
          <w:b/>
          <w:bCs/>
          <w:u w:val="single"/>
        </w:rPr>
        <w:t xml:space="preserve">comprised</w:t>
      </w:r>
      <w:r>
        <w:rPr>
          <w:b/>
          <w:bCs/>
        </w:rPr>
        <w:t xml:space="preserve"> </w:t>
      </w:r>
      <w:r>
        <w:rPr>
          <w:b/>
          <w:bCs/>
        </w:rPr>
        <w:t xml:space="preserve">the bluff over his shelter and was pleased to find a large, flat stone area. More wood, he thought, moaning inwardly.</w:t>
      </w:r>
      <w:r>
        <w:br/>
      </w:r>
      <w:r>
        <w:t xml:space="preserve">    (a) was above</w:t>
      </w:r>
      <w:r>
        <w:br/>
      </w:r>
      <w:r>
        <w:t xml:space="preserve">    (b) made up</w:t>
      </w:r>
      <w:r>
        <w:br/>
      </w:r>
      <w:r>
        <w:t xml:space="preserve">    (c) was below</w:t>
      </w:r>
    </w:p>
    <w:p>
      <w:pPr>
        <w:pStyle w:val="Compact"/>
        <w:numPr>
          <w:ilvl w:val="0"/>
          <w:numId w:val="1001"/>
        </w:numPr>
      </w:pPr>
      <w:r>
        <w:rPr>
          <w:b/>
          <w:bCs/>
        </w:rPr>
        <w:t xml:space="preserve">He thought that he might be permanently blind, or at least</w:t>
      </w:r>
      <w:r>
        <w:rPr>
          <w:b/>
          <w:bCs/>
        </w:rPr>
        <w:t xml:space="preserve"> </w:t>
      </w:r>
      <w:r>
        <w:rPr>
          <w:b/>
          <w:bCs/>
          <w:u w:val="single"/>
        </w:rPr>
        <w:t xml:space="preserve">impaired</w:t>
      </w:r>
      <w:r>
        <w:rPr>
          <w:b/>
          <w:bCs/>
        </w:rPr>
        <w:t xml:space="preserve">, and that would have been the end.</w:t>
      </w:r>
      <w:r>
        <w:br/>
      </w:r>
      <w:r>
        <w:t xml:space="preserve">    (a) about average</w:t>
      </w:r>
      <w:r>
        <w:br/>
      </w:r>
      <w:r>
        <w:t xml:space="preserve">    (b) less effective</w:t>
      </w:r>
      <w:r>
        <w:br/>
      </w:r>
      <w:r>
        <w:t xml:space="preserve">    (c) more effective (than normal)</w:t>
      </w:r>
    </w:p>
    <w:p>
      <w:pPr>
        <w:pStyle w:val="Compact"/>
        <w:numPr>
          <w:ilvl w:val="0"/>
          <w:numId w:val="1001"/>
        </w:numPr>
      </w:pPr>
      <w:r>
        <w:rPr>
          <w:b/>
          <w:bCs/>
        </w:rPr>
        <w:t xml:space="preserve">The birds were everywhere ... and their</w:t>
      </w:r>
      <w:r>
        <w:rPr>
          <w:b/>
          <w:bCs/>
        </w:rPr>
        <w:t xml:space="preserve"> </w:t>
      </w:r>
      <w:r>
        <w:rPr>
          <w:b/>
          <w:bCs/>
          <w:u w:val="single"/>
        </w:rPr>
        <w:t xml:space="preserve">camouflage</w:t>
      </w:r>
      <w:r>
        <w:rPr>
          <w:b/>
          <w:bCs/>
        </w:rPr>
        <w:t xml:space="preserve"> </w:t>
      </w:r>
      <w:r>
        <w:rPr>
          <w:b/>
          <w:bCs/>
        </w:rPr>
        <w:t xml:space="preserve">was so perfect that it was possible for Brian to sit and rest, leaning against a tree, with one of them standing right in front of him in a willow clump, two feet away, hidden, only to explode into deafening flight just when Brian least expected it.</w:t>
      </w:r>
      <w:r>
        <w:br/>
      </w:r>
      <w:r>
        <w:t xml:space="preserve">    (a) hiding by staying below the line of site</w:t>
      </w:r>
      <w:r>
        <w:br/>
      </w:r>
      <w:r>
        <w:t xml:space="preserve">    (b) hiding by blending in with surroundings</w:t>
      </w:r>
      <w:r>
        <w:br/>
      </w:r>
      <w:r>
        <w:t xml:space="preserve">    (c) hiding by making themselves small</w:t>
      </w:r>
    </w:p>
    <w:p>
      <w:pPr>
        <w:pStyle w:val="Compact"/>
        <w:numPr>
          <w:ilvl w:val="0"/>
          <w:numId w:val="1001"/>
        </w:numPr>
      </w:pPr>
      <w:r>
        <w:rPr>
          <w:b/>
          <w:bCs/>
        </w:rPr>
        <w:t xml:space="preserve">...he saw a brown wall of fur</w:t>
      </w:r>
      <w:r>
        <w:rPr>
          <w:b/>
          <w:bCs/>
        </w:rPr>
        <w:t xml:space="preserve"> </w:t>
      </w:r>
      <w:r>
        <w:rPr>
          <w:b/>
          <w:bCs/>
          <w:u w:val="single"/>
        </w:rPr>
        <w:t xml:space="preserve">detach</w:t>
      </w:r>
      <w:r>
        <w:rPr>
          <w:b/>
          <w:bCs/>
        </w:rPr>
        <w:t xml:space="preserve"> </w:t>
      </w:r>
      <w:r>
        <w:rPr>
          <w:b/>
          <w:bCs/>
        </w:rPr>
        <w:t xml:space="preserve">itself from the forest to his rear and come down on him like a runaway truck. He just had time to see that it was a moose,</w:t>
      </w:r>
      <w:r>
        <w:br/>
      </w:r>
      <w:r>
        <w:t xml:space="preserve">    (a) rush quickly</w:t>
      </w:r>
      <w:r>
        <w:br/>
      </w:r>
      <w:r>
        <w:t xml:space="preserve">    (b) attack quickly</w:t>
      </w:r>
      <w:r>
        <w:br/>
      </w:r>
      <w:r>
        <w:t xml:space="preserve">    (c) separate (come out of)</w:t>
      </w:r>
    </w:p>
    <w:p>
      <w:pPr>
        <w:pStyle w:val="Compact"/>
        <w:numPr>
          <w:ilvl w:val="0"/>
          <w:numId w:val="1001"/>
        </w:numPr>
      </w:pPr>
      <w:r>
        <w:rPr>
          <w:b/>
          <w:bCs/>
        </w:rPr>
        <w:t xml:space="preserve">And for a moment he was</w:t>
      </w:r>
      <w:r>
        <w:rPr>
          <w:b/>
          <w:bCs/>
        </w:rPr>
        <w:t xml:space="preserve"> </w:t>
      </w:r>
      <w:r>
        <w:rPr>
          <w:b/>
          <w:bCs/>
          <w:u w:val="single"/>
        </w:rPr>
        <w:t xml:space="preserve">stymied</w:t>
      </w:r>
      <w:r>
        <w:rPr>
          <w:b/>
          <w:bCs/>
        </w:rPr>
        <w:t xml:space="preserve">.</w:t>
      </w:r>
      <w:r>
        <w:br/>
      </w:r>
      <w:r>
        <w:t xml:space="preserve">    (a) stopped</w:t>
      </w:r>
      <w:r>
        <w:br/>
      </w:r>
      <w:r>
        <w:t xml:space="preserve">    (b) helped</w:t>
      </w:r>
      <w:r>
        <w:br/>
      </w:r>
      <w:r>
        <w:t xml:space="preserve">    (c) confident</w:t>
      </w:r>
    </w:p>
    <w:p>
      <w:pPr>
        <w:pStyle w:val="Compact"/>
        <w:numPr>
          <w:ilvl w:val="0"/>
          <w:numId w:val="1001"/>
        </w:numPr>
      </w:pPr>
      <w:r>
        <w:rPr>
          <w:b/>
          <w:bCs/>
        </w:rPr>
        <w:t xml:space="preserve">A first-aid kit with bandages and tubes of</w:t>
      </w:r>
      <w:r>
        <w:rPr>
          <w:b/>
          <w:bCs/>
        </w:rPr>
        <w:t xml:space="preserve"> </w:t>
      </w:r>
      <w:r>
        <w:rPr>
          <w:b/>
          <w:bCs/>
          <w:u w:val="single"/>
        </w:rPr>
        <w:t xml:space="preserve">antiseptic</w:t>
      </w:r>
      <w:r>
        <w:rPr>
          <w:b/>
          <w:bCs/>
        </w:rPr>
        <w:t xml:space="preserve"> </w:t>
      </w:r>
      <w:r>
        <w:rPr>
          <w:b/>
          <w:bCs/>
        </w:rPr>
        <w:t xml:space="preserve">paste and small scissors.</w:t>
      </w:r>
      <w:r>
        <w:br/>
      </w:r>
      <w:r>
        <w:t xml:space="preserve">    (a) a substance used to clean wounds because it prevents infection by killing harmful bacteria</w:t>
      </w:r>
      <w:r>
        <w:br/>
      </w:r>
      <w:r>
        <w:t xml:space="preserve">    (b) a pain killer</w:t>
      </w:r>
      <w:r>
        <w:br/>
      </w:r>
      <w:r>
        <w:t xml:space="preserve">    (c) a substance used to clean wounds because it makes the pain go away</w:t>
      </w:r>
    </w:p>
    <w:p>
      <w:pPr>
        <w:pStyle w:val="Compact"/>
        <w:numPr>
          <w:ilvl w:val="0"/>
          <w:numId w:val="1001"/>
        </w:numPr>
      </w:pPr>
      <w:r>
        <w:rPr>
          <w:b/>
          <w:bCs/>
        </w:rPr>
        <w:t xml:space="preserve">During that time he had lost seventeen percent of his body weight. He later gained back six percent, but had</w:t>
      </w:r>
      <w:r>
        <w:rPr>
          <w:b/>
          <w:bCs/>
        </w:rPr>
        <w:t xml:space="preserve"> </w:t>
      </w:r>
      <w:r>
        <w:rPr>
          <w:b/>
          <w:bCs/>
          <w:u w:val="single"/>
        </w:rPr>
        <w:t xml:space="preserve">virtually</w:t>
      </w:r>
      <w:r>
        <w:rPr>
          <w:b/>
          <w:bCs/>
        </w:rPr>
        <w:t xml:space="preserve"> </w:t>
      </w:r>
      <w:r>
        <w:rPr>
          <w:b/>
          <w:bCs/>
        </w:rPr>
        <w:t xml:space="preserve">no body fat, his body had consumed all extra weight and he would remain lean and wiry for several years.</w:t>
      </w:r>
      <w:r>
        <w:br/>
      </w:r>
      <w:r>
        <w:t xml:space="preserve">    (a) thoroughly</w:t>
      </w:r>
      <w:r>
        <w:br/>
      </w:r>
      <w:r>
        <w:t xml:space="preserve">    (b) almost</w:t>
      </w:r>
      <w:r>
        <w:br/>
      </w:r>
      <w:r>
        <w:t xml:space="preserve">    (c) absolutely</w:t>
      </w:r>
    </w:p>
    <w:p>
      <w:pPr>
        <w:pStyle w:val="Compact"/>
        <w:numPr>
          <w:ilvl w:val="0"/>
          <w:numId w:val="1001"/>
        </w:numPr>
      </w:pPr>
      <w:r>
        <w:rPr>
          <w:b/>
          <w:bCs/>
        </w:rPr>
        <w:t xml:space="preserve">...had Brian not been rescued when he was, had he been forced to go into hard fall, perhaps winter, it would have been very rough on him. ... Game becomes seemingly plentiful in the fall ... but in winter it gets</w:t>
      </w:r>
      <w:r>
        <w:rPr>
          <w:b/>
          <w:bCs/>
        </w:rPr>
        <w:t xml:space="preserve"> </w:t>
      </w:r>
      <w:r>
        <w:rPr>
          <w:b/>
          <w:bCs/>
          <w:u w:val="single"/>
        </w:rPr>
        <w:t xml:space="preserve">scarce</w:t>
      </w:r>
      <w:r>
        <w:rPr>
          <w:b/>
          <w:bCs/>
        </w:rPr>
        <w:t xml:space="preserve"> </w:t>
      </w:r>
      <w:r>
        <w:rPr>
          <w:b/>
          <w:bCs/>
        </w:rPr>
        <w:t xml:space="preserve">and sometimes simply nonexistent as...</w:t>
      </w:r>
      <w:r>
        <w:br/>
      </w:r>
      <w:r>
        <w:t xml:space="preserve">    (a) in short supply</w:t>
      </w:r>
      <w:r>
        <w:br/>
      </w:r>
      <w:r>
        <w:t xml:space="preserve">    (b) more careful</w:t>
      </w:r>
      <w:r>
        <w:br/>
      </w:r>
      <w:r>
        <w:t xml:space="preserve">    (c) better at hiding</w:t>
      </w:r>
    </w:p>
    <w:p>
      <w:pPr>
        <w:pStyle w:val="Compact"/>
        <w:numPr>
          <w:ilvl w:val="0"/>
          <w:numId w:val="1001"/>
        </w:numPr>
      </w:pPr>
      <w:r>
        <w:rPr>
          <w:b/>
          <w:bCs/>
        </w:rPr>
        <w:t xml:space="preserve">Game becomes seemingly plentiful in the fall (it's easier to see with the leaves off the brush) but in winter it gets scarce and sometimes simply nonexistent as</w:t>
      </w:r>
      <w:r>
        <w:rPr>
          <w:b/>
          <w:bCs/>
        </w:rPr>
        <w:t xml:space="preserve"> </w:t>
      </w:r>
      <w:r>
        <w:rPr>
          <w:b/>
          <w:bCs/>
          <w:u w:val="single"/>
        </w:rPr>
        <w:t xml:space="preserve">predators</w:t>
      </w:r>
      <w:r>
        <w:rPr>
          <w:b/>
          <w:bCs/>
        </w:rPr>
        <w:t xml:space="preserve"> </w:t>
      </w:r>
      <w:r>
        <w:rPr>
          <w:b/>
          <w:bCs/>
        </w:rPr>
        <w:t xml:space="preserve">(fox, lynx, wolf, owls, weasels, fisher, martin, northern coyote) sweep through areas and wipe things out.</w:t>
      </w:r>
      <w:r>
        <w:br/>
      </w:r>
      <w:r>
        <w:t xml:space="preserve">    (a) animals that are hard to control</w:t>
      </w:r>
      <w:r>
        <w:br/>
      </w:r>
      <w:r>
        <w:t xml:space="preserve">    (b) animals that live in the same area</w:t>
      </w:r>
      <w:r>
        <w:br/>
      </w:r>
      <w:r>
        <w:t xml:space="preserve">    (c) animals that hunt other animals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2026-07-31T15:26:21Z</dcterms:created>
  <dcterms:modified xsi:type="dcterms:W3CDTF">2026-07-31T15:26:21Z</dcterms:modified>
</cp:coreProperties>
</file>

<file path=docProps/custom.xml><?xml version="1.0" encoding="utf-8"?>
<Properties xmlns="http://schemas.openxmlformats.org/officeDocument/2006/custom-properties" xmlns:vt="http://schemas.openxmlformats.org/officeDocument/2006/docPropsVTypes"/>
</file>