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98fb7904934c488e3583c3dd72e5b8ef7704e6"/>
    <w:p>
      <w:pPr>
        <w:pStyle w:val="Heading1"/>
      </w:pPr>
      <w:r>
        <w:rPr>
          <w:b/>
          <w:bCs/>
        </w:rPr>
        <w:t xml:space="preserve">Harry Potter and the Deathly Hallows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the party?</w:t>
      </w:r>
      <w:r>
        <w:br/>
      </w:r>
      <w:r>
        <w:t xml:space="preserve">    (a) precede</w:t>
      </w:r>
      <w:r>
        <w:br/>
      </w:r>
      <w:r>
        <w:t xml:space="preserve">    (b) go with</w:t>
      </w:r>
      <w:r>
        <w:br/>
      </w:r>
      <w:r>
        <w:t xml:space="preserve">    (c) follow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exact numbers are shown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accompanying</w:t>
      </w:r>
      <w:r>
        <w:rPr>
          <w:b/>
          <w:bCs/>
        </w:rPr>
        <w:t xml:space="preserve"> </w:t>
      </w:r>
      <w:r>
        <w:rPr>
          <w:b/>
          <w:bCs/>
        </w:rPr>
        <w:t xml:space="preserve">table.</w:t>
      </w:r>
      <w:r>
        <w:br/>
      </w:r>
      <w:r>
        <w:t xml:space="preserve">    (a) informative</w:t>
      </w:r>
      <w:r>
        <w:br/>
      </w:r>
      <w:r>
        <w:t xml:space="preserve">    (b) provided together</w:t>
      </w:r>
      <w:r>
        <w:br/>
      </w:r>
      <w:r>
        <w:t xml:space="preserve">    (c) previously published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appreciate</w:t>
      </w:r>
      <w:r>
        <w:rPr>
          <w:b/>
          <w:bCs/>
        </w:rPr>
        <w:t xml:space="preserve"> </w:t>
      </w:r>
      <w:r>
        <w:rPr>
          <w:b/>
          <w:bCs/>
        </w:rPr>
        <w:t xml:space="preserve">it if you would let me finish the story without interruption.</w:t>
      </w:r>
      <w:r>
        <w:br/>
      </w:r>
      <w:r>
        <w:t xml:space="preserve">    (a) reward</w:t>
      </w:r>
      <w:r>
        <w:br/>
      </w:r>
      <w:r>
        <w:t xml:space="preserve">    (b) be grateful</w:t>
      </w:r>
      <w:r>
        <w:br/>
      </w:r>
      <w:r>
        <w:t xml:space="preserve">    (c) not ignore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fully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appreciate</w:t>
      </w:r>
      <w:r>
        <w:rPr>
          <w:b/>
          <w:bCs/>
        </w:rPr>
        <w:t xml:space="preserve"> </w:t>
      </w:r>
      <w:r>
        <w:rPr>
          <w:b/>
          <w:bCs/>
        </w:rPr>
        <w:t xml:space="preserve">our difficulties.</w:t>
      </w:r>
      <w:r>
        <w:br/>
      </w:r>
      <w:r>
        <w:t xml:space="preserve">    (a) increase</w:t>
      </w:r>
      <w:r>
        <w:br/>
      </w:r>
      <w:r>
        <w:t xml:space="preserve">    (b) explain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is remembered</w:t>
      </w:r>
      <w:r>
        <w:br/>
      </w:r>
      <w:r>
        <w:t xml:space="preserve">    (b) gets nearer</w:t>
      </w:r>
      <w:r>
        <w:br/>
      </w:r>
      <w:r>
        <w:t xml:space="preserve">    (c) continues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three bankers about a loan.</w:t>
      </w:r>
      <w:r>
        <w:br/>
      </w:r>
      <w:r>
        <w:t xml:space="preserve">    (a) asked</w:t>
      </w:r>
      <w:r>
        <w:br/>
      </w:r>
      <w:r>
        <w:t xml:space="preserve">    (b) complained to</w:t>
      </w:r>
      <w:r>
        <w:br/>
      </w:r>
      <w:r>
        <w:t xml:space="preserve">    (c) avoided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detective had no concrete evidence, but he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assume</w:t>
      </w:r>
      <w:r>
        <w:rPr>
          <w:b/>
          <w:bCs/>
        </w:rPr>
        <w:t xml:space="preserve"> </w:t>
      </w:r>
      <w:r>
        <w:rPr>
          <w:b/>
          <w:bCs/>
        </w:rPr>
        <w:t xml:space="preserve">the suspect was hiding something based on his evasive answers.</w:t>
      </w:r>
      <w:r>
        <w:br/>
      </w:r>
      <w:r>
        <w:t xml:space="preserve">    (a) believe</w:t>
      </w:r>
      <w:r>
        <w:br/>
      </w:r>
      <w:r>
        <w:t xml:space="preserve">    (b) prove</w:t>
      </w:r>
      <w:r>
        <w:br/>
      </w:r>
      <w:r>
        <w:t xml:space="preserve">    (c) wonder if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thinks the aliens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assume</w:t>
      </w:r>
      <w:r>
        <w:rPr>
          <w:b/>
          <w:bCs/>
        </w:rPr>
        <w:t xml:space="preserve"> </w:t>
      </w:r>
      <w:r>
        <w:rPr>
          <w:b/>
          <w:bCs/>
        </w:rPr>
        <w:t xml:space="preserve">human form.</w:t>
      </w:r>
      <w:r>
        <w:br/>
      </w:r>
      <w:r>
        <w:t xml:space="preserve">    (a) take on</w:t>
      </w:r>
      <w:r>
        <w:br/>
      </w:r>
      <w:r>
        <w:t xml:space="preserve">    (b) believe</w:t>
      </w:r>
      <w:r>
        <w:br/>
      </w:r>
      <w:r>
        <w:t xml:space="preserve">    (c)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trying to understand her, but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distracted</w:t>
      </w:r>
      <w:r>
        <w:br/>
      </w:r>
      <w:r>
        <w:t xml:space="preserve">    (b) bored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treaty was meant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bind</w:t>
      </w:r>
      <w:r>
        <w:rPr>
          <w:b/>
          <w:bCs/>
        </w:rPr>
        <w:t xml:space="preserve"> </w:t>
      </w:r>
      <w:r>
        <w:rPr>
          <w:b/>
          <w:bCs/>
        </w:rPr>
        <w:t xml:space="preserve">the two nations in peace forever.</w:t>
      </w:r>
      <w:r>
        <w:br/>
      </w:r>
      <w:r>
        <w:t xml:space="preserve">    (a) wear down</w:t>
      </w:r>
      <w:r>
        <w:br/>
      </w:r>
      <w:r>
        <w:t xml:space="preserve">    (b) drive apart</w:t>
      </w:r>
      <w:r>
        <w:br/>
      </w:r>
      <w:r>
        <w:t xml:space="preserve">    (c) join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agreed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binding</w:t>
      </w:r>
      <w:r>
        <w:rPr>
          <w:b/>
          <w:bCs/>
        </w:rPr>
        <w:t xml:space="preserve"> </w:t>
      </w:r>
      <w:r>
        <w:rPr>
          <w:b/>
          <w:bCs/>
        </w:rPr>
        <w:t xml:space="preserve">arbitration.</w:t>
      </w:r>
      <w:r>
        <w:br/>
      </w:r>
      <w:r>
        <w:t xml:space="preserve">    (a) strenuous or difficult</w:t>
      </w:r>
      <w:r>
        <w:br/>
      </w:r>
      <w:r>
        <w:t xml:space="preserve">    (b) intricate (complex)</w:t>
      </w:r>
      <w:r>
        <w:br/>
      </w:r>
      <w:r>
        <w:t xml:space="preserve">    (c) constraining (must be obeyed)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Greek mythology, Chiron is probably the most famous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centaurs</w:t>
      </w:r>
      <w:r>
        <w:rPr>
          <w:b/>
          <w:bCs/>
        </w:rPr>
        <w:t xml:space="preserve">. He is known for his wisdom and knowledge of medicine.</w:t>
      </w:r>
      <w:r>
        <w:br/>
      </w:r>
      <w:r>
        <w:t xml:space="preserve">    (a) demigod fighters in wars between gods</w:t>
      </w:r>
      <w:r>
        <w:br/>
      </w:r>
      <w:r>
        <w:t xml:space="preserve">    (b) winged horses that can fly</w:t>
      </w:r>
      <w:r>
        <w:br/>
      </w:r>
      <w:r>
        <w:t xml:space="preserve">    (c) mythical beings that are half man and half horse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debated for hours without addressing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crux</w:t>
      </w:r>
      <w:r>
        <w:rPr>
          <w:b/>
          <w:bCs/>
        </w:rPr>
        <w:t xml:space="preserve"> </w:t>
      </w:r>
      <w:r>
        <w:rPr>
          <w:b/>
          <w:bCs/>
        </w:rPr>
        <w:t xml:space="preserve">of the issue.</w:t>
      </w:r>
      <w:r>
        <w:br/>
      </w:r>
      <w:r>
        <w:t xml:space="preserve">    (a) most important part</w:t>
      </w:r>
      <w:r>
        <w:br/>
      </w:r>
      <w:r>
        <w:t xml:space="preserve">    (b) first sentence</w:t>
      </w:r>
      <w:r>
        <w:br/>
      </w:r>
      <w:r>
        <w:t xml:space="preserve">    (c) easiest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detective used a fake wallet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decoy</w:t>
      </w:r>
      <w:r>
        <w:rPr>
          <w:b/>
          <w:bCs/>
        </w:rPr>
        <w:t xml:space="preserve"> </w:t>
      </w:r>
      <w:r>
        <w:rPr>
          <w:b/>
          <w:bCs/>
        </w:rPr>
        <w:t xml:space="preserve">to distract the thief.</w:t>
      </w:r>
      <w:r>
        <w:br/>
      </w:r>
      <w:r>
        <w:t xml:space="preserve">    (a) misleading attraction</w:t>
      </w:r>
      <w:r>
        <w:br/>
      </w:r>
      <w:r>
        <w:t xml:space="preserve">    (b) valuable reward</w:t>
      </w:r>
      <w:r>
        <w:br/>
      </w:r>
      <w:r>
        <w:t xml:space="preserve">    (c) careful warning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making music, but she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disillusioned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music industry.</w:t>
      </w:r>
      <w:r>
        <w:br/>
      </w:r>
      <w:r>
        <w:t xml:space="preserve">    (a) disappointed</w:t>
      </w:r>
      <w:r>
        <w:br/>
      </w:r>
      <w:r>
        <w:t xml:space="preserve">    (b) overworked</w:t>
      </w:r>
      <w:r>
        <w:br/>
      </w:r>
      <w:r>
        <w:t xml:space="preserve">    (c) bored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but</w:t>
      </w:r>
      <w:r>
        <w:br/>
      </w:r>
      <w:r>
        <w:t xml:space="preserve">    (b) and</w:t>
      </w:r>
      <w:r>
        <w:br/>
      </w:r>
      <w:r>
        <w:t xml:space="preserve">    (c) also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we get there, the main thing is to be absolutely sure we're not late.</w:t>
      </w:r>
      <w:r>
        <w:br/>
      </w:r>
      <w:r>
        <w:t xml:space="preserve">    (a) even if in a non-standard manner</w:t>
      </w:r>
      <w:r>
        <w:br/>
      </w:r>
      <w:r>
        <w:t xml:space="preserve">    (b) to whatever degree</w:t>
      </w:r>
      <w:r>
        <w:br/>
      </w:r>
      <w:r>
        <w:t xml:space="preserve">    (c) whatever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despite that</w:t>
      </w:r>
      <w:r>
        <w:br/>
      </w:r>
      <w:r>
        <w:t xml:space="preserve">    (b) also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obituary</w:t>
      </w:r>
      <w:r>
        <w:rPr>
          <w:b/>
          <w:bCs/>
        </w:rPr>
        <w:t xml:space="preserve"> </w:t>
      </w:r>
      <w:r>
        <w:rPr>
          <w:b/>
          <w:bCs/>
        </w:rPr>
        <w:t xml:space="preserve">did not include a cause of death.</w:t>
      </w:r>
      <w:r>
        <w:br/>
      </w:r>
      <w:r>
        <w:t xml:space="preserve">    (a) biography</w:t>
      </w:r>
      <w:r>
        <w:br/>
      </w:r>
      <w:r>
        <w:t xml:space="preserve">    (b) newspaper report</w:t>
      </w:r>
      <w:r>
        <w:br/>
      </w:r>
      <w:r>
        <w:t xml:space="preserve">    (c) police report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completely defeat</w:t>
      </w:r>
      <w:r>
        <w:br/>
      </w:r>
      <w:r>
        <w:t xml:space="preserve">    (b) gently persuade</w:t>
      </w:r>
      <w:r>
        <w:br/>
      </w:r>
      <w:r>
        <w:t xml:space="preserve">    (c) gently ease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2026-07-31T15:21:45Z</dcterms:created>
  <dcterms:modified xsi:type="dcterms:W3CDTF">2026-07-31T15:21:45Z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