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25a01e3c18fe0dd09806257d5cc830b8f280f2"/>
    <w:p>
      <w:pPr>
        <w:pStyle w:val="Heading1"/>
      </w:pPr>
      <w:r>
        <w:rPr>
          <w:b/>
          <w:bCs/>
        </w:rPr>
        <w:t xml:space="preserve">Harry Potter and the Deathly Hallows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lawyers demand he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accorded</w:t>
      </w:r>
      <w:r>
        <w:rPr>
          <w:b/>
          <w:bCs/>
        </w:rPr>
        <w:t xml:space="preserve"> </w:t>
      </w:r>
      <w:r>
        <w:rPr>
          <w:b/>
          <w:bCs/>
        </w:rPr>
        <w:t xml:space="preserve">the status of a captured soldier rather than a spy.</w:t>
      </w:r>
      <w:r>
        <w:br/>
      </w:r>
      <w:r>
        <w:t xml:space="preserve">    (a) told about</w:t>
      </w:r>
      <w:r>
        <w:br/>
      </w:r>
      <w:r>
        <w:t xml:space="preserve">    (b) denied</w:t>
      </w:r>
      <w:r>
        <w:br/>
      </w:r>
      <w:r>
        <w:t xml:space="preserve">    (c) given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made worse</w:t>
      </w:r>
      <w:r>
        <w:br/>
      </w:r>
      <w:r>
        <w:t xml:space="preserve">    (b) made a joke of</w:t>
      </w:r>
      <w:r>
        <w:br/>
      </w:r>
      <w:r>
        <w:t xml:space="preserve">    (c) soothed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avid</w:t>
      </w:r>
      <w:r>
        <w:rPr>
          <w:b/>
          <w:bCs/>
        </w:rPr>
        <w:t xml:space="preserve"> </w:t>
      </w:r>
      <w:r>
        <w:rPr>
          <w:b/>
          <w:bCs/>
        </w:rPr>
        <w:t xml:space="preserve">reader.</w:t>
      </w:r>
      <w:r>
        <w:br/>
      </w:r>
      <w:r>
        <w:t xml:space="preserve">    (a) enthusiastic</w:t>
      </w:r>
      <w:r>
        <w:br/>
      </w:r>
      <w:r>
        <w:t xml:space="preserve">    (b) tending to arouse strong disagreement</w:t>
      </w:r>
      <w:r>
        <w:br/>
      </w:r>
      <w:r>
        <w:t xml:space="preserve">    (c) done accidentally or without intention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knows everything about everyone</w:t>
      </w:r>
      <w:r>
        <w:br/>
      </w:r>
      <w:r>
        <w:t xml:space="preserve">    (b) someone who protects the weak and delivers justice to those who are evil</w:t>
      </w:r>
      <w:r>
        <w:br/>
      </w:r>
      <w:r>
        <w:t xml:space="preserve">    (c) someone who composes and shares poems about important events and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rare and unusual</w:t>
      </w:r>
      <w:r>
        <w:br/>
      </w:r>
      <w:r>
        <w:t xml:space="preserve">    (b) small in amount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Keep an open mind until you've heard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counterarguments</w:t>
      </w:r>
      <w:r>
        <w:rPr>
          <w:b/>
          <w:bCs/>
        </w:rPr>
        <w:t xml:space="preserve">.</w:t>
      </w:r>
      <w:r>
        <w:br/>
      </w:r>
      <w:r>
        <w:t xml:space="preserve">    (a) areas where the skin is torn or worn off</w:t>
      </w:r>
      <w:r>
        <w:br/>
      </w:r>
      <w:r>
        <w:t xml:space="preserve">    (b) persuasive reasoning offered in opposition to other reasoning</w:t>
      </w:r>
      <w:r>
        <w:br/>
      </w:r>
      <w:r>
        <w:t xml:space="preserve">    (c) enthusiastic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re-entered negotiations in an attempt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forestall</w:t>
      </w:r>
      <w:r>
        <w:rPr>
          <w:b/>
          <w:bCs/>
        </w:rPr>
        <w:t xml:space="preserve"> </w:t>
      </w:r>
      <w:r>
        <w:rPr>
          <w:b/>
          <w:bCs/>
        </w:rPr>
        <w:t xml:space="preserve">bankruptcy.</w:t>
      </w:r>
      <w:r>
        <w:br/>
      </w:r>
      <w:r>
        <w:t xml:space="preserve">    (a) delay</w:t>
      </w:r>
      <w:r>
        <w:br/>
      </w:r>
      <w:r>
        <w:t xml:space="preserve">    (b) support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imbibing</w:t>
      </w:r>
      <w:r>
        <w:rPr>
          <w:b/>
          <w:bCs/>
        </w:rPr>
        <w:t xml:space="preserve"> </w:t>
      </w:r>
      <w:r>
        <w:rPr>
          <w:b/>
          <w:bCs/>
        </w:rPr>
        <w:t xml:space="preserve">that much in hard liquor showed faster memory decline than those drinking the same amount of beer or wine.</w:t>
      </w:r>
      <w:r>
        <w:br/>
      </w:r>
      <w:r>
        <w:t xml:space="preserve">    (a) colliding</w:t>
      </w:r>
      <w:r>
        <w:br/>
      </w:r>
      <w:r>
        <w:t xml:space="preserve">    (b) differing</w:t>
      </w:r>
      <w:r>
        <w:br/>
      </w:r>
      <w:r>
        <w:t xml:space="preserve">    (c) drinking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barely noticeable</w:t>
      </w:r>
      <w:r>
        <w:br/>
      </w:r>
      <w:r>
        <w:t xml:space="preserve">    (b) easy to count</w:t>
      </w:r>
      <w:r>
        <w:br/>
      </w:r>
      <w:r>
        <w:t xml:space="preserve">    (c) too many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reviews, so we chose another place.</w:t>
      </w:r>
      <w:r>
        <w:br/>
      </w:r>
      <w:r>
        <w:t xml:space="preserve">    (a) only average</w:t>
      </w:r>
      <w:r>
        <w:br/>
      </w:r>
      <w:r>
        <w:t xml:space="preserve">    (b) truly excellent</w:t>
      </w:r>
      <w:r>
        <w:br/>
      </w:r>
      <w:r>
        <w:t xml:space="preserve">    (c) clearly terrible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of broken promises taught the team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</w:t>
      </w:r>
      <w:r>
        <w:rPr>
          <w:b/>
          <w:bCs/>
        </w:rPr>
        <w:t xml:space="preserve"> </w:t>
      </w:r>
      <w:r>
        <w:rPr>
          <w:b/>
          <w:bCs/>
        </w:rPr>
        <w:t xml:space="preserve">anything he said.</w:t>
      </w:r>
      <w:r>
        <w:br/>
      </w:r>
      <w:r>
        <w:t xml:space="preserve">    (a) not remember</w:t>
      </w:r>
      <w:r>
        <w:br/>
      </w:r>
      <w:r>
        <w:t xml:space="preserve">    (b) not question</w:t>
      </w:r>
      <w:r>
        <w:br/>
      </w:r>
      <w:r>
        <w:t xml:space="preserve">    (c) not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deeply flushed</w:t>
      </w:r>
      <w:r>
        <w:br/>
      </w:r>
      <w:r>
        <w:t xml:space="preserve">    (b) heavily wrinkled</w:t>
      </w:r>
      <w:r>
        <w:br/>
      </w:r>
      <w:r>
        <w:t xml:space="preserve">    (c) unhealthily pale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Top athletes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 </w:t>
      </w:r>
      <w:r>
        <w:rPr>
          <w:b/>
          <w:bCs/>
        </w:rPr>
        <w:t xml:space="preserve">through pain to reach their goals.</w:t>
      </w:r>
      <w:r>
        <w:br/>
      </w:r>
      <w:r>
        <w:t xml:space="preserve">    (a) push on through hardship</w:t>
      </w:r>
      <w:r>
        <w:br/>
      </w:r>
      <w:r>
        <w:t xml:space="preserve">    (b) rest before any effort</w:t>
      </w:r>
      <w:r>
        <w:br/>
      </w:r>
      <w:r>
        <w:t xml:space="preserve">    (c) give up at first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it was an emergency. There was no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quibble</w:t>
      </w:r>
      <w:r>
        <w:rPr>
          <w:b/>
          <w:bCs/>
        </w:rPr>
        <w:t xml:space="preserve"> </w:t>
      </w:r>
      <w:r>
        <w:rPr>
          <w:b/>
          <w:bCs/>
        </w:rPr>
        <w:t xml:space="preserve">over details.</w:t>
      </w:r>
      <w:r>
        <w:br/>
      </w:r>
      <w:r>
        <w:t xml:space="preserve">    (a) analyze or analysis</w:t>
      </w:r>
      <w:r>
        <w:br/>
      </w:r>
      <w:r>
        <w:t xml:space="preserve">    (b) argue (about unimportant things)</w:t>
      </w:r>
      <w:r>
        <w:br/>
      </w:r>
      <w:r>
        <w:t xml:space="preserve">    (c) be distressed or distress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him as humble, polite,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solicitous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caring</w:t>
      </w:r>
      <w:r>
        <w:br/>
      </w:r>
      <w:r>
        <w:t xml:space="preserve">    (c) perceptive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car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stationary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engine running.</w:t>
      </w:r>
      <w:r>
        <w:br/>
      </w:r>
      <w:r>
        <w:t xml:space="preserve">    (a) warm</w:t>
      </w:r>
      <w:r>
        <w:br/>
      </w:r>
      <w:r>
        <w:t xml:space="preserve">    (b) not moving</w:t>
      </w:r>
      <w:r>
        <w:br/>
      </w:r>
      <w:r>
        <w:t xml:space="preserve">    (c) cool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warn and alert</w:t>
      </w:r>
      <w:r>
        <w:br/>
      </w:r>
      <w:r>
        <w:t xml:space="preserve">    (b) bore and annoy</w:t>
      </w:r>
      <w:r>
        <w:br/>
      </w:r>
      <w:r>
        <w:t xml:space="preserve">    (c) amaze and daze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long</w:t>
      </w:r>
      <w:r>
        <w:br/>
      </w:r>
      <w:r>
        <w:t xml:space="preserve">    (b) flattering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previews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tantalizing</w:t>
      </w:r>
      <w:r>
        <w:rPr>
          <w:b/>
          <w:bCs/>
        </w:rPr>
        <w:t xml:space="preserve">.</w:t>
      </w:r>
      <w:r>
        <w:br/>
      </w:r>
      <w:r>
        <w:t xml:space="preserve">    (a) causing disappointment</w:t>
      </w:r>
      <w:r>
        <w:br/>
      </w:r>
      <w:r>
        <w:t xml:space="preserve">    (b) arousing interest</w:t>
      </w:r>
      <w:r>
        <w:br/>
      </w:r>
      <w:r>
        <w:t xml:space="preserve">    (c) misleading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grandmother's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wizened</w:t>
      </w:r>
      <w:r>
        <w:rPr>
          <w:b/>
          <w:bCs/>
        </w:rPr>
        <w:t xml:space="preserve"> </w:t>
      </w:r>
      <w:r>
        <w:rPr>
          <w:b/>
          <w:bCs/>
        </w:rPr>
        <w:t xml:space="preserve">hands held mine warmly.</w:t>
      </w:r>
      <w:r>
        <w:br/>
      </w:r>
      <w:r>
        <w:t xml:space="preserve">    (a) puffy and swollen</w:t>
      </w:r>
      <w:r>
        <w:br/>
      </w:r>
      <w:r>
        <w:t xml:space="preserve">    (b) smooth and youthful</w:t>
      </w:r>
      <w:r>
        <w:br/>
      </w:r>
      <w:r>
        <w:t xml:space="preserve">    (c) shrunken from age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2026-07-31T15:21:45Z</dcterms:created>
  <dcterms:modified xsi:type="dcterms:W3CDTF">2026-07-31T15:21:45Z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