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03d583820af51660efd3a1d20c8fb6bf99412db"/>
    <w:p>
      <w:pPr>
        <w:pStyle w:val="Heading1"/>
      </w:pPr>
      <w:r>
        <w:rPr>
          <w:b/>
          <w:bCs/>
        </w:rPr>
        <w:t xml:space="preserve">Harry Potter and the Deathly Hallows</w:t>
      </w:r>
      <w:r>
        <w:br/>
      </w:r>
      <w:r>
        <w:rPr>
          <w:i/>
          <w:iCs/>
        </w:rPr>
        <w:t xml:space="preserve">J. K. Rowling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Harry finished reading, but continued to gaze at the picture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accompanying</w:t>
      </w:r>
      <w:r>
        <w:rPr>
          <w:b/>
          <w:bCs/>
        </w:rPr>
        <w:t xml:space="preserve"> </w:t>
      </w:r>
      <w:r>
        <w:rPr>
          <w:b/>
          <w:bCs/>
        </w:rPr>
        <w:t xml:space="preserve">the obituary.</w:t>
      </w:r>
      <w:r>
        <w:br/>
      </w:r>
      <w:r>
        <w:t xml:space="preserve">    (a) rising and falling pitch; or cheerful and lively</w:t>
      </w:r>
      <w:r>
        <w:br/>
      </w:r>
      <w:r>
        <w:t xml:space="preserve">    (b) regarding with feelings of respect and reverence</w:t>
      </w:r>
      <w:r>
        <w:br/>
      </w:r>
      <w:r>
        <w:t xml:space="preserve">    (c) complementing (provided at the same time to make the whole better)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will be no need for you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accompany</w:t>
      </w:r>
      <w:r>
        <w:rPr>
          <w:b/>
          <w:bCs/>
        </w:rPr>
        <w:t xml:space="preserve"> </w:t>
      </w:r>
      <w:r>
        <w:rPr>
          <w:b/>
          <w:bCs/>
        </w:rPr>
        <w:t xml:space="preserve">us, Arthur.</w:t>
      </w:r>
      <w:r>
        <w:br/>
      </w:r>
      <w:r>
        <w:t xml:space="preserve">    (a) differ; or change</w:t>
      </w:r>
      <w:r>
        <w:br/>
      </w:r>
      <w:r>
        <w:t xml:space="preserve">    (b) come with</w:t>
      </w:r>
      <w:r>
        <w:br/>
      </w:r>
      <w:r>
        <w:t xml:space="preserve">    (c) influence opinion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had thought he knew Dumbledore quite well, but ever since reading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obituary</w:t>
      </w:r>
      <w:r>
        <w:rPr>
          <w:b/>
          <w:bCs/>
        </w:rPr>
        <w:t xml:space="preserve"> </w:t>
      </w:r>
      <w:r>
        <w:rPr>
          <w:b/>
          <w:bCs/>
        </w:rPr>
        <w:t xml:space="preserve">he had been forced to recognize that he had barely known him at all.</w:t>
      </w:r>
      <w:r>
        <w:br/>
      </w:r>
      <w:r>
        <w:t xml:space="preserve">    (a) published notice of death with a short biography</w:t>
      </w:r>
      <w:r>
        <w:br/>
      </w:r>
      <w:r>
        <w:t xml:space="preserve">    (b) the act, process, or instance of telling a story</w:t>
      </w:r>
      <w:r>
        <w:br/>
      </w:r>
      <w:r>
        <w:t xml:space="preserve">    (c) a general feeling of not being as good as others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Our only chance is to use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decoys</w:t>
      </w:r>
      <w:r>
        <w:rPr>
          <w:b/>
          <w:bCs/>
        </w:rPr>
        <w:t xml:space="preserve">.</w:t>
      </w:r>
      <w:r>
        <w:br/>
      </w:r>
      <w:r>
        <w:t xml:space="preserve">    (a) makes uncomfortable (weighs heavily on the senses or spirit)</w:t>
      </w:r>
      <w:r>
        <w:br/>
      </w:r>
      <w:r>
        <w:t xml:space="preserve">    (b) someone or something used for trickery -- especially to lure</w:t>
      </w:r>
      <w:r>
        <w:br/>
      </w:r>
      <w:r>
        <w:t xml:space="preserve">    (c) tries to make profit--typically by making a risky investment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Mr. Weasley gave a maniacal laugh; Mrs. Weasley threw him a look, upon which he became immediately silent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assumed</w:t>
      </w:r>
      <w:r>
        <w:rPr>
          <w:b/>
          <w:bCs/>
        </w:rPr>
        <w:t xml:space="preserve"> </w:t>
      </w:r>
      <w:r>
        <w:rPr>
          <w:b/>
          <w:bCs/>
        </w:rPr>
        <w:t xml:space="preserve">an expression appropriate to the sickbed of a close friend.</w:t>
      </w:r>
      <w:r>
        <w:br/>
      </w:r>
      <w:r>
        <w:t xml:space="preserve">    (a) wrongly translated</w:t>
      </w:r>
      <w:r>
        <w:br/>
      </w:r>
      <w:r>
        <w:t xml:space="preserve">    (b) took on (an appearance)</w:t>
      </w:r>
      <w:r>
        <w:br/>
      </w:r>
      <w:r>
        <w:t xml:space="preserve">    (c) influenced opinion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assume</w:t>
      </w:r>
      <w:r>
        <w:rPr>
          <w:b/>
          <w:bCs/>
        </w:rPr>
        <w:t xml:space="preserve"> </w:t>
      </w:r>
      <w:r>
        <w:rPr>
          <w:b/>
          <w:bCs/>
        </w:rPr>
        <w:t xml:space="preserve">that you are familiar with 'The Tale of the Three Brothers'?</w:t>
      </w:r>
      <w:r>
        <w:br/>
      </w:r>
      <w:r>
        <w:t xml:space="preserve">    (a) show, determine, or understand</w:t>
      </w:r>
      <w:r>
        <w:br/>
      </w:r>
      <w:r>
        <w:t xml:space="preserve">    (b) interact, interest, or attract</w:t>
      </w:r>
      <w:r>
        <w:br/>
      </w:r>
      <w:r>
        <w:t xml:space="preserve">    (c) accept as true (without really knowing for sure)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Ginny did not seek another one-to-one meeting with Harry for the rest of the day, nor by any look or gesture did she show that they had shared more than polite conversation in her room.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Nevertheless</w:t>
      </w:r>
      <w:r>
        <w:rPr>
          <w:b/>
          <w:bCs/>
        </w:rPr>
        <w:t xml:space="preserve">, Charlie's arrival came as a relief to Harry. It provided a distraction...</w:t>
      </w:r>
      <w:r>
        <w:br/>
      </w:r>
      <w:r>
        <w:t xml:space="preserve">    (a) despite that</w:t>
      </w:r>
      <w:r>
        <w:br/>
      </w:r>
      <w:r>
        <w:t xml:space="preserve">    (b) in addition</w:t>
      </w:r>
      <w:r>
        <w:br/>
      </w:r>
      <w:r>
        <w:t xml:space="preserve">    (c) in keeping with that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Scrimgeour now pulled out of the bag a small book that looked as ancient as the copy of Secrets of the Darkest Art upstairs.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binding</w:t>
      </w:r>
      <w:r>
        <w:rPr>
          <w:b/>
          <w:bCs/>
        </w:rPr>
        <w:t xml:space="preserve"> </w:t>
      </w:r>
      <w:r>
        <w:rPr>
          <w:b/>
          <w:bCs/>
        </w:rPr>
        <w:t xml:space="preserve">was stained and peeling in places.</w:t>
      </w:r>
      <w:r>
        <w:br/>
      </w:r>
      <w:r>
        <w:t xml:space="preserve">    (a) controlling in advance (how something will turn out)</w:t>
      </w:r>
      <w:r>
        <w:br/>
      </w:r>
      <w:r>
        <w:t xml:space="preserve">    (b) the part of a book that holds the pages together</w:t>
      </w:r>
      <w:r>
        <w:br/>
      </w:r>
      <w:r>
        <w:t xml:space="preserve">    (c) leaving a place, job or position previously occupied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"Did I?" muttered Harry, tugging at the chains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binding</w:t>
      </w:r>
      <w:r>
        <w:rPr>
          <w:b/>
          <w:bCs/>
        </w:rPr>
        <w:t xml:space="preserve"> </w:t>
      </w:r>
      <w:r>
        <w:rPr>
          <w:b/>
          <w:bCs/>
        </w:rPr>
        <w:t xml:space="preserve">her arms, "Well, I've had a change of heart."</w:t>
      </w:r>
      <w:r>
        <w:br/>
      </w:r>
      <w:r>
        <w:t xml:space="preserve">    (a) constraining in some way -- such as tying up, requiring, or obligating</w:t>
      </w:r>
      <w:r>
        <w:br/>
      </w:r>
      <w:r>
        <w:t xml:space="preserve">    (b) geology that uses physical principles to study properties of the earth</w:t>
      </w:r>
      <w:r>
        <w:br/>
      </w:r>
      <w:r>
        <w:t xml:space="preserve">    (c) a metaphor for taking a step that results in an irrevocable commitment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only just beginning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appreciate</w:t>
      </w:r>
      <w:r>
        <w:rPr>
          <w:b/>
          <w:bCs/>
        </w:rPr>
        <w:t xml:space="preserve"> </w:t>
      </w:r>
      <w:r>
        <w:rPr>
          <w:b/>
          <w:bCs/>
        </w:rPr>
        <w:t xml:space="preserve">what had happened.</w:t>
      </w:r>
      <w:r>
        <w:br/>
      </w:r>
      <w:r>
        <w:t xml:space="preserve">    (a) understand (a situation)</w:t>
      </w:r>
      <w:r>
        <w:br/>
      </w:r>
      <w:r>
        <w:t xml:space="preserve">    (b) include consideration of</w:t>
      </w:r>
      <w:r>
        <w:br/>
      </w:r>
      <w:r>
        <w:t xml:space="preserve">    (c) struggle or disagreement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Simply to be alive to watch the sun rise over the sparkling snowy hillside ought to have been the greatest treasure on earth, yet he could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appreciate</w:t>
      </w:r>
      <w:r>
        <w:rPr>
          <w:b/>
          <w:bCs/>
        </w:rPr>
        <w:t xml:space="preserve"> </w:t>
      </w:r>
      <w:r>
        <w:rPr>
          <w:b/>
          <w:bCs/>
        </w:rPr>
        <w:t xml:space="preserve">it:</w:t>
      </w:r>
      <w:r>
        <w:br/>
      </w:r>
      <w:r>
        <w:t xml:space="preserve">    (a) bad feeling such as embarrassment, disappointment, or annoyance</w:t>
      </w:r>
      <w:r>
        <w:br/>
      </w:r>
      <w:r>
        <w:t xml:space="preserve">    (b) recognize the value or importance of; and/or be grateful for</w:t>
      </w:r>
      <w:r>
        <w:br/>
      </w:r>
      <w:r>
        <w:t xml:space="preserve">    (c) degrade ( decrease) the purity, quality, or status of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another quarter of an hour,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he was forced to conclude that the rest of his mother's letter was gone.</w:t>
      </w:r>
      <w:r>
        <w:br/>
      </w:r>
      <w:r>
        <w:t xml:space="preserve">    (a) starts (a fire)</w:t>
      </w:r>
      <w:r>
        <w:br/>
      </w:r>
      <w:r>
        <w:t xml:space="preserve">    (b) starts fighting</w:t>
      </w:r>
      <w:r>
        <w:br/>
      </w:r>
      <w:r>
        <w:t xml:space="preserve">    (c) in whatever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have,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, great difficulty with the idea of goblin-made objects passing from wizard to wizard.</w:t>
      </w:r>
      <w:r>
        <w:br/>
      </w:r>
      <w:r>
        <w:t xml:space="preserve">    (a) in keeping with or in agreement with what was just stated</w:t>
      </w:r>
      <w:r>
        <w:br/>
      </w:r>
      <w:r>
        <w:t xml:space="preserve">    (b) therefore (for that reason)</w:t>
      </w:r>
      <w:r>
        <w:br/>
      </w:r>
      <w:r>
        <w:t xml:space="preserve">    (c) a word used to connect contrasting ideas as when using</w:t>
      </w:r>
      <w:r>
        <w:t xml:space="preserve"> </w:t>
      </w:r>
      <w:r>
        <w:rPr>
          <w:i/>
          <w:iCs/>
        </w:rPr>
        <w:t xml:space="preserve">though</w:t>
      </w:r>
      <w:r>
        <w:t xml:space="preserve">,</w:t>
      </w:r>
      <w:r>
        <w:t xml:space="preserve"> </w:t>
      </w:r>
      <w:r>
        <w:rPr>
          <w:i/>
          <w:iCs/>
        </w:rPr>
        <w:t xml:space="preserve">in spite of that</w:t>
      </w:r>
      <w:r>
        <w:t xml:space="preserve">,</w:t>
      </w:r>
      <w:r>
        <w:t xml:space="preserve"> </w:t>
      </w:r>
      <w:r>
        <w:rPr>
          <w:i/>
          <w:iCs/>
        </w:rPr>
        <w:t xml:space="preserve">in contrast</w:t>
      </w:r>
      <w:r>
        <w:t xml:space="preserve">,</w:t>
      </w:r>
      <w:r>
        <w:t xml:space="preserve"> </w:t>
      </w:r>
      <w:r>
        <w:rPr>
          <w:i/>
          <w:iCs/>
        </w:rPr>
        <w:t xml:space="preserve">nevertheless</w:t>
      </w:r>
      <w:r>
        <w:t xml:space="preserve">, etc.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mean, are we sure it's still a Hor-</w:t>
      </w:r>
      <w:r>
        <w:rPr>
          <w:b/>
          <w:bCs/>
          <w:u w:val="single"/>
        </w:rPr>
        <w:t xml:space="preserve">crux</w:t>
      </w:r>
      <w:r>
        <w:rPr>
          <w:b/>
          <w:bCs/>
        </w:rPr>
        <w:t xml:space="preserve">?</w:t>
      </w:r>
      <w:r>
        <w:br/>
      </w:r>
      <w:r>
        <w:t xml:space="preserve">    (a) a feeling of anger or unhappiness at having to accept something not liked</w:t>
      </w:r>
      <w:r>
        <w:br/>
      </w:r>
      <w:r>
        <w:t xml:space="preserve">    (b) Hitler's fanatical and oppressive political party in World War II Germany</w:t>
      </w:r>
      <w:r>
        <w:br/>
      </w:r>
      <w:r>
        <w:t xml:space="preserve">    (c) the most important or difficult part of a problem, argument, or situation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one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bewildered</w:t>
      </w:r>
      <w:r>
        <w:rPr>
          <w:b/>
          <w:bCs/>
        </w:rPr>
        <w:t xml:space="preserve"> </w:t>
      </w:r>
      <w:r>
        <w:rPr>
          <w:b/>
          <w:bCs/>
        </w:rPr>
        <w:t xml:space="preserve">moment he thought that Ron had left the tent, then realized that Ron was lying in the shadow of a bunk,</w:t>
      </w:r>
      <w:r>
        <w:br/>
      </w:r>
      <w:r>
        <w:t xml:space="preserve">    (a) confused</w:t>
      </w:r>
      <w:r>
        <w:br/>
      </w:r>
      <w:r>
        <w:t xml:space="preserve">    (b) restored</w:t>
      </w:r>
      <w:r>
        <w:br/>
      </w:r>
      <w:r>
        <w:t xml:space="preserve">    (c) collided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Harry did not need to kneel or even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</w:t>
      </w:r>
      <w:r>
        <w:rPr>
          <w:b/>
          <w:bCs/>
        </w:rPr>
        <w:t xml:space="preserve"> </w:t>
      </w:r>
      <w:r>
        <w:rPr>
          <w:b/>
          <w:bCs/>
        </w:rPr>
        <w:t xml:space="preserve">very close to it to make out the words engraved upon it.</w:t>
      </w:r>
      <w:r>
        <w:br/>
      </w:r>
      <w:r>
        <w:t xml:space="preserve">    (a) create dramatic change</w:t>
      </w:r>
      <w:r>
        <w:br/>
      </w:r>
      <w:r>
        <w:t xml:space="preserve">    (b) mirror back (an image)</w:t>
      </w:r>
      <w:r>
        <w:br/>
      </w:r>
      <w:r>
        <w:t xml:space="preserve">    (c) get near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While he tried to decide on the best way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</w:t>
      </w:r>
      <w:r>
        <w:rPr>
          <w:b/>
          <w:bCs/>
        </w:rPr>
        <w:t xml:space="preserve"> </w:t>
      </w:r>
      <w:r>
        <w:rPr>
          <w:b/>
          <w:bCs/>
        </w:rPr>
        <w:t xml:space="preserve">his request, the goblin broke the silence.</w:t>
      </w:r>
      <w:r>
        <w:br/>
      </w:r>
      <w:r>
        <w:t xml:space="preserve">    (a) did not find a condition or substance to be present</w:t>
      </w:r>
      <w:r>
        <w:br/>
      </w:r>
      <w:r>
        <w:t xml:space="preserve">    (b) speak with someone about</w:t>
      </w:r>
      <w:r>
        <w:br/>
      </w:r>
      <w:r>
        <w:t xml:space="preserve">    (c) to support by providing money or other economic aid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Hermione put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vanquished</w:t>
      </w:r>
      <w:r>
        <w:rPr>
          <w:b/>
          <w:bCs/>
        </w:rPr>
        <w:t xml:space="preserve"> </w:t>
      </w:r>
      <w:r>
        <w:rPr>
          <w:b/>
          <w:bCs/>
        </w:rPr>
        <w:t xml:space="preserve">Horcrux into the beaded bag, then climbed back into her bed and settled down without another word.</w:t>
      </w:r>
      <w:r>
        <w:br/>
      </w:r>
      <w:r>
        <w:t xml:space="preserve">    (a) nervous or confused</w:t>
      </w:r>
      <w:r>
        <w:br/>
      </w:r>
      <w:r>
        <w:t xml:space="preserve">    (b) completely defeated</w:t>
      </w:r>
      <w:r>
        <w:br/>
      </w:r>
      <w:r>
        <w:t xml:space="preserve">    (c) excessively excited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didn't need a Cloak, he could perform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Disillusionment</w:t>
      </w:r>
      <w:r>
        <w:rPr>
          <w:b/>
          <w:bCs/>
        </w:rPr>
        <w:t xml:space="preserve"> </w:t>
      </w:r>
      <w:r>
        <w:rPr>
          <w:b/>
          <w:bCs/>
        </w:rPr>
        <w:t xml:space="preserve">Charm so powerful that he made himself completely invisible without one!</w:t>
      </w:r>
      <w:r>
        <w:br/>
      </w:r>
      <w:r>
        <w:t xml:space="preserve">    (a) disappointment resulting from losing false belief that something is better than it is</w:t>
      </w:r>
      <w:r>
        <w:br/>
      </w:r>
      <w:r>
        <w:t xml:space="preserve">    (b) suffering from a psychological disorder characterized by excessive distrust of others</w:t>
      </w:r>
      <w:r>
        <w:br/>
      </w:r>
      <w:r>
        <w:t xml:space="preserve">    (c) the doctrine that knowledge is acquired primarily by reason rather than by experience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Harry wondered how many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centaurs</w:t>
      </w:r>
      <w:r>
        <w:rPr>
          <w:b/>
          <w:bCs/>
        </w:rPr>
        <w:t xml:space="preserve"> </w:t>
      </w:r>
      <w:r>
        <w:rPr>
          <w:b/>
          <w:bCs/>
        </w:rPr>
        <w:t xml:space="preserve">were watching their procession pass; he dared not open his eyes to look.</w:t>
      </w:r>
      <w:r>
        <w:br/>
      </w:r>
      <w:r>
        <w:t xml:space="preserve">    (a) mythical beings that are half man and half horse</w:t>
      </w:r>
      <w:r>
        <w:br/>
      </w:r>
      <w:r>
        <w:t xml:space="preserve">    (b) images (seen on a mirror or other shiny surface)</w:t>
      </w:r>
      <w:r>
        <w:br/>
      </w:r>
      <w:r>
        <w:t xml:space="preserve">    (c) electronic components that act as one-way valves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2026-07-31T15:21:45Z</dcterms:created>
  <dcterms:modified xsi:type="dcterms:W3CDTF">2026-07-31T15:21:45Z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