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5173a2e018ead4d46a9cc81a98c85cb51bc49c"/>
    <w:p>
      <w:pPr>
        <w:pStyle w:val="Heading1"/>
      </w:pPr>
      <w:r>
        <w:rPr>
          <w:b/>
          <w:bCs/>
        </w:rPr>
        <w:t xml:space="preserve">Harry Potter and the Deathly Hallows</w:t>
      </w:r>
      <w:r>
        <w:br/>
      </w:r>
      <w:r>
        <w:rPr>
          <w:i/>
          <w:iCs/>
        </w:rPr>
        <w:t xml:space="preserve">J. K. Rowling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hallway was large, dimly lit,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sumptuously</w:t>
      </w:r>
      <w:r>
        <w:rPr>
          <w:b/>
          <w:bCs/>
        </w:rPr>
        <w:t xml:space="preserve"> </w:t>
      </w:r>
      <w:r>
        <w:rPr>
          <w:b/>
          <w:bCs/>
        </w:rPr>
        <w:t xml:space="preserve">decorated, with a magnificent carpet covering most of the stone floor.</w:t>
      </w:r>
      <w:r>
        <w:br/>
      </w:r>
      <w:r>
        <w:t xml:space="preserve">    (a) with acceptance of something undesired as unavoidable or the lesser of evils</w:t>
      </w:r>
      <w:r>
        <w:br/>
      </w:r>
      <w:r>
        <w:t xml:space="preserve">    (b) magnificent (impressively wonderful) -- often indicating something expensive</w:t>
      </w:r>
      <w:r>
        <w:br/>
      </w:r>
      <w:r>
        <w:t xml:space="preserve">    (c) in a manner that uses extreme or violent methods to achieve a political goal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locket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accorded</w:t>
      </w:r>
      <w:r>
        <w:rPr>
          <w:b/>
          <w:bCs/>
        </w:rPr>
        <w:t xml:space="preserve"> </w:t>
      </w:r>
      <w:r>
        <w:rPr>
          <w:b/>
          <w:bCs/>
        </w:rPr>
        <w:t xml:space="preserve">this place of honor not because it was valuable - in all usual senses it was worthless - but because of what it had cost to attain it.</w:t>
      </w:r>
      <w:r>
        <w:br/>
      </w:r>
      <w:r>
        <w:t xml:space="preserve">    (a) giving special treatment</w:t>
      </w:r>
      <w:r>
        <w:br/>
      </w:r>
      <w:r>
        <w:t xml:space="preserve">    (b) found, sought, or researched</w:t>
      </w:r>
      <w:r>
        <w:br/>
      </w:r>
      <w:r>
        <w:t xml:space="preserve">    (c) not judged in a negative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Dumbledore's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innumerable</w:t>
      </w:r>
      <w:r>
        <w:rPr>
          <w:b/>
          <w:bCs/>
        </w:rPr>
        <w:t xml:space="preserve"> </w:t>
      </w:r>
      <w:r>
        <w:rPr>
          <w:b/>
          <w:bCs/>
        </w:rPr>
        <w:t xml:space="preserve">contributions to the store of Wizarding knowledge, including his discovery of the twelve uses of dragon's blood, will benefit generations to come, as will the wisdom he dis-played in the many judgments while Chief Warlock of the Wizen-gamot.</w:t>
      </w:r>
      <w:r>
        <w:br/>
      </w:r>
      <w:r>
        <w:t xml:space="preserve">    (a) able to meet and talk with</w:t>
      </w:r>
      <w:r>
        <w:br/>
      </w:r>
      <w:r>
        <w:t xml:space="preserve">    (b) the quality of disagreeing</w:t>
      </w:r>
      <w:r>
        <w:br/>
      </w:r>
      <w:r>
        <w:t xml:space="preserve">    (c) too numerous to be counted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so very typical of his uncle to put his hopes in the establishment, even within this world that he despised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mistrusted</w:t>
      </w:r>
      <w:r>
        <w:rPr>
          <w:b/>
          <w:bCs/>
        </w:rPr>
        <w:t xml:space="preserve">.</w:t>
      </w:r>
      <w:r>
        <w:br/>
      </w:r>
      <w:r>
        <w:t xml:space="preserve">    (a) didn't trust or have confidence in</w:t>
      </w:r>
      <w:r>
        <w:br/>
      </w:r>
      <w:r>
        <w:t xml:space="preserve">    (b) fruit cooked with sugar (like jam)</w:t>
      </w:r>
      <w:r>
        <w:br/>
      </w:r>
      <w:r>
        <w:t xml:space="preserve">    (c) past-tense of the verb</w:t>
      </w:r>
      <w:r>
        <w:t xml:space="preserve"> </w:t>
      </w:r>
      <w:r>
        <w:rPr>
          <w:i/>
          <w:iCs/>
        </w:rPr>
        <w:t xml:space="preserve">lead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felt that nothing but action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assuage</w:t>
      </w:r>
      <w:r>
        <w:rPr>
          <w:b/>
          <w:bCs/>
        </w:rPr>
        <w:t xml:space="preserve"> </w:t>
      </w:r>
      <w:r>
        <w:rPr>
          <w:b/>
          <w:bCs/>
        </w:rPr>
        <w:t xml:space="preserve">his feelings of guilt and grief</w:t>
      </w:r>
      <w:r>
        <w:br/>
      </w:r>
      <w:r>
        <w:t xml:space="preserve">    (a) soothe</w:t>
      </w:r>
      <w:r>
        <w:br/>
      </w:r>
      <w:r>
        <w:t xml:space="preserve">    (b) unwrap</w:t>
      </w:r>
      <w:r>
        <w:br/>
      </w:r>
      <w:r>
        <w:t xml:space="preserve">    (c) follow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he struggled to find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counterargument</w:t>
      </w:r>
      <w:r>
        <w:rPr>
          <w:b/>
          <w:bCs/>
        </w:rPr>
        <w:t xml:space="preserve">, Ron spoke up, evidently following his own train of thought.</w:t>
      </w:r>
      <w:r>
        <w:br/>
      </w:r>
      <w:r>
        <w:t xml:space="preserve">    (a) persuasive reasoning offered in opposition to other reasoning</w:t>
      </w:r>
      <w:r>
        <w:br/>
      </w:r>
      <w:r>
        <w:t xml:space="preserve">    (b) a gap in a rule, allowing avoidance of the rule's core intent</w:t>
      </w:r>
      <w:r>
        <w:br/>
      </w:r>
      <w:r>
        <w:t xml:space="preserve">    (c) a formal statement of decision or opinion voted on by a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"Dumbledore must have taught thousands of students," Scrimgeour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persevered</w:t>
      </w:r>
      <w:r>
        <w:rPr>
          <w:b/>
          <w:bCs/>
        </w:rPr>
        <w:t xml:space="preserve">.</w:t>
      </w:r>
      <w:r>
        <w:br/>
      </w:r>
      <w:r>
        <w:t xml:space="preserve">    (a) kept working at something despite difficulties</w:t>
      </w:r>
      <w:r>
        <w:br/>
      </w:r>
      <w:r>
        <w:t xml:space="preserve">    (b) held together (connected or united) or wrapped</w:t>
      </w:r>
      <w:r>
        <w:br/>
      </w:r>
      <w:r>
        <w:t xml:space="preserve">    (c) considered (for affect on a result or outcome)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Scrimgeour, Ron, and Hermione continued to gaze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avidly</w:t>
      </w:r>
      <w:r>
        <w:rPr>
          <w:b/>
          <w:bCs/>
        </w:rPr>
        <w:t xml:space="preserve"> </w:t>
      </w:r>
      <w:r>
        <w:rPr>
          <w:b/>
          <w:bCs/>
        </w:rPr>
        <w:t xml:space="preserve">at the now partially concealed ball, as if still hoping it might transform in some way.</w:t>
      </w:r>
      <w:r>
        <w:br/>
      </w:r>
      <w:r>
        <w:t xml:space="preserve">    (a) enthusiastically or with great interest</w:t>
      </w:r>
      <w:r>
        <w:br/>
      </w:r>
      <w:r>
        <w:t xml:space="preserve">    (b) in a manner that makes others feel good</w:t>
      </w:r>
      <w:r>
        <w:br/>
      </w:r>
      <w:r>
        <w:t xml:space="preserve">    (c) in a pessimistic or disagreeable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You've never heard of The Tales of Beedle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Bard</w:t>
      </w:r>
      <w:r>
        <w:rPr>
          <w:b/>
          <w:bCs/>
        </w:rPr>
        <w:t xml:space="preserve">?</w:t>
      </w:r>
      <w:r>
        <w:br/>
      </w:r>
      <w:r>
        <w:t xml:space="preserve">    (a) of the American Indian civilization of Yucatan and Belize and Guatemala that reached its peak between AD 300 and 900</w:t>
      </w:r>
      <w:r>
        <w:br/>
      </w:r>
      <w:r>
        <w:t xml:space="preserve">    (b) lyric poet</w:t>
      </w:r>
      <w:r>
        <w:br/>
      </w:r>
      <w:r>
        <w:t xml:space="preserve">    (c) a hole or dropoff so deep the bottom cannot be seen -- often used figuratively to imply a frightening bottomless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did not like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stationary</w:t>
      </w:r>
      <w:r>
        <w:rPr>
          <w:b/>
          <w:bCs/>
        </w:rPr>
        <w:t xml:space="preserve">; walking had given the illusion that they had a goal.</w:t>
      </w:r>
      <w:r>
        <w:br/>
      </w:r>
      <w:r>
        <w:t xml:space="preserve">    (a) an official charge (of having broken the law)</w:t>
      </w:r>
      <w:r>
        <w:br/>
      </w:r>
      <w:r>
        <w:t xml:space="preserve">    (b) male, female, or any of many trans categories</w:t>
      </w:r>
      <w:r>
        <w:br/>
      </w:r>
      <w:r>
        <w:t xml:space="preserve">    (c) standing still; or not capable of being moved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loud crack and the house elf that Harry had so reluctantly inherited from Sirius appeared out of nowhere in front of the cold and empty fireplace: tiny, half human-sized, his pale skin hanging off him in folds, white hair sprouting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copiously</w:t>
      </w:r>
      <w:r>
        <w:rPr>
          <w:b/>
          <w:bCs/>
        </w:rPr>
        <w:t xml:space="preserve"> </w:t>
      </w:r>
      <w:r>
        <w:rPr>
          <w:b/>
          <w:bCs/>
        </w:rPr>
        <w:t xml:space="preserve">from his batlike ears.</w:t>
      </w:r>
      <w:r>
        <w:br/>
      </w:r>
      <w:r>
        <w:t xml:space="preserve">    (a) in a disrespectful or rejecting manner</w:t>
      </w:r>
      <w:r>
        <w:br/>
      </w:r>
      <w:r>
        <w:t xml:space="preserve">    (b) abundant (large in quantity or number)</w:t>
      </w:r>
      <w:r>
        <w:br/>
      </w:r>
      <w:r>
        <w:t xml:space="preserve">    (c) in a manner that is not easily noticed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elf lay on the floor, panting and shivering, green mucus glis-tening around his snot, a bruise already blooming on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 </w:t>
      </w:r>
      <w:r>
        <w:rPr>
          <w:b/>
          <w:bCs/>
        </w:rPr>
        <w:t xml:space="preserve">forehead where he had struck himself, his eyes swollen and bloodshot and swimming in tears.</w:t>
      </w:r>
      <w:r>
        <w:br/>
      </w:r>
      <w:r>
        <w:t xml:space="preserve">    (a) abnormally pale (lacking healthy skin color); or anything that lacks energy or liveliness</w:t>
      </w:r>
      <w:r>
        <w:br/>
      </w:r>
      <w:r>
        <w:t xml:space="preserve">    (b) mental weakness caused by old age; or describing a medical condition as caused by old age</w:t>
      </w:r>
      <w:r>
        <w:br/>
      </w:r>
      <w:r>
        <w:t xml:space="preserve">    (c) relating to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deaths," he added quickly,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forestalling</w:t>
      </w:r>
      <w:r>
        <w:rPr>
          <w:b/>
          <w:bCs/>
        </w:rPr>
        <w:t xml:space="preserve"> </w:t>
      </w:r>
      <w:r>
        <w:rPr>
          <w:b/>
          <w:bCs/>
        </w:rPr>
        <w:t xml:space="preserve">the question, "but they were rough.</w:t>
      </w:r>
      <w:r>
        <w:br/>
      </w:r>
      <w:r>
        <w:t xml:space="preserve">    (a) changing to fit a different situation</w:t>
      </w:r>
      <w:r>
        <w:br/>
      </w:r>
      <w:r>
        <w:t xml:space="preserve">    (b) preventing something by taking action</w:t>
      </w:r>
      <w:r>
        <w:br/>
      </w:r>
      <w:r>
        <w:t xml:space="preserve">    (c) strongly desiring; or a strong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delicious smell of baking salmon wafted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tantalizingly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direction.</w:t>
      </w:r>
      <w:r>
        <w:br/>
      </w:r>
      <w:r>
        <w:t xml:space="preserve">    (a) in a brave manner -- especially when adventurous or determined</w:t>
      </w:r>
      <w:r>
        <w:br/>
      </w:r>
      <w:r>
        <w:t xml:space="preserve">    (b) in a manner that makes someone excited about getting something</w:t>
      </w:r>
      <w:r>
        <w:br/>
      </w:r>
      <w:r>
        <w:t xml:space="preserve">    (c) with a desire to see others suffer; or in a threatening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want the facts, try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Quibbler</w:t>
      </w:r>
      <w:r>
        <w:rPr>
          <w:b/>
          <w:bCs/>
        </w:rPr>
        <w:t xml:space="preserve">.</w:t>
      </w:r>
      <w:r>
        <w:br/>
      </w:r>
      <w:r>
        <w:t xml:space="preserve">    (a) someone who argues about unimportant things</w:t>
      </w:r>
      <w:r>
        <w:br/>
      </w:r>
      <w:r>
        <w:t xml:space="preserve">    (b) someone who changes something (upon review)</w:t>
      </w:r>
      <w:r>
        <w:br/>
      </w:r>
      <w:r>
        <w:t xml:space="preserve">    (c) someone who takes something on as their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Goblin's silver repels mundane dirt,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imbibing</w:t>
      </w:r>
      <w:r>
        <w:rPr>
          <w:b/>
          <w:bCs/>
        </w:rPr>
        <w:t xml:space="preserve"> </w:t>
      </w:r>
      <w:r>
        <w:rPr>
          <w:b/>
          <w:bCs/>
        </w:rPr>
        <w:t xml:space="preserve">only that which strengthens it.</w:t>
      </w:r>
      <w:r>
        <w:br/>
      </w:r>
      <w:r>
        <w:t xml:space="preserve">    (a) taking in</w:t>
      </w:r>
      <w:r>
        <w:br/>
      </w:r>
      <w:r>
        <w:t xml:space="preserve">    (b) differing</w:t>
      </w:r>
      <w:r>
        <w:br/>
      </w:r>
      <w:r>
        <w:t xml:space="preserve">    (c) colliding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felt as though he was recuperating from some brief but severe illness, an impression reinforced by Hermione's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solicitousness</w:t>
      </w:r>
      <w:r>
        <w:rPr>
          <w:b/>
          <w:bCs/>
        </w:rPr>
        <w:t xml:space="preserve">.</w:t>
      </w:r>
      <w:r>
        <w:br/>
      </w:r>
      <w:r>
        <w:t xml:space="preserve">    (a) behavior that shows care or concern for someone</w:t>
      </w:r>
      <w:r>
        <w:br/>
      </w:r>
      <w:r>
        <w:t xml:space="preserve">    (b) the state or character of agreeing or approving</w:t>
      </w:r>
      <w:r>
        <w:br/>
      </w:r>
      <w:r>
        <w:t xml:space="preserve">    (c) the degree to which something can be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thought he recognized a Snargaluff and gave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wizened</w:t>
      </w:r>
      <w:r>
        <w:rPr>
          <w:b/>
          <w:bCs/>
        </w:rPr>
        <w:t xml:space="preserve"> </w:t>
      </w:r>
      <w:r>
        <w:rPr>
          <w:b/>
          <w:bCs/>
        </w:rPr>
        <w:t xml:space="preserve">stump a wide berth.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deserving no respect (worthless or of bad quality)</w:t>
      </w:r>
      <w:r>
        <w:br/>
      </w:r>
      <w:r>
        <w:t xml:space="preserve">    (c) thin and wrinkled -- typically from age or illness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leapt over an armchair and wrested the three wands from Draco's grip, pointed all of them at Greyback, and yelled, "</w:t>
      </w:r>
      <w:r>
        <w:rPr>
          <w:b/>
          <w:bCs/>
          <w:u w:val="single"/>
        </w:rPr>
        <w:t xml:space="preserve">Stupefy</w:t>
      </w:r>
      <w:r>
        <w:rPr>
          <w:b/>
          <w:bCs/>
        </w:rPr>
        <w:t xml:space="preserve">!"</w:t>
      </w:r>
      <w:r>
        <w:br/>
      </w:r>
      <w:r>
        <w:t xml:space="preserve">    (a) to begin communication with someone about something</w:t>
      </w:r>
      <w:r>
        <w:br/>
      </w:r>
      <w:r>
        <w:t xml:space="preserve">    (b) did not find a condition or substance to be present</w:t>
      </w:r>
      <w:r>
        <w:br/>
      </w:r>
      <w:r>
        <w:t xml:space="preserve">    (c) make one unable to think; or to completely surprise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you confide much more in a boy who is incapable of Occlumency, whose magic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mediocre</w:t>
      </w:r>
      <w:r>
        <w:rPr>
          <w:b/>
          <w:bCs/>
        </w:rPr>
        <w:t xml:space="preserve">, and who has a direct connection into the Dark Lord's mind!</w:t>
      </w:r>
      <w:r>
        <w:br/>
      </w:r>
      <w:r>
        <w:t xml:space="preserve">    (a) unable or difficult to meet and talk with</w:t>
      </w:r>
      <w:r>
        <w:br/>
      </w:r>
      <w:r>
        <w:t xml:space="preserve">    (b) without purpose, job, or natural activity</w:t>
      </w:r>
      <w:r>
        <w:br/>
      </w:r>
      <w:r>
        <w:t xml:space="preserve">    (c) average or a bit below average in quality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2026-07-31T15:21:45Z</dcterms:created>
  <dcterms:modified xsi:type="dcterms:W3CDTF">2026-07-31T15:21:45Z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