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4dfae1229fbea88dbfa56c12e9accf40d25ea9"/>
    <w:p>
      <w:pPr>
        <w:pStyle w:val="Heading1"/>
      </w:pPr>
      <w:r>
        <w:rPr>
          <w:b/>
          <w:bCs/>
        </w:rPr>
        <w:t xml:space="preserve">Harry Potter and the Half-Blood Prince</w:t>
      </w:r>
      <w:r>
        <w:br/>
      </w:r>
      <w:r>
        <w:rPr>
          <w:i/>
          <w:iCs/>
        </w:rPr>
        <w:t xml:space="preserve">J. K. Rowling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Laughter can be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antidote</w:t>
      </w:r>
      <w:r>
        <w:rPr>
          <w:b/>
          <w:bCs/>
        </w:rPr>
        <w:t xml:space="preserve"> </w:t>
      </w:r>
      <w:r>
        <w:rPr>
          <w:b/>
          <w:bCs/>
        </w:rPr>
        <w:t xml:space="preserve">for stress.</w:t>
      </w:r>
      <w:r>
        <w:br/>
      </w:r>
      <w:r>
        <w:t xml:space="preserve">    (a) cure</w:t>
      </w:r>
      <w:r>
        <w:br/>
      </w:r>
      <w:r>
        <w:t xml:space="preserve">    (b) poison</w:t>
      </w:r>
      <w:r>
        <w:br/>
      </w:r>
      <w:r>
        <w:t xml:space="preserve">    (c) toxin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saw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apparition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dead man.</w:t>
      </w:r>
      <w:r>
        <w:br/>
      </w:r>
      <w:r>
        <w:t xml:space="preserve">    (a) ghostlike figure</w:t>
      </w:r>
      <w:r>
        <w:br/>
      </w:r>
      <w:r>
        <w:t xml:space="preserve">    (b) video picture</w:t>
      </w:r>
      <w:r>
        <w:br/>
      </w:r>
      <w:r>
        <w:t xml:space="preserve">    (c) written diary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Greek mythology, Chiron is probably the most famous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centaurs</w:t>
      </w:r>
      <w:r>
        <w:rPr>
          <w:b/>
          <w:bCs/>
        </w:rPr>
        <w:t xml:space="preserve">. He is known for his wisdom and knowledge of medicine.</w:t>
      </w:r>
      <w:r>
        <w:br/>
      </w:r>
      <w:r>
        <w:t xml:space="preserve">    (a) demigod fighters in wars between gods</w:t>
      </w:r>
      <w:r>
        <w:br/>
      </w:r>
      <w:r>
        <w:t xml:space="preserve">    (b) winged horses that can fly</w:t>
      </w:r>
      <w:r>
        <w:br/>
      </w:r>
      <w:r>
        <w:t xml:space="preserve">    (c) mythical beings that are half man and half horse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confided</w:t>
      </w:r>
      <w:r>
        <w:rPr>
          <w:b/>
          <w:bCs/>
        </w:rPr>
        <w:t xml:space="preserve"> </w:t>
      </w:r>
      <w:r>
        <w:rPr>
          <w:b/>
          <w:bCs/>
        </w:rPr>
        <w:t xml:space="preserve">in her parents.</w:t>
      </w:r>
      <w:r>
        <w:br/>
      </w:r>
      <w:r>
        <w:t xml:space="preserve">    (a) trusted</w:t>
      </w:r>
      <w:r>
        <w:br/>
      </w:r>
      <w:r>
        <w:t xml:space="preserve">    (b) didn't trust</w:t>
      </w:r>
      <w:r>
        <w:br/>
      </w:r>
      <w:r>
        <w:t xml:space="preserve">    (c) was proud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Since the change,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disgruntled</w:t>
      </w:r>
      <w:r>
        <w:rPr>
          <w:b/>
          <w:bCs/>
        </w:rPr>
        <w:t xml:space="preserve"> </w:t>
      </w:r>
      <w:r>
        <w:rPr>
          <w:b/>
          <w:bCs/>
        </w:rPr>
        <w:t xml:space="preserve">employees complain of worsening working conditions</w:t>
      </w:r>
      <w:r>
        <w:br/>
      </w:r>
      <w:r>
        <w:t xml:space="preserve">    (a) unhappy</w:t>
      </w:r>
      <w:r>
        <w:br/>
      </w:r>
      <w:r>
        <w:t xml:space="preserve">    (b) loyal</w:t>
      </w:r>
      <w:r>
        <w:br/>
      </w:r>
      <w:r>
        <w:t xml:space="preserve">    (c) veteran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claimed she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divine</w:t>
      </w:r>
      <w:r>
        <w:rPr>
          <w:b/>
          <w:bCs/>
        </w:rPr>
        <w:t xml:space="preserve"> </w:t>
      </w:r>
      <w:r>
        <w:rPr>
          <w:b/>
          <w:bCs/>
        </w:rPr>
        <w:t xml:space="preserve">a person’s future by reading tea leaves at the bottom of a cup.</w:t>
      </w:r>
      <w:r>
        <w:br/>
      </w:r>
      <w:r>
        <w:t xml:space="preserve">    (a) remember clearly</w:t>
      </w:r>
      <w:r>
        <w:br/>
      </w:r>
      <w:r>
        <w:t xml:space="preserve">    (b) predict supernaturally</w:t>
      </w:r>
      <w:r>
        <w:br/>
      </w:r>
      <w:r>
        <w:t xml:space="preserve">    (c) imagine vividly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business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flourished</w:t>
      </w:r>
      <w:r>
        <w:rPr>
          <w:b/>
          <w:bCs/>
        </w:rPr>
        <w:t xml:space="preserve"> </w:t>
      </w:r>
      <w:r>
        <w:rPr>
          <w:b/>
          <w:bCs/>
        </w:rPr>
        <w:t xml:space="preserve">from day one.</w:t>
      </w:r>
      <w:r>
        <w:br/>
      </w:r>
      <w:r>
        <w:t xml:space="preserve">    (a) was a dangerous place</w:t>
      </w:r>
      <w:r>
        <w:br/>
      </w:r>
      <w:r>
        <w:t xml:space="preserve">    (b) struggled to make a profit</w:t>
      </w:r>
      <w:r>
        <w:br/>
      </w:r>
      <w:r>
        <w:t xml:space="preserve">    (c) grew or developed well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bowed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flourish</w:t>
      </w:r>
      <w:r>
        <w:rPr>
          <w:b/>
          <w:bCs/>
        </w:rPr>
        <w:t xml:space="preserve">.</w:t>
      </w:r>
      <w:r>
        <w:br/>
      </w:r>
      <w:r>
        <w:t xml:space="preserve">    (a) showy gesture</w:t>
      </w:r>
      <w:r>
        <w:br/>
      </w:r>
      <w:r>
        <w:t xml:space="preserve">    (b) twitch from pain</w:t>
      </w:r>
      <w:r>
        <w:br/>
      </w:r>
      <w:r>
        <w:t xml:space="preserve">    (c) smile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 Quixote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gaunt</w:t>
      </w:r>
      <w:r>
        <w:rPr>
          <w:b/>
          <w:bCs/>
        </w:rPr>
        <w:t xml:space="preserve"> </w:t>
      </w:r>
      <w:r>
        <w:rPr>
          <w:b/>
          <w:bCs/>
        </w:rPr>
        <w:t xml:space="preserve">and tired.</w:t>
      </w:r>
      <w:r>
        <w:br/>
      </w:r>
      <w:r>
        <w:t xml:space="preserve">    (a) very thin</w:t>
      </w:r>
      <w:r>
        <w:br/>
      </w:r>
      <w:r>
        <w:t xml:space="preserve">    (b) very worried</w:t>
      </w:r>
      <w:r>
        <w:br/>
      </w:r>
      <w:r>
        <w:t xml:space="preserve">    (c) very bored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hope to take the ACT just once.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 will take it early, so there is time to study and take it again if my scores aren't high enough.</w:t>
      </w:r>
      <w:r>
        <w:br/>
      </w:r>
      <w:r>
        <w:t xml:space="preserve">    (a) but</w:t>
      </w:r>
      <w:r>
        <w:br/>
      </w:r>
      <w:r>
        <w:t xml:space="preserve">    (b) also</w:t>
      </w:r>
      <w:r>
        <w:br/>
      </w:r>
      <w:r>
        <w:t xml:space="preserve">    (c)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safe we make it, there will always be risk.</w:t>
      </w:r>
      <w:r>
        <w:br/>
      </w:r>
      <w:r>
        <w:t xml:space="preserve">    (a) on-the-other-hand</w:t>
      </w:r>
      <w:r>
        <w:br/>
      </w:r>
      <w:r>
        <w:t xml:space="preserve">    (b) no matter how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Harry Potter said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incantation</w:t>
      </w:r>
      <w:r>
        <w:rPr>
          <w:b/>
          <w:bCs/>
        </w:rPr>
        <w:t xml:space="preserve">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"expecto patronum"</w:t>
      </w:r>
      <w:r>
        <w:rPr>
          <w:b/>
          <w:bCs/>
        </w:rPr>
        <w:t xml:space="preserve"> </w:t>
      </w:r>
      <w:r>
        <w:rPr>
          <w:b/>
          <w:bCs/>
        </w:rPr>
        <w:t xml:space="preserve">as he focuses on a happy memory to summon protection from dark magic.</w:t>
      </w:r>
      <w:r>
        <w:br/>
      </w:r>
      <w:r>
        <w:t xml:space="preserve">    (a) common saying</w:t>
      </w:r>
      <w:r>
        <w:br/>
      </w:r>
      <w:r>
        <w:t xml:space="preserve">    (b) magic words</w:t>
      </w:r>
      <w:r>
        <w:br/>
      </w:r>
      <w:r>
        <w:t xml:space="preserve">    (c) foreign phrase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laugh, but I overcame the urge.</w:t>
      </w:r>
      <w:r>
        <w:br/>
      </w:r>
      <w:r>
        <w:t xml:space="preserve">    (a) disinclined</w:t>
      </w:r>
      <w:r>
        <w:br/>
      </w:r>
      <w:r>
        <w:t xml:space="preserve">    (b) afraid</w:t>
      </w:r>
      <w:r>
        <w:br/>
      </w:r>
      <w:r>
        <w:t xml:space="preserve">    (c) tending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boat ramp has a steep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</w:t>
      </w:r>
      <w:r>
        <w:rPr>
          <w:b/>
          <w:bCs/>
        </w:rPr>
        <w:t xml:space="preserve">.</w:t>
      </w:r>
      <w:r>
        <w:br/>
      </w:r>
      <w:r>
        <w:t xml:space="preserve">    (a) danger</w:t>
      </w:r>
      <w:r>
        <w:br/>
      </w:r>
      <w:r>
        <w:t xml:space="preserve">    (b) slope</w:t>
      </w:r>
      <w:r>
        <w:br/>
      </w:r>
      <w:r>
        <w:t xml:space="preserve">    (c) price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</w:t>
      </w:r>
      <w:r>
        <w:rPr>
          <w:b/>
          <w:bCs/>
        </w:rPr>
        <w:t xml:space="preserve">, but she agreed to be searched when they accused her of shoplifting.</w:t>
      </w:r>
      <w:r>
        <w:br/>
      </w:r>
      <w:r>
        <w:t xml:space="preserve">    (a) surprised at the unexpected</w:t>
      </w:r>
      <w:r>
        <w:br/>
      </w:r>
      <w:r>
        <w:t xml:space="preserve">    (b) annoyed at something unjust</w:t>
      </w:r>
      <w:r>
        <w:br/>
      </w:r>
      <w:r>
        <w:t xml:space="preserve">    (c) defensive about being suspected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self-fulfilling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prophecy</w:t>
      </w:r>
      <w:r>
        <w:rPr>
          <w:b/>
          <w:bCs/>
        </w:rPr>
        <w:t xml:space="preserve">.</w:t>
      </w:r>
      <w:r>
        <w:br/>
      </w:r>
      <w:r>
        <w:t xml:space="preserve">    (a) prediction</w:t>
      </w:r>
      <w:r>
        <w:br/>
      </w:r>
      <w:r>
        <w:t xml:space="preserve">    (b) profitable enterprise</w:t>
      </w:r>
      <w:r>
        <w:br/>
      </w:r>
      <w:r>
        <w:t xml:space="preserve">    (c)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that if 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</w:t>
      </w:r>
      <w:r>
        <w:rPr>
          <w:b/>
          <w:bCs/>
        </w:rPr>
        <w:t xml:space="preserve">, I will be fired.</w:t>
      </w:r>
      <w:r>
        <w:br/>
      </w:r>
      <w:r>
        <w:t xml:space="preserve">    (a) renew an agreement</w:t>
      </w:r>
      <w:r>
        <w:br/>
      </w:r>
      <w:r>
        <w:t xml:space="preserve">    (b) do better</w:t>
      </w:r>
      <w:r>
        <w:br/>
      </w:r>
      <w:r>
        <w:t xml:space="preserve">    (c) quit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with acceptance</w:t>
      </w:r>
      <w:r>
        <w:br/>
      </w:r>
      <w:r>
        <w:t xml:space="preserve">    (b) resistant</w:t>
      </w:r>
      <w:r>
        <w:br/>
      </w:r>
      <w:r>
        <w:t xml:space="preserve">    (c) putting a stop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wrote the song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tribute</w:t>
      </w:r>
      <w:r>
        <w:rPr>
          <w:b/>
          <w:bCs/>
        </w:rPr>
        <w:t xml:space="preserve"> </w:t>
      </w:r>
      <w:r>
        <w:rPr>
          <w:b/>
          <w:bCs/>
        </w:rPr>
        <w:t xml:space="preserve">to all parents who sacrifice for their children.</w:t>
      </w:r>
      <w:r>
        <w:br/>
      </w:r>
      <w:r>
        <w:t xml:space="preserve">    (a) expression of sorrow</w:t>
      </w:r>
      <w:r>
        <w:br/>
      </w:r>
      <w:r>
        <w:t xml:space="preserve">    (b) expression of condemnation</w:t>
      </w:r>
      <w:r>
        <w:br/>
      </w:r>
      <w:r>
        <w:t xml:space="preserve">    (c) expression of admiration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Federalist Party adopted the slogan, "Millions for defense, but not one cent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tribute</w:t>
      </w:r>
      <w:r>
        <w:rPr>
          <w:b/>
          <w:bCs/>
        </w:rPr>
        <w:t xml:space="preserve">."</w:t>
      </w:r>
      <w:r>
        <w:br/>
      </w:r>
      <w:r>
        <w:t xml:space="preserve">    (a) payment to someone so they will not harm you</w:t>
      </w:r>
      <w:r>
        <w:br/>
      </w:r>
      <w:r>
        <w:t xml:space="preserve">    (b) something given or done to show admiration</w:t>
      </w:r>
      <w:r>
        <w:br/>
      </w:r>
      <w:r>
        <w:t xml:space="preserve">    (c) money spent to attack and conquer another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2026-07-31T15:21:10Z</dcterms:created>
  <dcterms:modified xsi:type="dcterms:W3CDTF">2026-07-31T15:21:10Z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