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fe0e953d23a4ff1166c57eafbc761e51dfab96"/>
    <w:p>
      <w:pPr>
        <w:pStyle w:val="Heading1"/>
      </w:pPr>
      <w:r>
        <w:rPr>
          <w:b/>
          <w:bCs/>
        </w:rPr>
        <w:t xml:space="preserve">Harry Potter and the Half-Blood Prince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abashed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unexpected praise and didn't know what to say.</w:t>
      </w:r>
      <w:r>
        <w:br/>
      </w:r>
      <w:r>
        <w:t xml:space="preserve">    (a) delighted and confident</w:t>
      </w:r>
      <w:r>
        <w:br/>
      </w:r>
      <w:r>
        <w:t xml:space="preserve">    (b) tired and distracted</w:t>
      </w:r>
      <w:r>
        <w:br/>
      </w:r>
      <w:r>
        <w:t xml:space="preserve">    (c) embarrassed or unsettled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Anyone who plays a musical instrument is encouraged to come to tryouts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the choir.</w:t>
      </w:r>
      <w:r>
        <w:br/>
      </w:r>
      <w:r>
        <w:t xml:space="preserve">    (a) enjoy</w:t>
      </w:r>
      <w:r>
        <w:br/>
      </w:r>
      <w:r>
        <w:t xml:space="preserve">    (b) perform with</w:t>
      </w:r>
      <w:r>
        <w:br/>
      </w:r>
      <w:r>
        <w:t xml:space="preserve">    (c) help evaluate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reporter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accosted</w:t>
      </w:r>
      <w:r>
        <w:rPr>
          <w:b/>
          <w:bCs/>
        </w:rPr>
        <w:t xml:space="preserve"> </w:t>
      </w:r>
      <w:r>
        <w:rPr>
          <w:b/>
          <w:bCs/>
        </w:rPr>
        <w:t xml:space="preserve">the politician as she left the building, bombarding her with questions about the recent scandal.</w:t>
      </w:r>
      <w:r>
        <w:br/>
      </w:r>
      <w:r>
        <w:t xml:space="preserve">    (a) approached politely</w:t>
      </w:r>
      <w:r>
        <w:br/>
      </w:r>
      <w:r>
        <w:t xml:space="preserve">    (b) approached timidly</w:t>
      </w:r>
      <w:r>
        <w:br/>
      </w:r>
      <w:r>
        <w:t xml:space="preserve">    (c) approached aggressively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good at making a point in an interesting and memorable way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</w:t>
      </w:r>
      <w:r>
        <w:rPr>
          <w:b/>
          <w:bCs/>
        </w:rPr>
        <w:t xml:space="preserve">.</w:t>
      </w:r>
      <w:r>
        <w:br/>
      </w:r>
      <w:r>
        <w:t xml:space="preserve">    (a) detailed research report</w:t>
      </w:r>
      <w:r>
        <w:br/>
      </w:r>
      <w:r>
        <w:t xml:space="preserve">    (b) long boring lecture</w:t>
      </w:r>
      <w:r>
        <w:br/>
      </w:r>
      <w:r>
        <w:t xml:space="preserve">    (c) short true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apprehended</w:t>
      </w:r>
      <w:r>
        <w:rPr>
          <w:b/>
          <w:bCs/>
        </w:rPr>
        <w:t xml:space="preserve"> </w:t>
      </w:r>
      <w:r>
        <w:rPr>
          <w:b/>
          <w:bCs/>
        </w:rPr>
        <w:t xml:space="preserve">the suspect late last night.</w:t>
      </w:r>
      <w:r>
        <w:br/>
      </w:r>
      <w:r>
        <w:t xml:space="preserve">    (a) understood</w:t>
      </w:r>
      <w:r>
        <w:br/>
      </w:r>
      <w:r>
        <w:t xml:space="preserve">    (b) caught and arrested</w:t>
      </w:r>
      <w:r>
        <w:br/>
      </w:r>
      <w:r>
        <w:t xml:space="preserve">    (c) found the location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earthquake left our pictures hanging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.</w:t>
      </w:r>
      <w:r>
        <w:br/>
      </w:r>
      <w:r>
        <w:t xml:space="preserve">    (a) crooked</w:t>
      </w:r>
      <w:r>
        <w:br/>
      </w:r>
      <w:r>
        <w:t xml:space="preserve">    (b) alone</w:t>
      </w:r>
      <w:r>
        <w:br/>
      </w:r>
      <w:r>
        <w:t xml:space="preserve">    (c) covered in dust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production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fiasco</w:t>
      </w:r>
      <w:r>
        <w:rPr>
          <w:b/>
          <w:bCs/>
        </w:rPr>
        <w:t xml:space="preserve">.</w:t>
      </w:r>
      <w:r>
        <w:br/>
      </w:r>
      <w:r>
        <w:t xml:space="preserve">    (a) challenge</w:t>
      </w:r>
      <w:r>
        <w:br/>
      </w:r>
      <w:r>
        <w:t xml:space="preserve">    (b) failure</w:t>
      </w:r>
      <w:r>
        <w:br/>
      </w:r>
      <w:r>
        <w:t xml:space="preserve">    (c) success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 re-entered negotiations in an attempt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forestall</w:t>
      </w:r>
      <w:r>
        <w:rPr>
          <w:b/>
          <w:bCs/>
        </w:rPr>
        <w:t xml:space="preserve"> </w:t>
      </w:r>
      <w:r>
        <w:rPr>
          <w:b/>
          <w:bCs/>
        </w:rPr>
        <w:t xml:space="preserve">bankruptcy.</w:t>
      </w:r>
      <w:r>
        <w:br/>
      </w:r>
      <w:r>
        <w:t xml:space="preserve">    (a) support</w:t>
      </w:r>
      <w:r>
        <w:br/>
      </w:r>
      <w:r>
        <w:t xml:space="preserve">    (b) prevent</w:t>
      </w:r>
      <w:r>
        <w:br/>
      </w:r>
      <w:r>
        <w:t xml:space="preserve">    (c) delay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 don't generally warm to her. She comes across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imperious</w:t>
      </w:r>
      <w:r>
        <w:rPr>
          <w:b/>
          <w:bCs/>
        </w:rPr>
        <w:t xml:space="preserve">.</w:t>
      </w:r>
      <w:r>
        <w:br/>
      </w:r>
      <w:r>
        <w:t xml:space="preserve">    (a) ridiculous</w:t>
      </w:r>
      <w:r>
        <w:br/>
      </w:r>
      <w:r>
        <w:t xml:space="preserve">    (b) arrogant</w:t>
      </w:r>
      <w:r>
        <w:br/>
      </w:r>
      <w:r>
        <w:t xml:space="preserve">    (c) foolish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trust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implicitly</w:t>
      </w:r>
      <w:r>
        <w:rPr>
          <w:b/>
          <w:bCs/>
        </w:rPr>
        <w:t xml:space="preserve">.</w:t>
      </w:r>
      <w:r>
        <w:br/>
      </w:r>
      <w:r>
        <w:t xml:space="preserve">    (a) guardedly</w:t>
      </w:r>
      <w:r>
        <w:br/>
      </w:r>
      <w:r>
        <w:t xml:space="preserve">    (b) with concern</w:t>
      </w:r>
      <w:r>
        <w:br/>
      </w:r>
      <w:r>
        <w:t xml:space="preserve">    (c) without question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irate</w:t>
      </w:r>
      <w:r>
        <w:rPr>
          <w:b/>
          <w:bCs/>
        </w:rPr>
        <w:t xml:space="preserve"> </w:t>
      </w:r>
      <w:r>
        <w:rPr>
          <w:b/>
          <w:bCs/>
        </w:rPr>
        <w:t xml:space="preserve">customer was yelling at the manager.</w:t>
      </w:r>
      <w:r>
        <w:br/>
      </w:r>
      <w:r>
        <w:t xml:space="preserve">    (a) extremely loud</w:t>
      </w:r>
      <w:r>
        <w:br/>
      </w:r>
      <w:r>
        <w:t xml:space="preserve">    (b) extremely angry</w:t>
      </w:r>
      <w:r>
        <w:br/>
      </w:r>
      <w:r>
        <w:t xml:space="preserve">    (c) extremely big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received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mediocre</w:t>
      </w:r>
      <w:r>
        <w:rPr>
          <w:b/>
          <w:bCs/>
        </w:rPr>
        <w:t xml:space="preserve"> </w:t>
      </w:r>
      <w:r>
        <w:rPr>
          <w:b/>
          <w:bCs/>
        </w:rPr>
        <w:t xml:space="preserve">reviews, so we chose another place.</w:t>
      </w:r>
      <w:r>
        <w:br/>
      </w:r>
      <w:r>
        <w:t xml:space="preserve">    (a) truly excellent</w:t>
      </w:r>
      <w:r>
        <w:br/>
      </w:r>
      <w:r>
        <w:t xml:space="preserve">    (b) only average</w:t>
      </w:r>
      <w:r>
        <w:br/>
      </w:r>
      <w:r>
        <w:t xml:space="preserve">    (c) clearly terrible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morose</w:t>
      </w:r>
      <w:r>
        <w:rPr>
          <w:b/>
          <w:bCs/>
        </w:rPr>
        <w:t xml:space="preserve"> </w:t>
      </w:r>
      <w:r>
        <w:rPr>
          <w:b/>
          <w:bCs/>
        </w:rPr>
        <w:t xml:space="preserve">and unsociable.</w:t>
      </w:r>
      <w:r>
        <w:br/>
      </w:r>
      <w:r>
        <w:t xml:space="preserve">    (a) unhappy</w:t>
      </w:r>
      <w:r>
        <w:br/>
      </w:r>
      <w:r>
        <w:t xml:space="preserve">    (b) angry</w:t>
      </w:r>
      <w:r>
        <w:br/>
      </w:r>
      <w:r>
        <w:t xml:space="preserve">    (c) frustrated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arrived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ostentatious</w:t>
      </w:r>
      <w:r>
        <w:rPr>
          <w:b/>
          <w:bCs/>
        </w:rPr>
        <w:t xml:space="preserve"> </w:t>
      </w:r>
      <w:r>
        <w:rPr>
          <w:b/>
          <w:bCs/>
        </w:rPr>
        <w:t xml:space="preserve">stretch limo.</w:t>
      </w:r>
      <w:r>
        <w:br/>
      </w:r>
      <w:r>
        <w:t xml:space="preserve">    (a) expensive</w:t>
      </w:r>
      <w:r>
        <w:br/>
      </w:r>
      <w:r>
        <w:t xml:space="preserve">    (b) long</w:t>
      </w:r>
      <w:r>
        <w:br/>
      </w:r>
      <w:r>
        <w:t xml:space="preserve">    (c) showy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 alarmed the nurse on duty.</w:t>
      </w:r>
      <w:r>
        <w:br/>
      </w:r>
      <w:r>
        <w:t xml:space="preserve">    (a) unhealthily pale</w:t>
      </w:r>
      <w:r>
        <w:br/>
      </w:r>
      <w:r>
        <w:t xml:space="preserve">    (b) heavily wrinkled</w:t>
      </w:r>
      <w:r>
        <w:br/>
      </w:r>
      <w:r>
        <w:t xml:space="preserve">    (c) deeply flushed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time, it was an emergency. There was no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quibble</w:t>
      </w:r>
      <w:r>
        <w:rPr>
          <w:b/>
          <w:bCs/>
        </w:rPr>
        <w:t xml:space="preserve"> </w:t>
      </w:r>
      <w:r>
        <w:rPr>
          <w:b/>
          <w:bCs/>
        </w:rPr>
        <w:t xml:space="preserve">over details.</w:t>
      </w:r>
      <w:r>
        <w:br/>
      </w:r>
      <w:r>
        <w:t xml:space="preserve">    (a) analyze or analysis</w:t>
      </w:r>
      <w:r>
        <w:br/>
      </w:r>
      <w:r>
        <w:t xml:space="preserve">    (b) be distressed or distress</w:t>
      </w:r>
      <w:r>
        <w:br/>
      </w:r>
      <w:r>
        <w:t xml:space="preserve">    (c) argue (about unimportant things)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instruct</w:t>
      </w:r>
      <w:r>
        <w:br/>
      </w:r>
      <w:r>
        <w:t xml:space="preserve">    (b) compliment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school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stringent</w:t>
      </w:r>
      <w:r>
        <w:rPr>
          <w:b/>
          <w:bCs/>
        </w:rPr>
        <w:t xml:space="preserve"> </w:t>
      </w:r>
      <w:r>
        <w:rPr>
          <w:b/>
          <w:bCs/>
        </w:rPr>
        <w:t xml:space="preserve">dress code.</w:t>
      </w:r>
      <w:r>
        <w:br/>
      </w:r>
      <w:r>
        <w:t xml:space="preserve">    (a) strict</w:t>
      </w:r>
      <w:r>
        <w:br/>
      </w:r>
      <w:r>
        <w:t xml:space="preserve">    (b) relaxed</w:t>
      </w:r>
      <w:r>
        <w:br/>
      </w:r>
      <w:r>
        <w:t xml:space="preserve">    (c) old-fashioned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magician's final trick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stupefy</w:t>
      </w:r>
      <w:r>
        <w:rPr>
          <w:b/>
          <w:bCs/>
        </w:rPr>
        <w:t xml:space="preserve"> </w:t>
      </w:r>
      <w:r>
        <w:rPr>
          <w:b/>
          <w:bCs/>
        </w:rPr>
        <w:t xml:space="preserve">everyone in the audience.</w:t>
      </w:r>
      <w:r>
        <w:br/>
      </w:r>
      <w:r>
        <w:t xml:space="preserve">    (a) bore and annoy</w:t>
      </w:r>
      <w:r>
        <w:br/>
      </w:r>
      <w:r>
        <w:t xml:space="preserve">    (b) warn and alert</w:t>
      </w:r>
      <w:r>
        <w:br/>
      </w:r>
      <w:r>
        <w:t xml:space="preserve">    (c) amaze and daze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lawyer's argument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succinct</w:t>
      </w:r>
      <w:r>
        <w:rPr>
          <w:b/>
          <w:bCs/>
        </w:rPr>
        <w:t xml:space="preserve"> </w:t>
      </w:r>
      <w:r>
        <w:rPr>
          <w:b/>
          <w:bCs/>
        </w:rPr>
        <w:t xml:space="preserve">and persuasive.</w:t>
      </w:r>
      <w:r>
        <w:br/>
      </w:r>
      <w:r>
        <w:t xml:space="preserve">    (a) using expansive vocabulary</w:t>
      </w:r>
      <w:r>
        <w:br/>
      </w:r>
      <w:r>
        <w:t xml:space="preserve">    (b) long and in-depth</w:t>
      </w:r>
      <w:r>
        <w:br/>
      </w:r>
      <w:r>
        <w:t xml:space="preserve">    (c) clear and concise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2026-07-31T15:21:11Z</dcterms:created>
  <dcterms:modified xsi:type="dcterms:W3CDTF">2026-07-31T15:21:11Z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