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920a4c9bb79929fc3a89871449ba0f75d269c0e"/>
    <w:p>
      <w:pPr>
        <w:pStyle w:val="Heading1"/>
      </w:pPr>
      <w:r>
        <w:rPr>
          <w:b/>
          <w:bCs/>
        </w:rPr>
        <w:t xml:space="preserve">Harry Potter and the Half-Blood Prince</w:t>
      </w:r>
      <w:r>
        <w:br/>
      </w:r>
      <w:r>
        <w:rPr>
          <w:i/>
          <w:iCs/>
        </w:rPr>
        <w:t xml:space="preserve">J. K. Rowling</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She nodded almost imperceptibly and then opened her mouth, but Snape</w:t>
      </w:r>
      <w:r>
        <w:rPr>
          <w:b/>
          <w:bCs/>
        </w:rPr>
        <w:t xml:space="preserve"> </w:t>
      </w:r>
      <w:r>
        <w:rPr>
          <w:b/>
          <w:bCs/>
          <w:u w:val="single"/>
        </w:rPr>
        <w:t xml:space="preserve">forestalled</w:t>
      </w:r>
      <w:r>
        <w:rPr>
          <w:b/>
          <w:bCs/>
        </w:rPr>
        <w:t xml:space="preserve"> </w:t>
      </w:r>
      <w:r>
        <w:rPr>
          <w:b/>
          <w:bCs/>
        </w:rPr>
        <w:t xml:space="preserve">her.</w:t>
      </w:r>
      <w:r>
        <w:br/>
      </w:r>
      <w:r>
        <w:t xml:space="preserve">    (a) prevented (from doing something)</w:t>
      </w:r>
      <w:r>
        <w:br/>
      </w:r>
      <w:r>
        <w:t xml:space="preserve">    (b) made strips of hair lighter in color</w:t>
      </w:r>
      <w:r>
        <w:br/>
      </w:r>
      <w:r>
        <w:t xml:space="preserve">    (c) interacted, interested, or attracted</w:t>
      </w:r>
    </w:p>
    <w:p>
      <w:pPr>
        <w:pStyle w:val="Compact"/>
        <w:numPr>
          <w:ilvl w:val="0"/>
          <w:numId w:val="1001"/>
        </w:numPr>
      </w:pPr>
      <w:r>
        <w:rPr>
          <w:b/>
          <w:bCs/>
        </w:rPr>
        <w:t xml:space="preserve">He was in a pitiable condition, very weak, sharing the body of a</w:t>
      </w:r>
      <w:r>
        <w:rPr>
          <w:b/>
          <w:bCs/>
        </w:rPr>
        <w:t xml:space="preserve"> </w:t>
      </w:r>
      <w:r>
        <w:rPr>
          <w:b/>
          <w:bCs/>
          <w:u w:val="single"/>
        </w:rPr>
        <w:t xml:space="preserve">mediocre</w:t>
      </w:r>
      <w:r>
        <w:rPr>
          <w:b/>
          <w:bCs/>
        </w:rPr>
        <w:t xml:space="preserve"> </w:t>
      </w:r>
      <w:r>
        <w:rPr>
          <w:b/>
          <w:bCs/>
        </w:rPr>
        <w:t xml:space="preserve">wizard.</w:t>
      </w:r>
      <w:r>
        <w:br/>
      </w:r>
      <w:r>
        <w:t xml:space="preserve">    (a) unable or difficult to meet and talk with</w:t>
      </w:r>
      <w:r>
        <w:br/>
      </w:r>
      <w:r>
        <w:t xml:space="preserve">    (b) average or a bit below average in quality</w:t>
      </w:r>
      <w:r>
        <w:br/>
      </w:r>
      <w:r>
        <w:t xml:space="preserve">    (c) without purpose, job, or natural activity</w:t>
      </w:r>
    </w:p>
    <w:p>
      <w:pPr>
        <w:pStyle w:val="Compact"/>
        <w:numPr>
          <w:ilvl w:val="0"/>
          <w:numId w:val="1001"/>
        </w:numPr>
      </w:pPr>
      <w:r>
        <w:rPr>
          <w:b/>
          <w:bCs/>
        </w:rPr>
        <w:t xml:space="preserve">Does he still, after the</w:t>
      </w:r>
      <w:r>
        <w:rPr>
          <w:b/>
          <w:bCs/>
        </w:rPr>
        <w:t xml:space="preserve"> </w:t>
      </w:r>
      <w:r>
        <w:rPr>
          <w:b/>
          <w:bCs/>
          <w:u w:val="single"/>
        </w:rPr>
        <w:t xml:space="preserve">fiasco</w:t>
      </w:r>
      <w:r>
        <w:rPr>
          <w:b/>
          <w:bCs/>
        </w:rPr>
        <w:t xml:space="preserve"> </w:t>
      </w:r>
      <w:r>
        <w:rPr>
          <w:b/>
          <w:bCs/>
        </w:rPr>
        <w:t xml:space="preserve">at the Ministry?</w:t>
      </w:r>
      <w:r>
        <w:br/>
      </w:r>
      <w:r>
        <w:t xml:space="preserve">    (a) a complete failure or humiliating situation</w:t>
      </w:r>
      <w:r>
        <w:br/>
      </w:r>
      <w:r>
        <w:t xml:space="preserve">    (b) something that helps clarify or demonstrate</w:t>
      </w:r>
      <w:r>
        <w:br/>
      </w:r>
      <w:r>
        <w:t xml:space="preserve">    (c) the act of taking something on as one's own</w:t>
      </w:r>
    </w:p>
    <w:p>
      <w:pPr>
        <w:pStyle w:val="Compact"/>
        <w:numPr>
          <w:ilvl w:val="0"/>
          <w:numId w:val="1001"/>
        </w:numPr>
      </w:pPr>
      <w:r>
        <w:rPr>
          <w:b/>
          <w:bCs/>
        </w:rPr>
        <w:t xml:space="preserve">He has no idea of your true allegiance, he trusts you</w:t>
      </w:r>
      <w:r>
        <w:rPr>
          <w:b/>
          <w:bCs/>
        </w:rPr>
        <w:t xml:space="preserve"> </w:t>
      </w:r>
      <w:r>
        <w:rPr>
          <w:b/>
          <w:bCs/>
          <w:u w:val="single"/>
        </w:rPr>
        <w:t xml:space="preserve">implicitly</w:t>
      </w:r>
      <w:r>
        <w:rPr>
          <w:b/>
          <w:bCs/>
        </w:rPr>
        <w:t xml:space="preserve"> </w:t>
      </w:r>
      <w:r>
        <w:rPr>
          <w:b/>
          <w:bCs/>
        </w:rPr>
        <w:t xml:space="preserve">still?</w:t>
      </w:r>
      <w:r>
        <w:br/>
      </w:r>
      <w:r>
        <w:t xml:space="preserve">    (a) not exactly or accurately</w:t>
      </w:r>
      <w:r>
        <w:br/>
      </w:r>
      <w:r>
        <w:t xml:space="preserve">    (b) in a manner like a "monk"</w:t>
      </w:r>
      <w:r>
        <w:br/>
      </w:r>
      <w:r>
        <w:t xml:space="preserve">    (c) without question or doubt</w:t>
      </w:r>
    </w:p>
    <w:p>
      <w:pPr>
        <w:pStyle w:val="Compact"/>
        <w:numPr>
          <w:ilvl w:val="0"/>
          <w:numId w:val="1001"/>
        </w:numPr>
      </w:pPr>
      <w:r>
        <w:rPr>
          <w:b/>
          <w:bCs/>
        </w:rPr>
        <w:t xml:space="preserve">He had been sitting in a chair beside his bedroom window for the best part of four hours, staring out at the darkening street, and had finally fallen asleep with one side of his face pressed against the cold windowpane, his glasses</w:t>
      </w:r>
      <w:r>
        <w:rPr>
          <w:b/>
          <w:bCs/>
        </w:rPr>
        <w:t xml:space="preserve"> </w:t>
      </w:r>
      <w:r>
        <w:rPr>
          <w:b/>
          <w:bCs/>
          <w:u w:val="single"/>
        </w:rPr>
        <w:t xml:space="preserve">askew</w:t>
      </w:r>
      <w:r>
        <w:rPr>
          <w:b/>
          <w:bCs/>
        </w:rPr>
        <w:t xml:space="preserve"> </w:t>
      </w:r>
      <w:r>
        <w:rPr>
          <w:b/>
          <w:bCs/>
        </w:rPr>
        <w:t xml:space="preserve">and his mouth wide open.</w:t>
      </w:r>
      <w:r>
        <w:br/>
      </w:r>
      <w:r>
        <w:t xml:space="preserve">    (a) not straight; or not right</w:t>
      </w:r>
      <w:r>
        <w:br/>
      </w:r>
      <w:r>
        <w:t xml:space="preserve">    (b) opposed to "globalization"</w:t>
      </w:r>
      <w:r>
        <w:br/>
      </w:r>
      <w:r>
        <w:t xml:space="preserve">    (c) rain, snow, hail, or sleet</w:t>
      </w:r>
    </w:p>
    <w:p>
      <w:pPr>
        <w:pStyle w:val="Compact"/>
        <w:numPr>
          <w:ilvl w:val="0"/>
          <w:numId w:val="1001"/>
        </w:numPr>
      </w:pPr>
      <w:r>
        <w:rPr>
          <w:b/>
          <w:bCs/>
        </w:rPr>
        <w:t xml:space="preserve">Her amber eyes surveyed the room</w:t>
      </w:r>
      <w:r>
        <w:rPr>
          <w:b/>
          <w:bCs/>
        </w:rPr>
        <w:t xml:space="preserve"> </w:t>
      </w:r>
      <w:r>
        <w:rPr>
          <w:b/>
          <w:bCs/>
          <w:u w:val="single"/>
        </w:rPr>
        <w:t xml:space="preserve">imperiously</w:t>
      </w:r>
      <w:r>
        <w:rPr>
          <w:b/>
          <w:bCs/>
        </w:rPr>
        <w:t xml:space="preserve">, her head swiveling occasionally to gaze at her snoring master.</w:t>
      </w:r>
      <w:r>
        <w:br/>
      </w:r>
      <w:r>
        <w:t xml:space="preserve">    (a) in a manner that thoughtfully judges what is good and bad about something</w:t>
      </w:r>
      <w:r>
        <w:br/>
      </w:r>
      <w:r>
        <w:t xml:space="preserve">    (b) in a manner that expects obedience; or in an arrogant, domineering manner</w:t>
      </w:r>
      <w:r>
        <w:br/>
      </w:r>
      <w:r>
        <w:t xml:space="preserve">    (c) in a manner that is in line with the floor, horizon, or another flat base</w:t>
      </w:r>
    </w:p>
    <w:p>
      <w:pPr>
        <w:pStyle w:val="Compact"/>
        <w:numPr>
          <w:ilvl w:val="0"/>
          <w:numId w:val="1001"/>
        </w:numPr>
      </w:pPr>
      <w:r>
        <w:rPr>
          <w:b/>
          <w:bCs/>
        </w:rPr>
        <w:t xml:space="preserve">"</w:t>
      </w:r>
      <w:r>
        <w:rPr>
          <w:b/>
          <w:bCs/>
          <w:u w:val="single"/>
        </w:rPr>
        <w:t xml:space="preserve">Quibbler</w:t>
      </w:r>
      <w:r>
        <w:rPr>
          <w:b/>
          <w:bCs/>
        </w:rPr>
        <w:t xml:space="preserve"> </w:t>
      </w:r>
      <w:r>
        <w:rPr>
          <w:b/>
          <w:bCs/>
        </w:rPr>
        <w:t xml:space="preserve">still going strong, then?" asked Harry, who felt a certain fondness for the magazine, having given it an exclusive interview the previous year.</w:t>
      </w:r>
      <w:r>
        <w:br/>
      </w:r>
      <w:r>
        <w:t xml:space="preserve">    (a) someone who argues about unimportant things</w:t>
      </w:r>
      <w:r>
        <w:br/>
      </w:r>
      <w:r>
        <w:t xml:space="preserve">    (b) someone who takes something on as their own</w:t>
      </w:r>
      <w:r>
        <w:br/>
      </w:r>
      <w:r>
        <w:t xml:space="preserve">    (c) someone who changes something (upon review)</w:t>
      </w:r>
    </w:p>
    <w:p>
      <w:pPr>
        <w:pStyle w:val="Compact"/>
        <w:numPr>
          <w:ilvl w:val="0"/>
          <w:numId w:val="1001"/>
        </w:numPr>
      </w:pPr>
      <w:r>
        <w:rPr>
          <w:b/>
          <w:bCs/>
        </w:rPr>
        <w:t xml:space="preserve">The afternoon wore on with more</w:t>
      </w:r>
      <w:r>
        <w:rPr>
          <w:b/>
          <w:bCs/>
        </w:rPr>
        <w:t xml:space="preserve"> </w:t>
      </w:r>
      <w:r>
        <w:rPr>
          <w:b/>
          <w:bCs/>
          <w:u w:val="single"/>
        </w:rPr>
        <w:t xml:space="preserve">anecdotes</w:t>
      </w:r>
      <w:r>
        <w:rPr>
          <w:b/>
          <w:bCs/>
        </w:rPr>
        <w:t xml:space="preserve"> </w:t>
      </w:r>
      <w:r>
        <w:rPr>
          <w:b/>
          <w:bCs/>
        </w:rPr>
        <w:t xml:space="preserve">about illustrious wizards Slughorn had taught, all of whom had been delighted to join what he called the "Slug Club" at Hogwarts.</w:t>
      </w:r>
      <w:r>
        <w:br/>
      </w:r>
      <w:r>
        <w:t xml:space="preserve">    (a) sizes or dimensions</w:t>
      </w:r>
      <w:r>
        <w:br/>
      </w:r>
      <w:r>
        <w:t xml:space="preserve">    (b) short, true stories</w:t>
      </w:r>
      <w:r>
        <w:br/>
      </w:r>
      <w:r>
        <w:t xml:space="preserve">    (c) outward appearances</w:t>
      </w:r>
    </w:p>
    <w:p>
      <w:pPr>
        <w:pStyle w:val="Compact"/>
        <w:numPr>
          <w:ilvl w:val="0"/>
          <w:numId w:val="1001"/>
        </w:numPr>
      </w:pPr>
      <w:r>
        <w:rPr>
          <w:b/>
          <w:bCs/>
        </w:rPr>
        <w:t xml:space="preserve">Malfoy yawned</w:t>
      </w:r>
      <w:r>
        <w:rPr>
          <w:b/>
          <w:bCs/>
        </w:rPr>
        <w:t xml:space="preserve"> </w:t>
      </w:r>
      <w:r>
        <w:rPr>
          <w:b/>
          <w:bCs/>
          <w:u w:val="single"/>
        </w:rPr>
        <w:t xml:space="preserve">ostentatiously</w:t>
      </w:r>
      <w:r>
        <w:rPr>
          <w:b/>
          <w:bCs/>
        </w:rPr>
        <w:t xml:space="preserve">.</w:t>
      </w:r>
      <w:r>
        <w:br/>
      </w:r>
      <w:r>
        <w:t xml:space="preserve">    (a) in a showy way (intended to attract notice)</w:t>
      </w:r>
      <w:r>
        <w:br/>
      </w:r>
      <w:r>
        <w:t xml:space="preserve">    (b) in a manner that is supposed (rather than known to be so)</w:t>
      </w:r>
      <w:r>
        <w:br/>
      </w:r>
      <w:r>
        <w:t xml:space="preserve">    (c) not in a manner that is able to be promised or guaranteed</w:t>
      </w:r>
    </w:p>
    <w:p>
      <w:pPr>
        <w:pStyle w:val="Compact"/>
        <w:numPr>
          <w:ilvl w:val="0"/>
          <w:numId w:val="1001"/>
        </w:numPr>
      </w:pPr>
      <w:r>
        <w:rPr>
          <w:b/>
          <w:bCs/>
        </w:rPr>
        <w:t xml:space="preserve">I am here because of Morfin, Morfin and the Muggle he</w:t>
      </w:r>
      <w:r>
        <w:rPr>
          <w:b/>
          <w:bCs/>
        </w:rPr>
        <w:t xml:space="preserve"> </w:t>
      </w:r>
      <w:r>
        <w:rPr>
          <w:b/>
          <w:bCs/>
          <w:u w:val="single"/>
        </w:rPr>
        <w:t xml:space="preserve">accosted</w:t>
      </w:r>
      <w:r>
        <w:rPr>
          <w:b/>
          <w:bCs/>
        </w:rPr>
        <w:t xml:space="preserve"> </w:t>
      </w:r>
      <w:r>
        <w:rPr>
          <w:b/>
          <w:bCs/>
        </w:rPr>
        <w:t xml:space="preserve">late last night.</w:t>
      </w:r>
      <w:r>
        <w:br/>
      </w:r>
      <w:r>
        <w:t xml:space="preserve">    (a) viewed in a certain way so as to form a belief or opinion</w:t>
      </w:r>
      <w:r>
        <w:br/>
      </w:r>
      <w:r>
        <w:t xml:space="preserve">    (b) approached and spoke in a demanding or challenging manner</w:t>
      </w:r>
      <w:r>
        <w:br/>
      </w:r>
      <w:r>
        <w:t xml:space="preserve">    (c) promised, guaranteed, or indicated certainty of something</w:t>
      </w:r>
    </w:p>
    <w:p>
      <w:pPr>
        <w:pStyle w:val="Compact"/>
        <w:numPr>
          <w:ilvl w:val="0"/>
          <w:numId w:val="1001"/>
        </w:numPr>
      </w:pPr>
      <w:r>
        <w:rPr>
          <w:b/>
          <w:bCs/>
        </w:rPr>
        <w:t xml:space="preserve">— and in any case, we have put</w:t>
      </w:r>
      <w:r>
        <w:rPr>
          <w:b/>
          <w:bCs/>
        </w:rPr>
        <w:t xml:space="preserve"> </w:t>
      </w:r>
      <w:r>
        <w:rPr>
          <w:b/>
          <w:bCs/>
          <w:u w:val="single"/>
        </w:rPr>
        <w:t xml:space="preserve">stringent</w:t>
      </w:r>
      <w:r>
        <w:rPr>
          <w:b/>
          <w:bCs/>
        </w:rPr>
        <w:t xml:space="preserve"> </w:t>
      </w:r>
      <w:r>
        <w:rPr>
          <w:b/>
          <w:bCs/>
        </w:rPr>
        <w:t xml:space="preserve">security measures in place this year.</w:t>
      </w:r>
      <w:r>
        <w:br/>
      </w:r>
      <w:r>
        <w:t xml:space="preserve">    (a) strict</w:t>
      </w:r>
      <w:r>
        <w:br/>
      </w:r>
      <w:r>
        <w:t xml:space="preserve">    (b) hidden</w:t>
      </w:r>
      <w:r>
        <w:br/>
      </w:r>
      <w:r>
        <w:t xml:space="preserve">    (c) sloped</w:t>
      </w:r>
    </w:p>
    <w:p>
      <w:pPr>
        <w:pStyle w:val="Compact"/>
        <w:numPr>
          <w:ilvl w:val="0"/>
          <w:numId w:val="1001"/>
        </w:numPr>
      </w:pPr>
      <w:r>
        <w:rPr>
          <w:b/>
          <w:bCs/>
        </w:rPr>
        <w:t xml:space="preserve">Riddle did not look remotely</w:t>
      </w:r>
      <w:r>
        <w:rPr>
          <w:b/>
          <w:bCs/>
        </w:rPr>
        <w:t xml:space="preserve"> </w:t>
      </w:r>
      <w:r>
        <w:rPr>
          <w:b/>
          <w:bCs/>
          <w:u w:val="single"/>
        </w:rPr>
        <w:t xml:space="preserve">abashed</w:t>
      </w:r>
      <w:r>
        <w:rPr>
          <w:b/>
          <w:bCs/>
        </w:rPr>
        <w:t xml:space="preserve">; he was still staring coldly and appraisingly at Dumbledore.</w:t>
      </w:r>
      <w:r>
        <w:br/>
      </w:r>
      <w:r>
        <w:t xml:space="preserve">    (a) with rises and falls in pitch</w:t>
      </w:r>
      <w:r>
        <w:br/>
      </w:r>
      <w:r>
        <w:t xml:space="preserve">    (b) embarrassed or self-conscious</w:t>
      </w:r>
      <w:r>
        <w:br/>
      </w:r>
      <w:r>
        <w:t xml:space="preserve">    (c) commended or praised publicly</w:t>
      </w:r>
    </w:p>
    <w:p>
      <w:pPr>
        <w:pStyle w:val="Compact"/>
        <w:numPr>
          <w:ilvl w:val="0"/>
          <w:numId w:val="1001"/>
        </w:numPr>
      </w:pPr>
      <w:r>
        <w:rPr>
          <w:b/>
          <w:bCs/>
        </w:rPr>
        <w:t xml:space="preserve">Harry heard Ginny saying blithely to an</w:t>
      </w:r>
      <w:r>
        <w:rPr>
          <w:b/>
          <w:bCs/>
        </w:rPr>
        <w:t xml:space="preserve"> </w:t>
      </w:r>
      <w:r>
        <w:rPr>
          <w:b/>
          <w:bCs/>
          <w:u w:val="single"/>
        </w:rPr>
        <w:t xml:space="preserve">irate</w:t>
      </w:r>
      <w:r>
        <w:rPr>
          <w:b/>
          <w:bCs/>
        </w:rPr>
        <w:t xml:space="preserve"> </w:t>
      </w:r>
      <w:r>
        <w:rPr>
          <w:b/>
          <w:bCs/>
        </w:rPr>
        <w:t xml:space="preserve">Professor McGonagall, "Forgot to brake, Professor, sorry."</w:t>
      </w:r>
      <w:r>
        <w:br/>
      </w:r>
      <w:r>
        <w:t xml:space="preserve">    (a) strongly biased</w:t>
      </w:r>
      <w:r>
        <w:br/>
      </w:r>
      <w:r>
        <w:t xml:space="preserve">    (b) material wealth</w:t>
      </w:r>
      <w:r>
        <w:br/>
      </w:r>
      <w:r>
        <w:t xml:space="preserve">    (c) extremely angry</w:t>
      </w:r>
    </w:p>
    <w:p>
      <w:pPr>
        <w:pStyle w:val="Compact"/>
        <w:numPr>
          <w:ilvl w:val="0"/>
          <w:numId w:val="1001"/>
        </w:numPr>
      </w:pPr>
      <w:r>
        <w:rPr>
          <w:b/>
          <w:bCs/>
        </w:rPr>
        <w:t xml:space="preserve">Loud singing</w:t>
      </w:r>
      <w:r>
        <w:rPr>
          <w:b/>
          <w:bCs/>
        </w:rPr>
        <w:t xml:space="preserve"> </w:t>
      </w:r>
      <w:r>
        <w:rPr>
          <w:b/>
          <w:bCs/>
          <w:u w:val="single"/>
        </w:rPr>
        <w:t xml:space="preserve">accompanied</w:t>
      </w:r>
      <w:r>
        <w:rPr>
          <w:b/>
          <w:bCs/>
        </w:rPr>
        <w:t xml:space="preserve"> </w:t>
      </w:r>
      <w:r>
        <w:rPr>
          <w:b/>
          <w:bCs/>
        </w:rPr>
        <w:t xml:space="preserve">by what sounded like mandolins issued from a distant corner;</w:t>
      </w:r>
      <w:r>
        <w:br/>
      </w:r>
      <w:r>
        <w:t xml:space="preserve">    (a) not controlled</w:t>
      </w:r>
      <w:r>
        <w:br/>
      </w:r>
      <w:r>
        <w:t xml:space="preserve">    (b) performed with</w:t>
      </w:r>
      <w:r>
        <w:br/>
      </w:r>
      <w:r>
        <w:t xml:space="preserve">    (c) began fighting</w:t>
      </w:r>
    </w:p>
    <w:p>
      <w:pPr>
        <w:pStyle w:val="Compact"/>
        <w:numPr>
          <w:ilvl w:val="0"/>
          <w:numId w:val="1001"/>
        </w:numPr>
      </w:pPr>
      <w:r>
        <w:rPr>
          <w:b/>
          <w:bCs/>
          <w:u w:val="single"/>
        </w:rPr>
        <w:t xml:space="preserve">Stupefied</w:t>
      </w:r>
      <w:r>
        <w:rPr>
          <w:b/>
          <w:bCs/>
        </w:rPr>
        <w:t xml:space="preserve">, painted gold, stuffed into a miniature tutu and with small wings glued to its back, it glowered down at them all, the ugliest angel Harry had ever seen, with a large bald head like a potato and rather hairy feet.</w:t>
      </w:r>
      <w:r>
        <w:br/>
      </w:r>
      <w:r>
        <w:t xml:space="preserve">    (a) made unable to think; or completely surprised</w:t>
      </w:r>
      <w:r>
        <w:br/>
      </w:r>
      <w:r>
        <w:t xml:space="preserve">    (b) donated a portion of one's income to a church</w:t>
      </w:r>
      <w:r>
        <w:br/>
      </w:r>
      <w:r>
        <w:t xml:space="preserve">    (c) caused to happen or occurred as a consequence</w:t>
      </w:r>
    </w:p>
    <w:p>
      <w:pPr>
        <w:pStyle w:val="Compact"/>
        <w:numPr>
          <w:ilvl w:val="0"/>
          <w:numId w:val="1001"/>
        </w:numPr>
      </w:pPr>
      <w:r>
        <w:rPr>
          <w:b/>
          <w:bCs/>
        </w:rPr>
        <w:t xml:space="preserve">"Tom, Tom, if I knew I couldn't tell you," said Slughorn, wagging a</w:t>
      </w:r>
      <w:r>
        <w:rPr>
          <w:b/>
          <w:bCs/>
        </w:rPr>
        <w:t xml:space="preserve"> </w:t>
      </w:r>
      <w:r>
        <w:rPr>
          <w:b/>
          <w:bCs/>
          <w:u w:val="single"/>
        </w:rPr>
        <w:t xml:space="preserve">reproving</w:t>
      </w:r>
      <w:r>
        <w:rPr>
          <w:b/>
          <w:bCs/>
        </w:rPr>
        <w:t xml:space="preserve">, sugar-covered finger at Riddle, though ruining the effect slightly by winking.</w:t>
      </w:r>
      <w:r>
        <w:br/>
      </w:r>
      <w:r>
        <w:t xml:space="preserve">    (a) predicting or revealing</w:t>
      </w:r>
      <w:r>
        <w:br/>
      </w:r>
      <w:r>
        <w:t xml:space="preserve">    (b) critical (expressing disapproval)</w:t>
      </w:r>
      <w:r>
        <w:br/>
      </w:r>
      <w:r>
        <w:t xml:space="preserve">    (c) attractive or desirable</w:t>
      </w:r>
    </w:p>
    <w:p>
      <w:pPr>
        <w:pStyle w:val="Compact"/>
        <w:numPr>
          <w:ilvl w:val="0"/>
          <w:numId w:val="1001"/>
        </w:numPr>
      </w:pPr>
      <w:r>
        <w:rPr>
          <w:b/>
          <w:bCs/>
        </w:rPr>
        <w:t xml:space="preserve">OK,' said Harry, walking up to Ron to get a better look at the glazed eyes and the</w:t>
      </w:r>
      <w:r>
        <w:rPr>
          <w:b/>
          <w:bCs/>
        </w:rPr>
        <w:t xml:space="preserve"> </w:t>
      </w:r>
      <w:r>
        <w:rPr>
          <w:b/>
          <w:bCs/>
          <w:u w:val="single"/>
        </w:rPr>
        <w:t xml:space="preserve">pallid</w:t>
      </w:r>
      <w:r>
        <w:rPr>
          <w:b/>
          <w:bCs/>
        </w:rPr>
        <w:t xml:space="preserve"> </w:t>
      </w:r>
      <w:r>
        <w:rPr>
          <w:b/>
          <w:bCs/>
        </w:rPr>
        <w:t xml:space="preserve">complexion, 'OK ...say that again with a straight face.</w:t>
      </w:r>
      <w:r>
        <w:br/>
      </w:r>
      <w:r>
        <w:t xml:space="preserve">    (a) mental weakness caused by old age; or describing a medical condition as caused by old age</w:t>
      </w:r>
      <w:r>
        <w:br/>
      </w:r>
      <w:r>
        <w:t xml:space="preserve">    (b) abnormally pale (lacking healthy skin color); or anything that lacks energy or liveliness</w:t>
      </w:r>
      <w:r>
        <w:br/>
      </w:r>
      <w:r>
        <w:t xml:space="preserve">    (c) relating to a government, country, or ruling family of a country ruled by a king of queen</w:t>
      </w:r>
    </w:p>
    <w:p>
      <w:pPr>
        <w:pStyle w:val="Compact"/>
        <w:numPr>
          <w:ilvl w:val="0"/>
          <w:numId w:val="1001"/>
        </w:numPr>
      </w:pPr>
      <w:r>
        <w:rPr>
          <w:b/>
          <w:bCs/>
        </w:rPr>
        <w:t xml:space="preserve">"I had him from an egg, yeh know," said Hagrid</w:t>
      </w:r>
      <w:r>
        <w:rPr>
          <w:b/>
          <w:bCs/>
        </w:rPr>
        <w:t xml:space="preserve"> </w:t>
      </w:r>
      <w:r>
        <w:rPr>
          <w:b/>
          <w:bCs/>
          <w:u w:val="single"/>
        </w:rPr>
        <w:t xml:space="preserve">morosely</w:t>
      </w:r>
      <w:r>
        <w:rPr>
          <w:b/>
          <w:bCs/>
        </w:rPr>
        <w:t xml:space="preserve">.</w:t>
      </w:r>
      <w:r>
        <w:br/>
      </w:r>
      <w:r>
        <w:t xml:space="preserve">    (a) in a manner that is not attractive or desirable</w:t>
      </w:r>
      <w:r>
        <w:br/>
      </w:r>
      <w:r>
        <w:t xml:space="preserve">    (b) with great sadness</w:t>
      </w:r>
      <w:r>
        <w:br/>
      </w:r>
      <w:r>
        <w:t xml:space="preserve">    (c) in an excessively unhappy and unsociable manner</w:t>
      </w:r>
    </w:p>
    <w:p>
      <w:pPr>
        <w:pStyle w:val="Compact"/>
        <w:numPr>
          <w:ilvl w:val="0"/>
          <w:numId w:val="1001"/>
        </w:numPr>
      </w:pPr>
      <w:r>
        <w:rPr>
          <w:b/>
          <w:bCs/>
        </w:rPr>
        <w:t xml:space="preserve">"An admirably</w:t>
      </w:r>
      <w:r>
        <w:rPr>
          <w:b/>
          <w:bCs/>
        </w:rPr>
        <w:t xml:space="preserve"> </w:t>
      </w:r>
      <w:r>
        <w:rPr>
          <w:b/>
          <w:bCs/>
          <w:u w:val="single"/>
        </w:rPr>
        <w:t xml:space="preserve">succinct</w:t>
      </w:r>
      <w:r>
        <w:rPr>
          <w:b/>
          <w:bCs/>
        </w:rPr>
        <w:t xml:space="preserve"> </w:t>
      </w:r>
      <w:r>
        <w:rPr>
          <w:b/>
          <w:bCs/>
        </w:rPr>
        <w:t xml:space="preserve">and accurate summary, yes," said Dumbledore, bowing his head.</w:t>
      </w:r>
      <w:r>
        <w:br/>
      </w:r>
      <w:r>
        <w:t xml:space="preserve">    (a) clear in few words</w:t>
      </w:r>
      <w:r>
        <w:br/>
      </w:r>
      <w:r>
        <w:t xml:space="preserve">    (b) in a manner of taking on or adopting power or responsibility</w:t>
      </w:r>
      <w:r>
        <w:br/>
      </w:r>
      <w:r>
        <w:t xml:space="preserve">    (c) producing a stream of atomic particles through nuclear decay</w:t>
      </w:r>
    </w:p>
    <w:p>
      <w:pPr>
        <w:pStyle w:val="Compact"/>
        <w:numPr>
          <w:ilvl w:val="0"/>
          <w:numId w:val="1001"/>
        </w:numPr>
      </w:pPr>
      <w:r>
        <w:rPr>
          <w:b/>
          <w:bCs/>
        </w:rPr>
        <w:t xml:space="preserve">...I myself rather thought he had been</w:t>
      </w:r>
      <w:r>
        <w:rPr>
          <w:b/>
          <w:bCs/>
        </w:rPr>
        <w:t xml:space="preserve"> </w:t>
      </w:r>
      <w:r>
        <w:rPr>
          <w:b/>
          <w:bCs/>
          <w:u w:val="single"/>
        </w:rPr>
        <w:t xml:space="preserve">apprehended</w:t>
      </w:r>
      <w:r>
        <w:rPr>
          <w:b/>
          <w:bCs/>
        </w:rPr>
        <w:t xml:space="preserve"> </w:t>
      </w:r>
      <w:r>
        <w:rPr>
          <w:b/>
          <w:bCs/>
        </w:rPr>
        <w:t xml:space="preserve">eavesdropping on my interview with Dumbledore — you see, he himself was seeking a job at the time, and no doubt hoped to pick up tips!</w:t>
      </w:r>
      <w:r>
        <w:br/>
      </w:r>
      <w:r>
        <w:t xml:space="preserve">    (a) caught</w:t>
      </w:r>
      <w:r>
        <w:br/>
      </w:r>
      <w:r>
        <w:t xml:space="preserve">    (b) worked or operated</w:t>
      </w:r>
      <w:r>
        <w:br/>
      </w:r>
      <w:r>
        <w:t xml:space="preserve">    (c) wrongly understood</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2026-07-31T15:21:11Z</dcterms:created>
  <dcterms:modified xsi:type="dcterms:W3CDTF">2026-07-31T15:21:11Z</dcterms:modified>
</cp:coreProperties>
</file>

<file path=docProps/custom.xml><?xml version="1.0" encoding="utf-8"?>
<Properties xmlns="http://schemas.openxmlformats.org/officeDocument/2006/custom-properties" xmlns:vt="http://schemas.openxmlformats.org/officeDocument/2006/docPropsVTypes"/>
</file>