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ed3dbbf55ebf62c87d832a83cc02b0c19c6edc"/>
    <w:p>
      <w:pPr>
        <w:pStyle w:val="Heading1"/>
      </w:pPr>
      <w:r>
        <w:rPr>
          <w:b/>
          <w:bCs/>
        </w:rPr>
        <w:t xml:space="preserve">Harry Potter and the Order of the Phoenix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customer satisfaction rating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.</w:t>
      </w:r>
      <w:r>
        <w:br/>
      </w:r>
      <w:r>
        <w:t xml:space="preserve">    (a) very bad</w:t>
      </w:r>
      <w:r>
        <w:br/>
      </w:r>
      <w:r>
        <w:t xml:space="preserve">    (b) fantastic</w:t>
      </w:r>
      <w:r>
        <w:br/>
      </w:r>
      <w:r>
        <w:t xml:space="preserve">    (c) complicated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Laughter can be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antidote</w:t>
      </w:r>
      <w:r>
        <w:rPr>
          <w:b/>
          <w:bCs/>
        </w:rPr>
        <w:t xml:space="preserve"> </w:t>
      </w:r>
      <w:r>
        <w:rPr>
          <w:b/>
          <w:bCs/>
        </w:rPr>
        <w:t xml:space="preserve">for stress.</w:t>
      </w:r>
      <w:r>
        <w:br/>
      </w:r>
      <w:r>
        <w:t xml:space="preserve">    (a) poison</w:t>
      </w:r>
      <w:r>
        <w:br/>
      </w:r>
      <w:r>
        <w:t xml:space="preserve">    (b) toxin</w:t>
      </w:r>
      <w:r>
        <w:br/>
      </w:r>
      <w:r>
        <w:t xml:space="preserve">    (c) cure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covered in dust</w:t>
      </w:r>
      <w:r>
        <w:br/>
      </w:r>
      <w:r>
        <w:t xml:space="preserve">    (b) alone</w:t>
      </w:r>
      <w:r>
        <w:br/>
      </w:r>
      <w:r>
        <w:t xml:space="preserve">    (c) crooked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composition</w:t>
      </w:r>
      <w:r>
        <w:rPr>
          <w:b/>
          <w:bCs/>
        </w:rPr>
        <w:t xml:space="preserve"> </w:t>
      </w:r>
      <w:r>
        <w:rPr>
          <w:b/>
          <w:bCs/>
        </w:rPr>
        <w:t xml:space="preserve">of 70% copper and 30% zinc.</w:t>
      </w:r>
      <w:r>
        <w:br/>
      </w:r>
      <w:r>
        <w:t xml:space="preserve">    (a) a type of natural element</w:t>
      </w:r>
      <w:r>
        <w:br/>
      </w:r>
      <w:r>
        <w:t xml:space="preserve">    (b) a scientific experiment</w:t>
      </w:r>
      <w:r>
        <w:br/>
      </w:r>
      <w:r>
        <w:t xml:space="preserve">    (c) the parts that make up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rare and unusual</w:t>
      </w:r>
      <w:r>
        <w:br/>
      </w:r>
      <w:r>
        <w:t xml:space="preserve">    (b) small in amount</w:t>
      </w:r>
      <w:r>
        <w:br/>
      </w:r>
      <w:r>
        <w:t xml:space="preserve">    (c) large in quantity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old portraits show wealthy nobles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corpulent</w:t>
      </w:r>
      <w:r>
        <w:rPr>
          <w:b/>
          <w:bCs/>
        </w:rPr>
        <w:t xml:space="preserve"> </w:t>
      </w:r>
      <w:r>
        <w:rPr>
          <w:b/>
          <w:bCs/>
        </w:rPr>
        <w:t xml:space="preserve">figures.</w:t>
      </w:r>
      <w:r>
        <w:br/>
      </w:r>
      <w:r>
        <w:t xml:space="preserve">    (a) thin and slender</w:t>
      </w:r>
      <w:r>
        <w:br/>
      </w:r>
      <w:r>
        <w:t xml:space="preserve">    (b) tall and lanky</w:t>
      </w:r>
      <w:r>
        <w:br/>
      </w:r>
      <w:r>
        <w:t xml:space="preserve">    (c) heavy and stout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brought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deluge</w:t>
      </w:r>
      <w:r>
        <w:rPr>
          <w:b/>
          <w:bCs/>
        </w:rPr>
        <w:t xml:space="preserve"> </w:t>
      </w:r>
      <w:r>
        <w:rPr>
          <w:b/>
          <w:bCs/>
        </w:rPr>
        <w:t xml:space="preserve">of complaints from frustrated customers.</w:t>
      </w:r>
      <w:r>
        <w:br/>
      </w:r>
      <w:r>
        <w:t xml:space="preserve">    (a) an overwhelming amount</w:t>
      </w:r>
      <w:r>
        <w:br/>
      </w:r>
      <w:r>
        <w:t xml:space="preserve">    (b) a small handful</w:t>
      </w:r>
      <w:r>
        <w:br/>
      </w:r>
      <w:r>
        <w:t xml:space="preserve">    (c) a steady trickle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uncritical agreement</w:t>
      </w:r>
      <w:r>
        <w:br/>
      </w:r>
      <w:r>
        <w:t xml:space="preserve">    (b) loud noise</w:t>
      </w:r>
      <w:r>
        <w:br/>
      </w:r>
      <w:r>
        <w:t xml:space="preserve">    (c)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damage the reputation of</w:t>
      </w:r>
      <w:r>
        <w:br/>
      </w:r>
      <w:r>
        <w:t xml:space="preserve">    (b) convince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making music, but she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disillusioned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music industry.</w:t>
      </w:r>
      <w:r>
        <w:br/>
      </w:r>
      <w:r>
        <w:t xml:space="preserve">    (a) bored</w:t>
      </w:r>
      <w:r>
        <w:br/>
      </w:r>
      <w:r>
        <w:t xml:space="preserve">    (b) disappointed</w:t>
      </w:r>
      <w:r>
        <w:br/>
      </w:r>
      <w:r>
        <w:t xml:space="preserve">    (c) overworked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victors write the history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disparage</w:t>
      </w:r>
      <w:r>
        <w:rPr>
          <w:b/>
          <w:bCs/>
        </w:rPr>
        <w:t xml:space="preserve"> </w:t>
      </w:r>
      <w:r>
        <w:rPr>
          <w:b/>
          <w:bCs/>
        </w:rPr>
        <w:t xml:space="preserve">their enemies.</w:t>
      </w:r>
      <w:r>
        <w:br/>
      </w:r>
      <w:r>
        <w:t xml:space="preserve">    (a) criticize</w:t>
      </w:r>
      <w:r>
        <w:br/>
      </w:r>
      <w:r>
        <w:t xml:space="preserve">    (b) defeat</w:t>
      </w:r>
      <w:r>
        <w:br/>
      </w:r>
      <w:r>
        <w:t xml:space="preserve">    (c) erase from history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unhealthily pale</w:t>
      </w:r>
      <w:r>
        <w:br/>
      </w:r>
      <w:r>
        <w:t xml:space="preserve">    (b) heavily wrinkled</w:t>
      </w:r>
      <w:r>
        <w:br/>
      </w:r>
      <w:r>
        <w:t xml:space="preserve">    (c) deeply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hoping to catch up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remedial</w:t>
      </w:r>
      <w:r>
        <w:rPr>
          <w:b/>
          <w:bCs/>
        </w:rPr>
        <w:t xml:space="preserve"> </w:t>
      </w:r>
      <w:r>
        <w:rPr>
          <w:b/>
          <w:bCs/>
        </w:rPr>
        <w:t xml:space="preserve">math class this summer.</w:t>
      </w:r>
      <w:r>
        <w:br/>
      </w:r>
      <w:r>
        <w:t xml:space="preserve">    (a) to fix a deficiency in</w:t>
      </w:r>
      <w:r>
        <w:br/>
      </w:r>
      <w:r>
        <w:t xml:space="preserve">    (b) for non-native speakers</w:t>
      </w:r>
      <w:r>
        <w:br/>
      </w:r>
      <w:r>
        <w:t xml:space="preserve">    (c) hands-on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instruct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are calling for a global campaign of boycotts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sanctions</w:t>
      </w:r>
      <w:r>
        <w:rPr>
          <w:b/>
          <w:bCs/>
        </w:rPr>
        <w:t xml:space="preserve"> </w:t>
      </w:r>
      <w:r>
        <w:rPr>
          <w:b/>
          <w:bCs/>
        </w:rPr>
        <w:t xml:space="preserve">against Israel.</w:t>
      </w:r>
      <w:r>
        <w:br/>
      </w:r>
      <w:r>
        <w:t xml:space="preserve">    (a) leaps or jumps</w:t>
      </w:r>
      <w:r>
        <w:br/>
      </w:r>
      <w:r>
        <w:t xml:space="preserve">    (b) penalties</w:t>
      </w:r>
      <w:r>
        <w:br/>
      </w:r>
      <w:r>
        <w:t xml:space="preserve">    (c) makes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car remained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stationary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engine running.</w:t>
      </w:r>
      <w:r>
        <w:br/>
      </w:r>
      <w:r>
        <w:t xml:space="preserve">    (a) warm</w:t>
      </w:r>
      <w:r>
        <w:br/>
      </w:r>
      <w:r>
        <w:t xml:space="preserve">    (b) not moving</w:t>
      </w:r>
      <w:r>
        <w:br/>
      </w:r>
      <w:r>
        <w:t xml:space="preserve">    (c) cool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soldiers are trained to move through the night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stealth</w:t>
      </w:r>
      <w:r>
        <w:rPr>
          <w:b/>
          <w:bCs/>
        </w:rPr>
        <w:t xml:space="preserve">.</w:t>
      </w:r>
      <w:r>
        <w:br/>
      </w:r>
      <w:r>
        <w:t xml:space="preserve">    (a) a manner that is hard to detect</w:t>
      </w:r>
      <w:r>
        <w:br/>
      </w:r>
      <w:r>
        <w:t xml:space="preserve">    (b) a manner that is very fast</w:t>
      </w:r>
      <w:r>
        <w:br/>
      </w:r>
      <w:r>
        <w:t xml:space="preserve">    (c) a manner that is considered safe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stringent</w:t>
      </w:r>
      <w:r>
        <w:rPr>
          <w:b/>
          <w:bCs/>
        </w:rPr>
        <w:t xml:space="preserve"> </w:t>
      </w:r>
      <w:r>
        <w:rPr>
          <w:b/>
          <w:bCs/>
        </w:rPr>
        <w:t xml:space="preserve">dress code.</w:t>
      </w:r>
      <w:r>
        <w:br/>
      </w:r>
      <w:r>
        <w:t xml:space="preserve">    (a) old-fashioned</w:t>
      </w:r>
      <w:r>
        <w:br/>
      </w:r>
      <w:r>
        <w:t xml:space="preserve">    (b) strict</w:t>
      </w:r>
      <w:r>
        <w:br/>
      </w:r>
      <w:r>
        <w:t xml:space="preserve">    (c) relaxed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warn and alert</w:t>
      </w:r>
      <w:r>
        <w:br/>
      </w:r>
      <w:r>
        <w:t xml:space="preserve">    (b) amaze and daze</w:t>
      </w:r>
      <w:r>
        <w:br/>
      </w:r>
      <w:r>
        <w:t xml:space="preserve">    (c) bore and annoy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gently ease</w:t>
      </w:r>
      <w:r>
        <w:br/>
      </w:r>
      <w:r>
        <w:t xml:space="preserve">    (b) gently persuade</w:t>
      </w:r>
      <w:r>
        <w:br/>
      </w:r>
      <w:r>
        <w:t xml:space="preserve">    (c) completely defeat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2026-07-31T15:20:30Z</dcterms:created>
  <dcterms:modified xsi:type="dcterms:W3CDTF">2026-07-31T15:20:30Z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