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49febbd2a3dfd1eb8911977f898e271ee416b96"/>
    <w:p>
      <w:pPr>
        <w:pStyle w:val="Heading1"/>
      </w:pPr>
      <w:r>
        <w:rPr>
          <w:b/>
          <w:bCs/>
        </w:rPr>
        <w:t xml:space="preserve">Harry Potter and the Order of the Phoenix</w:t>
      </w:r>
      <w:r>
        <w:br/>
      </w:r>
      <w:r>
        <w:rPr>
          <w:i/>
          <w:iCs/>
        </w:rPr>
        <w:t xml:space="preserve">J. K. Rowling</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Dear Mr Potter, Further to our letter of approximately twenty-two minutes ago, the Ministry of Magic has</w:t>
      </w:r>
      <w:r>
        <w:rPr>
          <w:b/>
          <w:bCs/>
        </w:rPr>
        <w:t xml:space="preserve"> </w:t>
      </w:r>
      <w:r>
        <w:rPr>
          <w:b/>
          <w:bCs/>
          <w:u w:val="single"/>
        </w:rPr>
        <w:t xml:space="preserve">revised</w:t>
      </w:r>
      <w:r>
        <w:rPr>
          <w:b/>
          <w:bCs/>
        </w:rPr>
        <w:t xml:space="preserve"> </w:t>
      </w:r>
      <w:r>
        <w:rPr>
          <w:b/>
          <w:bCs/>
        </w:rPr>
        <w:t xml:space="preserve">its decision to destroy your wand forthwith.</w:t>
      </w:r>
      <w:r>
        <w:br/>
      </w:r>
      <w:r>
        <w:t xml:space="preserve">    (a) adapted</w:t>
      </w:r>
      <w:r>
        <w:br/>
      </w:r>
      <w:r>
        <w:t xml:space="preserve">    (b) delayed</w:t>
      </w:r>
      <w:r>
        <w:br/>
      </w:r>
      <w:r>
        <w:t xml:space="preserve">    (c) changed</w:t>
      </w:r>
    </w:p>
    <w:p>
      <w:pPr>
        <w:pStyle w:val="Compact"/>
        <w:numPr>
          <w:ilvl w:val="0"/>
          <w:numId w:val="1001"/>
        </w:numPr>
      </w:pPr>
      <w:r>
        <w:rPr>
          <w:b/>
          <w:bCs/>
        </w:rPr>
        <w:t xml:space="preserve">"Ah," he said, grinning, as he extracted a copy of a magazine entitled The</w:t>
      </w:r>
      <w:r>
        <w:rPr>
          <w:b/>
          <w:bCs/>
        </w:rPr>
        <w:t xml:space="preserve"> </w:t>
      </w:r>
      <w:r>
        <w:rPr>
          <w:b/>
          <w:bCs/>
          <w:u w:val="single"/>
        </w:rPr>
        <w:t xml:space="preserve">Quibbler</w:t>
      </w:r>
      <w:r>
        <w:rPr>
          <w:b/>
          <w:bCs/>
        </w:rPr>
        <w:t xml:space="preserve"> </w:t>
      </w:r>
      <w:r>
        <w:rPr>
          <w:b/>
          <w:bCs/>
        </w:rPr>
        <w:t xml:space="preserve">from its midst, "yes ..."</w:t>
      </w:r>
      <w:r>
        <w:br/>
      </w:r>
      <w:r>
        <w:t xml:space="preserve">    (a) someone who takes something on as their own</w:t>
      </w:r>
      <w:r>
        <w:br/>
      </w:r>
      <w:r>
        <w:t xml:space="preserve">    (b) someone who argues about unimportant things</w:t>
      </w:r>
      <w:r>
        <w:br/>
      </w:r>
      <w:r>
        <w:t xml:space="preserve">    (c) someone who changes something (upon review)</w:t>
      </w:r>
    </w:p>
    <w:p>
      <w:pPr>
        <w:pStyle w:val="Compact"/>
        <w:numPr>
          <w:ilvl w:val="0"/>
          <w:numId w:val="1001"/>
        </w:numPr>
      </w:pPr>
      <w:r>
        <w:rPr>
          <w:b/>
          <w:bCs/>
        </w:rPr>
        <w:t xml:space="preserve">The toadlike witch on his right,</w:t>
      </w:r>
      <w:r>
        <w:rPr>
          <w:b/>
          <w:bCs/>
        </w:rPr>
        <w:t xml:space="preserve"> </w:t>
      </w:r>
      <w:r>
        <w:rPr>
          <w:b/>
          <w:bCs/>
          <w:u w:val="single"/>
        </w:rPr>
        <w:t xml:space="preserve">however</w:t>
      </w:r>
      <w:r>
        <w:rPr>
          <w:b/>
          <w:bCs/>
        </w:rPr>
        <w:t xml:space="preserve">, merely gazed at Dumbledore, her face quite expressionless.</w:t>
      </w:r>
      <w:r>
        <w:br/>
      </w:r>
      <w:r>
        <w:t xml:space="preserve">    (a) therefore (for that reason)</w:t>
      </w:r>
      <w:r>
        <w:br/>
      </w:r>
      <w:r>
        <w:t xml:space="preserve">    (b) in keeping with or in agreement with what was just stated</w:t>
      </w:r>
      <w:r>
        <w:br/>
      </w:r>
      <w:r>
        <w:t xml:space="preserve">    (c) a word used to connect contrasting ideas as when using</w:t>
      </w:r>
      <w:r>
        <w:t xml:space="preserve"> </w:t>
      </w:r>
      <w:r>
        <w:rPr>
          <w:i/>
          <w:iCs/>
        </w:rPr>
        <w:t xml:space="preserve">though</w:t>
      </w:r>
      <w:r>
        <w:t xml:space="preserve">,</w:t>
      </w:r>
      <w:r>
        <w:t xml:space="preserve"> </w:t>
      </w:r>
      <w:r>
        <w:rPr>
          <w:i/>
          <w:iCs/>
        </w:rPr>
        <w:t xml:space="preserve">in spite of that</w:t>
      </w:r>
      <w:r>
        <w:t xml:space="preserve">,</w:t>
      </w:r>
      <w:r>
        <w:t xml:space="preserve"> </w:t>
      </w:r>
      <w:r>
        <w:rPr>
          <w:i/>
          <w:iCs/>
        </w:rPr>
        <w:t xml:space="preserve">in contrast</w:t>
      </w:r>
      <w:r>
        <w:t xml:space="preserve">,</w:t>
      </w:r>
      <w:r>
        <w:t xml:space="preserve"> </w:t>
      </w:r>
      <w:r>
        <w:rPr>
          <w:i/>
          <w:iCs/>
        </w:rPr>
        <w:t xml:space="preserve">nevertheless</w:t>
      </w:r>
      <w:r>
        <w:t xml:space="preserve">, etc.</w:t>
      </w:r>
    </w:p>
    <w:p>
      <w:pPr>
        <w:pStyle w:val="Compact"/>
        <w:numPr>
          <w:ilvl w:val="0"/>
          <w:numId w:val="1001"/>
        </w:numPr>
      </w:pPr>
      <w:r>
        <w:rPr>
          <w:b/>
          <w:bCs/>
        </w:rPr>
        <w:t xml:space="preserve">Dream interpretation is a most important means of</w:t>
      </w:r>
      <w:r>
        <w:rPr>
          <w:b/>
          <w:bCs/>
        </w:rPr>
        <w:t xml:space="preserve"> </w:t>
      </w:r>
      <w:r>
        <w:rPr>
          <w:b/>
          <w:bCs/>
          <w:u w:val="single"/>
        </w:rPr>
        <w:t xml:space="preserve">divining</w:t>
      </w:r>
      <w:r>
        <w:rPr>
          <w:b/>
          <w:bCs/>
        </w:rPr>
        <w:t xml:space="preserve"> </w:t>
      </w:r>
      <w:r>
        <w:rPr>
          <w:b/>
          <w:bCs/>
        </w:rPr>
        <w:t xml:space="preserve">the future</w:t>
      </w:r>
      <w:r>
        <w:br/>
      </w:r>
      <w:r>
        <w:t xml:space="preserve">    (a) accepting something undesired as unavoidable or the lesser of evils</w:t>
      </w:r>
      <w:r>
        <w:br/>
      </w:r>
      <w:r>
        <w:t xml:space="preserve">    (b) feeling angry or unhappy about having to accept something not liked</w:t>
      </w:r>
      <w:r>
        <w:br/>
      </w:r>
      <w:r>
        <w:t xml:space="preserve">    (c) predicting something by magic</w:t>
      </w:r>
    </w:p>
    <w:p>
      <w:pPr>
        <w:pStyle w:val="Compact"/>
        <w:numPr>
          <w:ilvl w:val="0"/>
          <w:numId w:val="1001"/>
        </w:numPr>
      </w:pPr>
      <w:r>
        <w:rPr>
          <w:b/>
          <w:bCs/>
        </w:rPr>
        <w:t xml:space="preserve">Two things</w:t>
      </w:r>
      <w:r>
        <w:rPr>
          <w:b/>
          <w:bCs/>
        </w:rPr>
        <w:t xml:space="preserve"> </w:t>
      </w:r>
      <w:r>
        <w:rPr>
          <w:b/>
          <w:bCs/>
          <w:u w:val="single"/>
        </w:rPr>
        <w:t xml:space="preserve">sustained</w:t>
      </w:r>
      <w:r>
        <w:rPr>
          <w:b/>
          <w:bCs/>
        </w:rPr>
        <w:t xml:space="preserve"> </w:t>
      </w:r>
      <w:r>
        <w:rPr>
          <w:b/>
          <w:bCs/>
        </w:rPr>
        <w:t xml:space="preserve">Harry that day.</w:t>
      </w:r>
      <w:r>
        <w:br/>
      </w:r>
      <w:r>
        <w:t xml:space="preserve">    (a) learned, discovered, or decided</w:t>
      </w:r>
      <w:r>
        <w:br/>
      </w:r>
      <w:r>
        <w:t xml:space="preserve">    (b) supported</w:t>
      </w:r>
      <w:r>
        <w:br/>
      </w:r>
      <w:r>
        <w:t xml:space="preserve">    (c) selected (on a computer screen)</w:t>
      </w:r>
    </w:p>
    <w:p>
      <w:pPr>
        <w:pStyle w:val="Compact"/>
        <w:numPr>
          <w:ilvl w:val="0"/>
          <w:numId w:val="1001"/>
        </w:numPr>
      </w:pPr>
      <w:r>
        <w:rPr>
          <w:b/>
          <w:bCs/>
        </w:rPr>
        <w:t xml:space="preserve">How did you</w:t>
      </w:r>
      <w:r>
        <w:rPr>
          <w:b/>
          <w:bCs/>
        </w:rPr>
        <w:t xml:space="preserve"> </w:t>
      </w:r>
      <w:r>
        <w:rPr>
          <w:b/>
          <w:bCs/>
          <w:u w:val="single"/>
        </w:rPr>
        <w:t xml:space="preserve">sustain</w:t>
      </w:r>
      <w:r>
        <w:rPr>
          <w:b/>
          <w:bCs/>
        </w:rPr>
        <w:t xml:space="preserve"> </w:t>
      </w:r>
      <w:r>
        <w:rPr>
          <w:b/>
          <w:bCs/>
        </w:rPr>
        <w:t xml:space="preserve">those injuries?</w:t>
      </w:r>
      <w:r>
        <w:br/>
      </w:r>
      <w:r>
        <w:t xml:space="preserve">    (a) get (suffer)</w:t>
      </w:r>
      <w:r>
        <w:br/>
      </w:r>
      <w:r>
        <w:t xml:space="preserve">    (b) stop interacting; or stop having interest</w:t>
      </w:r>
      <w:r>
        <w:br/>
      </w:r>
      <w:r>
        <w:t xml:space="preserve">    (c) to spoil something so it is not desirable</w:t>
      </w:r>
    </w:p>
    <w:p>
      <w:pPr>
        <w:pStyle w:val="Compact"/>
        <w:numPr>
          <w:ilvl w:val="0"/>
          <w:numId w:val="1001"/>
        </w:numPr>
      </w:pPr>
      <w:r>
        <w:rPr>
          <w:b/>
          <w:bCs/>
        </w:rPr>
        <w:t xml:space="preserve">So — you know the</w:t>
      </w:r>
      <w:r>
        <w:rPr>
          <w:b/>
          <w:bCs/>
        </w:rPr>
        <w:t xml:space="preserve"> </w:t>
      </w:r>
      <w:r>
        <w:rPr>
          <w:b/>
          <w:bCs/>
          <w:u w:val="single"/>
        </w:rPr>
        <w:t xml:space="preserve">incantation</w:t>
      </w:r>
      <w:r>
        <w:rPr>
          <w:b/>
          <w:bCs/>
        </w:rPr>
        <w:t xml:space="preserve">, let me see what you can do...' 'How she can lecture me about not losing my temper with Umbridge!'</w:t>
      </w:r>
      <w:r>
        <w:br/>
      </w:r>
      <w:r>
        <w:t xml:space="preserve">    (a) the act or process of stopping something from happening</w:t>
      </w:r>
      <w:r>
        <w:br/>
      </w:r>
      <w:r>
        <w:t xml:space="preserve">    (b) words believed to have a magical effect when said aloud</w:t>
      </w:r>
      <w:r>
        <w:br/>
      </w:r>
      <w:r>
        <w:t xml:space="preserve">    (c) a period of time when someone exhibits unusual behavior</w:t>
      </w:r>
    </w:p>
    <w:p>
      <w:pPr>
        <w:pStyle w:val="Compact"/>
        <w:numPr>
          <w:ilvl w:val="0"/>
          <w:numId w:val="1001"/>
        </w:numPr>
      </w:pPr>
      <w:r>
        <w:rPr>
          <w:b/>
          <w:bCs/>
        </w:rPr>
        <w:t xml:space="preserve">Harry, Ron and Hermione had barely taken their seats when Neville, Dean, Fred, George and Ginny</w:t>
      </w:r>
      <w:r>
        <w:rPr>
          <w:b/>
          <w:bCs/>
        </w:rPr>
        <w:t xml:space="preserve"> </w:t>
      </w:r>
      <w:r>
        <w:rPr>
          <w:b/>
          <w:bCs/>
          <w:u w:val="single"/>
        </w:rPr>
        <w:t xml:space="preserve">descended</w:t>
      </w:r>
      <w:r>
        <w:rPr>
          <w:b/>
          <w:bCs/>
        </w:rPr>
        <w:t xml:space="preserve"> </w:t>
      </w:r>
      <w:r>
        <w:rPr>
          <w:b/>
          <w:bCs/>
        </w:rPr>
        <w:t xml:space="preserve">upon them.</w:t>
      </w:r>
      <w:r>
        <w:br/>
      </w:r>
      <w:r>
        <w:t xml:space="preserve">    (a) said indirectly</w:t>
      </w:r>
      <w:r>
        <w:br/>
      </w:r>
      <w:r>
        <w:t xml:space="preserve">    (b) greatly annoyed</w:t>
      </w:r>
      <w:r>
        <w:br/>
      </w:r>
      <w:r>
        <w:t xml:space="preserve">    (c) came suddenly</w:t>
      </w:r>
    </w:p>
    <w:p>
      <w:pPr>
        <w:pStyle w:val="Compact"/>
        <w:numPr>
          <w:ilvl w:val="0"/>
          <w:numId w:val="1001"/>
        </w:numPr>
      </w:pPr>
      <w:r>
        <w:rPr>
          <w:b/>
          <w:bCs/>
        </w:rPr>
        <w:t xml:space="preserve">If he could just reach it — But as he stretched out a hand towards it, a centaur's hoof</w:t>
      </w:r>
      <w:r>
        <w:rPr>
          <w:b/>
          <w:bCs/>
        </w:rPr>
        <w:t xml:space="preserve"> </w:t>
      </w:r>
      <w:r>
        <w:rPr>
          <w:b/>
          <w:bCs/>
          <w:u w:val="single"/>
        </w:rPr>
        <w:t xml:space="preserve">descended</w:t>
      </w:r>
      <w:r>
        <w:rPr>
          <w:b/>
          <w:bCs/>
        </w:rPr>
        <w:t xml:space="preserve"> </w:t>
      </w:r>
      <w:r>
        <w:rPr>
          <w:b/>
          <w:bCs/>
        </w:rPr>
        <w:t xml:space="preserve">upon the wand and it broke cleanly in half.</w:t>
      </w:r>
      <w:r>
        <w:br/>
      </w:r>
      <w:r>
        <w:t xml:space="preserve">    (a) quoted (to make a point)</w:t>
      </w:r>
      <w:r>
        <w:br/>
      </w:r>
      <w:r>
        <w:t xml:space="preserve">    (b) mirrored back (an image)</w:t>
      </w:r>
      <w:r>
        <w:br/>
      </w:r>
      <w:r>
        <w:t xml:space="preserve">    (c) came down</w:t>
      </w:r>
    </w:p>
    <w:p>
      <w:pPr>
        <w:pStyle w:val="Compact"/>
        <w:numPr>
          <w:ilvl w:val="0"/>
          <w:numId w:val="1001"/>
        </w:numPr>
      </w:pPr>
      <w:r>
        <w:rPr>
          <w:b/>
          <w:bCs/>
        </w:rPr>
        <w:t xml:space="preserve">'I'm not making</w:t>
      </w:r>
      <w:r>
        <w:rPr>
          <w:b/>
          <w:bCs/>
        </w:rPr>
        <w:t xml:space="preserve"> </w:t>
      </w:r>
      <w:r>
        <w:rPr>
          <w:b/>
          <w:bCs/>
          <w:u w:val="single"/>
        </w:rPr>
        <w:t xml:space="preserve">prophecies</w:t>
      </w:r>
      <w:r>
        <w:rPr>
          <w:b/>
          <w:bCs/>
        </w:rPr>
        <w:t xml:space="preserve">,' said Harry.</w:t>
      </w:r>
      <w:r>
        <w:br/>
      </w:r>
      <w:r>
        <w:t xml:space="preserve">    (a) interactions or interests</w:t>
      </w:r>
      <w:r>
        <w:br/>
      </w:r>
      <w:r>
        <w:t xml:space="preserve">    (b) things easily set on fire</w:t>
      </w:r>
      <w:r>
        <w:br/>
      </w:r>
      <w:r>
        <w:t xml:space="preserve">    (c) predictions of the future</w:t>
      </w:r>
    </w:p>
    <w:p>
      <w:pPr>
        <w:pStyle w:val="Compact"/>
        <w:numPr>
          <w:ilvl w:val="0"/>
          <w:numId w:val="1001"/>
        </w:numPr>
      </w:pPr>
      <w:r>
        <w:rPr>
          <w:b/>
          <w:bCs/>
        </w:rPr>
        <w:t xml:space="preserve">"If you</w:t>
      </w:r>
      <w:r>
        <w:rPr>
          <w:b/>
          <w:bCs/>
        </w:rPr>
        <w:t xml:space="preserve"> </w:t>
      </w:r>
      <w:r>
        <w:rPr>
          <w:b/>
          <w:bCs/>
          <w:u w:val="single"/>
        </w:rPr>
        <w:t xml:space="preserve">resign</w:t>
      </w:r>
      <w:r>
        <w:rPr>
          <w:b/>
          <w:bCs/>
        </w:rPr>
        <w:t xml:space="preserve">," said Harry testily, "there'll only be three players left on the team."</w:t>
      </w:r>
      <w:r>
        <w:br/>
      </w:r>
      <w:r>
        <w:t xml:space="preserve">    (a) rule</w:t>
      </w:r>
      <w:r>
        <w:br/>
      </w:r>
      <w:r>
        <w:t xml:space="preserve">    (b) draw</w:t>
      </w:r>
      <w:r>
        <w:br/>
      </w:r>
      <w:r>
        <w:t xml:space="preserve">    (c) quit (the team)</w:t>
      </w:r>
    </w:p>
    <w:p>
      <w:pPr>
        <w:pStyle w:val="Compact"/>
        <w:numPr>
          <w:ilvl w:val="0"/>
          <w:numId w:val="1001"/>
        </w:numPr>
      </w:pPr>
      <w:r>
        <w:rPr>
          <w:b/>
          <w:bCs/>
          <w:u w:val="single"/>
        </w:rPr>
        <w:t xml:space="preserve">Resigned</w:t>
      </w:r>
      <w:r>
        <w:rPr>
          <w:b/>
          <w:bCs/>
        </w:rPr>
        <w:t xml:space="preserve"> </w:t>
      </w:r>
      <w:r>
        <w:rPr>
          <w:b/>
          <w:bCs/>
        </w:rPr>
        <w:t xml:space="preserve">to the worst, he set off for Snape's office after dinner.</w:t>
      </w:r>
      <w:r>
        <w:br/>
      </w:r>
      <w:r>
        <w:t xml:space="preserve">    (a) to be or to become used to (adapted to and with an expectation of)</w:t>
      </w:r>
      <w:r>
        <w:br/>
      </w:r>
      <w:r>
        <w:t xml:space="preserve">    (b) showed something -- such as demonstrated, expressed, or represented</w:t>
      </w:r>
      <w:r>
        <w:br/>
      </w:r>
      <w:r>
        <w:t xml:space="preserve">    (c) having accepted something undesired as unavoidable</w:t>
      </w:r>
    </w:p>
    <w:p>
      <w:pPr>
        <w:pStyle w:val="Compact"/>
        <w:numPr>
          <w:ilvl w:val="0"/>
          <w:numId w:val="1001"/>
        </w:numPr>
      </w:pPr>
      <w:r>
        <w:rPr>
          <w:b/>
          <w:bCs/>
        </w:rPr>
        <w:t xml:space="preserve">...did she imagine for a second that he did not regret his</w:t>
      </w:r>
      <w:r>
        <w:rPr>
          <w:b/>
          <w:bCs/>
        </w:rPr>
        <w:t xml:space="preserve"> </w:t>
      </w:r>
      <w:r>
        <w:rPr>
          <w:b/>
          <w:bCs/>
          <w:u w:val="single"/>
        </w:rPr>
        <w:t xml:space="preserve">expulsion</w:t>
      </w:r>
      <w:r>
        <w:rPr>
          <w:b/>
          <w:bCs/>
        </w:rPr>
        <w:t xml:space="preserve"> </w:t>
      </w:r>
      <w:r>
        <w:rPr>
          <w:b/>
          <w:bCs/>
        </w:rPr>
        <w:t xml:space="preserve">from the team a hundred times more than she did?</w:t>
      </w:r>
      <w:r>
        <w:br/>
      </w:r>
      <w:r>
        <w:t xml:space="preserve">    (a) not easily set on fire</w:t>
      </w:r>
      <w:r>
        <w:br/>
      </w:r>
      <w:r>
        <w:t xml:space="preserve">    (b) surrounding conditions</w:t>
      </w:r>
      <w:r>
        <w:br/>
      </w:r>
      <w:r>
        <w:t xml:space="preserve">    (c) being kicked off</w:t>
      </w:r>
    </w:p>
    <w:p>
      <w:pPr>
        <w:pStyle w:val="Compact"/>
        <w:numPr>
          <w:ilvl w:val="0"/>
          <w:numId w:val="1001"/>
        </w:numPr>
      </w:pPr>
      <w:r>
        <w:rPr>
          <w:b/>
          <w:bCs/>
        </w:rPr>
        <w:t xml:space="preserve">Nowadays, however, his scar hardly ever stopped prickling, and he often felt lurches of annoyance or cheerfulness that were unrelated to what was happening to him at the time, which were always</w:t>
      </w:r>
      <w:r>
        <w:rPr>
          <w:b/>
          <w:bCs/>
        </w:rPr>
        <w:t xml:space="preserve"> </w:t>
      </w:r>
      <w:r>
        <w:rPr>
          <w:b/>
          <w:bCs/>
          <w:u w:val="single"/>
        </w:rPr>
        <w:t xml:space="preserve">accompanied</w:t>
      </w:r>
      <w:r>
        <w:rPr>
          <w:b/>
          <w:bCs/>
        </w:rPr>
        <w:t xml:space="preserve"> </w:t>
      </w:r>
      <w:r>
        <w:rPr>
          <w:b/>
          <w:bCs/>
        </w:rPr>
        <w:t xml:space="preserve">by a particularly painful twinge from his scar.</w:t>
      </w:r>
      <w:r>
        <w:br/>
      </w:r>
      <w:r>
        <w:t xml:space="preserve">    (a) joined at the same time</w:t>
      </w:r>
      <w:r>
        <w:br/>
      </w:r>
      <w:r>
        <w:t xml:space="preserve">    (b) exercised privileges to which one is not entitled</w:t>
      </w:r>
      <w:r>
        <w:br/>
      </w:r>
      <w:r>
        <w:t xml:space="preserve">    (c) having multiple areas of control or concentration</w:t>
      </w:r>
    </w:p>
    <w:p>
      <w:pPr>
        <w:pStyle w:val="Compact"/>
        <w:numPr>
          <w:ilvl w:val="0"/>
          <w:numId w:val="1001"/>
        </w:numPr>
      </w:pPr>
      <w:r>
        <w:rPr>
          <w:b/>
          <w:bCs/>
        </w:rPr>
        <w:t xml:space="preserve">Even through his anger and impatience, Harry recognised Hermione's offer to</w:t>
      </w:r>
      <w:r>
        <w:rPr>
          <w:b/>
          <w:bCs/>
        </w:rPr>
        <w:t xml:space="preserve"> </w:t>
      </w:r>
      <w:r>
        <w:rPr>
          <w:b/>
          <w:bCs/>
          <w:u w:val="single"/>
        </w:rPr>
        <w:t xml:space="preserve">accompany</w:t>
      </w:r>
      <w:r>
        <w:rPr>
          <w:b/>
          <w:bCs/>
        </w:rPr>
        <w:t xml:space="preserve"> </w:t>
      </w:r>
      <w:r>
        <w:rPr>
          <w:b/>
          <w:bCs/>
        </w:rPr>
        <w:t xml:space="preserve">him into Umbridge's office as a sign of solidarity and loyalty.</w:t>
      </w:r>
      <w:r>
        <w:br/>
      </w:r>
      <w:r>
        <w:t xml:space="preserve">    (a) go with</w:t>
      </w:r>
      <w:r>
        <w:br/>
      </w:r>
      <w:r>
        <w:t xml:space="preserve">    (b) influence opinion</w:t>
      </w:r>
      <w:r>
        <w:br/>
      </w:r>
      <w:r>
        <w:t xml:space="preserve">    (c) differ; or change</w:t>
      </w:r>
    </w:p>
    <w:p>
      <w:pPr>
        <w:pStyle w:val="Compact"/>
        <w:numPr>
          <w:ilvl w:val="0"/>
          <w:numId w:val="1001"/>
        </w:numPr>
      </w:pPr>
      <w:r>
        <w:rPr>
          <w:b/>
          <w:bCs/>
        </w:rPr>
        <w:t xml:space="preserve">Behind her he saw many of the students watching them</w:t>
      </w:r>
      <w:r>
        <w:rPr>
          <w:b/>
          <w:bCs/>
        </w:rPr>
        <w:t xml:space="preserve"> </w:t>
      </w:r>
      <w:r>
        <w:rPr>
          <w:b/>
          <w:bCs/>
          <w:u w:val="single"/>
        </w:rPr>
        <w:t xml:space="preserve">avidly</w:t>
      </w:r>
      <w:r>
        <w:rPr>
          <w:b/>
          <w:bCs/>
        </w:rPr>
        <w:t xml:space="preserve">.</w:t>
      </w:r>
      <w:r>
        <w:br/>
      </w:r>
      <w:r>
        <w:t xml:space="preserve">    (a) with great interest</w:t>
      </w:r>
      <w:r>
        <w:br/>
      </w:r>
      <w:r>
        <w:t xml:space="preserve">    (b) in a pessimistic or disagreeable manner</w:t>
      </w:r>
      <w:r>
        <w:br/>
      </w:r>
      <w:r>
        <w:t xml:space="preserve">    (c) in a manner that makes others feel good</w:t>
      </w:r>
    </w:p>
    <w:p>
      <w:pPr>
        <w:pStyle w:val="Compact"/>
        <w:numPr>
          <w:ilvl w:val="0"/>
          <w:numId w:val="1001"/>
        </w:numPr>
      </w:pPr>
      <w:r>
        <w:rPr>
          <w:b/>
          <w:bCs/>
        </w:rPr>
        <w:t xml:space="preserve">"</w:t>
      </w:r>
      <w:r>
        <w:rPr>
          <w:b/>
          <w:bCs/>
          <w:u w:val="single"/>
        </w:rPr>
        <w:t xml:space="preserve">Centaurs</w:t>
      </w:r>
      <w:r>
        <w:rPr>
          <w:b/>
          <w:bCs/>
        </w:rPr>
        <w:t xml:space="preserve"> </w:t>
      </w:r>
      <w:r>
        <w:rPr>
          <w:b/>
          <w:bCs/>
        </w:rPr>
        <w:t xml:space="preserve">are not the servants or playthings of humans," said Firenze quietly.</w:t>
      </w:r>
      <w:r>
        <w:br/>
      </w:r>
      <w:r>
        <w:t xml:space="preserve">    (a) electronic components that act as one-way valves</w:t>
      </w:r>
      <w:r>
        <w:br/>
      </w:r>
      <w:r>
        <w:t xml:space="preserve">    (b) images (seen on a mirror or other shiny surface)</w:t>
      </w:r>
      <w:r>
        <w:br/>
      </w:r>
      <w:r>
        <w:t xml:space="preserve">    (c) mythical beings that are half man and half horse</w:t>
      </w:r>
    </w:p>
    <w:p>
      <w:pPr>
        <w:pStyle w:val="Compact"/>
        <w:numPr>
          <w:ilvl w:val="0"/>
          <w:numId w:val="1001"/>
        </w:numPr>
      </w:pPr>
      <w:r>
        <w:rPr>
          <w:b/>
          <w:bCs/>
        </w:rPr>
        <w:t xml:space="preserve">"Hermione," said Ron in a low and</w:t>
      </w:r>
      <w:r>
        <w:rPr>
          <w:b/>
          <w:bCs/>
        </w:rPr>
        <w:t xml:space="preserve"> </w:t>
      </w:r>
      <w:r>
        <w:rPr>
          <w:b/>
          <w:bCs/>
          <w:u w:val="single"/>
        </w:rPr>
        <w:t xml:space="preserve">indignant</w:t>
      </w:r>
      <w:r>
        <w:rPr>
          <w:b/>
          <w:bCs/>
        </w:rPr>
        <w:t xml:space="preserve"> </w:t>
      </w:r>
      <w:r>
        <w:rPr>
          <w:b/>
          <w:bCs/>
        </w:rPr>
        <w:t xml:space="preserve">voice, "are you going to stop telling Harry off and listen to Binns, or...?"</w:t>
      </w:r>
      <w:r>
        <w:br/>
      </w:r>
      <w:r>
        <w:t xml:space="preserve">    (a) accepted of something undesired as unavoidable</w:t>
      </w:r>
      <w:r>
        <w:br/>
      </w:r>
      <w:r>
        <w:t xml:space="preserve">    (b) surprised as something unexpected</w:t>
      </w:r>
      <w:r>
        <w:br/>
      </w:r>
      <w:r>
        <w:t xml:space="preserve">    (c) annoyed (at something that is unjust or wrong)</w:t>
      </w:r>
    </w:p>
    <w:p>
      <w:pPr>
        <w:pStyle w:val="Compact"/>
        <w:numPr>
          <w:ilvl w:val="0"/>
          <w:numId w:val="1001"/>
        </w:numPr>
      </w:pPr>
      <w:r>
        <w:rPr>
          <w:b/>
          <w:bCs/>
        </w:rPr>
        <w:t xml:space="preserve">Snape, meanwhile, seemed to have decided to act as though Harry were invisible. ... In fact, compared to what he usually had to endure from Snape in the way of taunts and snide remarks, he found the new</w:t>
      </w:r>
      <w:r>
        <w:rPr>
          <w:b/>
          <w:bCs/>
        </w:rPr>
        <w:t xml:space="preserve"> </w:t>
      </w:r>
      <w:r>
        <w:rPr>
          <w:b/>
          <w:bCs/>
          <w:u w:val="single"/>
        </w:rPr>
        <w:t xml:space="preserve">approach</w:t>
      </w:r>
      <w:r>
        <w:rPr>
          <w:b/>
          <w:bCs/>
        </w:rPr>
        <w:t xml:space="preserve"> </w:t>
      </w:r>
      <w:r>
        <w:rPr>
          <w:b/>
          <w:bCs/>
        </w:rPr>
        <w:t xml:space="preserve">something of an improvement, and was pleased to find that when left well alone, he was able to concoct an Invigoration Draught quite easily.</w:t>
      </w:r>
      <w:r>
        <w:br/>
      </w:r>
      <w:r>
        <w:t xml:space="preserve">    (a) technique (way of doing something)</w:t>
      </w:r>
      <w:r>
        <w:br/>
      </w:r>
      <w:r>
        <w:t xml:space="preserve">    (b) change the direction of something or the purpose for which it is used</w:t>
      </w:r>
      <w:r>
        <w:br/>
      </w:r>
      <w:r>
        <w:t xml:space="preserve">    (c) to stick out, attract more attention than desired, or impose on others</w:t>
      </w:r>
    </w:p>
    <w:p>
      <w:pPr>
        <w:pStyle w:val="Compact"/>
        <w:numPr>
          <w:ilvl w:val="0"/>
          <w:numId w:val="1001"/>
        </w:numPr>
      </w:pPr>
      <w:r>
        <w:rPr>
          <w:b/>
          <w:bCs/>
        </w:rPr>
        <w:t xml:space="preserve">As the train slowed down in the</w:t>
      </w:r>
      <w:r>
        <w:rPr>
          <w:b/>
          <w:bCs/>
        </w:rPr>
        <w:t xml:space="preserve"> </w:t>
      </w:r>
      <w:r>
        <w:rPr>
          <w:b/>
          <w:bCs/>
          <w:u w:val="single"/>
        </w:rPr>
        <w:t xml:space="preserve">approach</w:t>
      </w:r>
      <w:r>
        <w:rPr>
          <w:b/>
          <w:bCs/>
        </w:rPr>
        <w:t xml:space="preserve"> </w:t>
      </w:r>
      <w:r>
        <w:rPr>
          <w:b/>
          <w:bCs/>
        </w:rPr>
        <w:t xml:space="preserve">to King's Cross, Harry thought he had never wanted to leave it less.</w:t>
      </w:r>
      <w:r>
        <w:br/>
      </w:r>
      <w:r>
        <w:t xml:space="preserve">    (a) mirror back (an image)</w:t>
      </w:r>
      <w:r>
        <w:br/>
      </w:r>
      <w:r>
        <w:t xml:space="preserve">    (b) create dramatic change</w:t>
      </w:r>
      <w:r>
        <w:br/>
      </w:r>
      <w:r>
        <w:t xml:space="preserve">    (c) getting near</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2026-07-31T15:20:30Z</dcterms:created>
  <dcterms:modified xsi:type="dcterms:W3CDTF">2026-07-31T15:20:30Z</dcterms:modified>
</cp:coreProperties>
</file>

<file path=docProps/custom.xml><?xml version="1.0" encoding="utf-8"?>
<Properties xmlns="http://schemas.openxmlformats.org/officeDocument/2006/custom-properties" xmlns:vt="http://schemas.openxmlformats.org/officeDocument/2006/docPropsVTypes"/>
</file>