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badded07378d78438b827cc5712e3039a1a6976"/>
    <w:p>
      <w:pPr>
        <w:pStyle w:val="Heading1"/>
      </w:pPr>
      <w:r>
        <w:rPr>
          <w:b/>
          <w:bCs/>
        </w:rPr>
        <w:t xml:space="preserve">Harry Potter and the Order of the Phoenix</w:t>
      </w:r>
      <w:r>
        <w:br/>
      </w:r>
      <w:r>
        <w:rPr>
          <w:i/>
          <w:iCs/>
        </w:rPr>
        <w:t xml:space="preserve">J. K. Rowling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Harry's temporarily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stupefied</w:t>
      </w:r>
      <w:r>
        <w:rPr>
          <w:b/>
          <w:bCs/>
        </w:rPr>
        <w:t xml:space="preserve"> </w:t>
      </w:r>
      <w:r>
        <w:rPr>
          <w:b/>
          <w:bCs/>
        </w:rPr>
        <w:t xml:space="preserve">brain seemed to reawaken.</w:t>
      </w:r>
      <w:r>
        <w:br/>
      </w:r>
      <w:r>
        <w:t xml:space="preserve">    (a) donated a portion of one's income to a church</w:t>
      </w:r>
      <w:r>
        <w:br/>
      </w:r>
      <w:r>
        <w:t xml:space="preserve">    (b) caused to happen or occurred as a consequence</w:t>
      </w:r>
      <w:r>
        <w:br/>
      </w:r>
      <w:r>
        <w:t xml:space="preserve">    (c) made unable to think; or completely surprised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Nearly failed 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Stealth</w:t>
      </w:r>
      <w:r>
        <w:rPr>
          <w:b/>
          <w:bCs/>
        </w:rPr>
        <w:t xml:space="preserve"> </w:t>
      </w:r>
      <w:r>
        <w:rPr>
          <w:b/>
          <w:bCs/>
        </w:rPr>
        <w:t xml:space="preserve">and Tracking.</w:t>
      </w:r>
      <w:r>
        <w:br/>
      </w:r>
      <w:r>
        <w:t xml:space="preserve">    (a) not trustworthy with secrets, and/or conspicuous or obtrusive</w:t>
      </w:r>
      <w:r>
        <w:br/>
      </w:r>
      <w:r>
        <w:t xml:space="preserve">    (b) the state or degree of being able to be taken on as one's own</w:t>
      </w:r>
      <w:r>
        <w:br/>
      </w:r>
      <w:r>
        <w:t xml:space="preserve">    (c) hard to see or detect; or done in a manner to avoid detection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need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Disillusion</w:t>
      </w:r>
      <w:r>
        <w:rPr>
          <w:b/>
          <w:bCs/>
        </w:rPr>
        <w:t xml:space="preserve"> </w:t>
      </w:r>
      <w:r>
        <w:rPr>
          <w:b/>
          <w:bCs/>
        </w:rPr>
        <w:t xml:space="preserve">you.</w:t>
      </w:r>
      <w:r>
        <w:br/>
      </w:r>
      <w:r>
        <w:t xml:space="preserve">    (a) a method of artistic painting on a wall by using watercolors on wet plaster; or the painting made in such a manner</w:t>
      </w:r>
      <w:r>
        <w:br/>
      </w:r>
      <w:r>
        <w:t xml:space="preserve">    (b) a deal where the accused pleads guilty to a lesser crime in return for a lighter punishment or dropped charges</w:t>
      </w:r>
      <w:r>
        <w:br/>
      </w:r>
      <w:r>
        <w:t xml:space="preserve">    (c) removal of false belief that something is better than it is; or the disappointment from removal of such a belief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'He's on our side now,' said Hermione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reprovingly</w:t>
      </w:r>
      <w:r>
        <w:rPr>
          <w:b/>
          <w:bCs/>
        </w:rPr>
        <w:t xml:space="preserve">.</w:t>
      </w:r>
      <w:r>
        <w:br/>
      </w:r>
      <w:r>
        <w:t xml:space="preserve">    (a) in a critical manner</w:t>
      </w:r>
      <w:r>
        <w:br/>
      </w:r>
      <w:r>
        <w:t xml:space="preserve">    (b) with great annoyance</w:t>
      </w:r>
      <w:r>
        <w:br/>
      </w:r>
      <w:r>
        <w:t xml:space="preserve">    (c) in a wasteful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They're trying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discredit</w:t>
      </w:r>
      <w:r>
        <w:rPr>
          <w:b/>
          <w:bCs/>
        </w:rPr>
        <w:t xml:space="preserve"> </w:t>
      </w:r>
      <w:r>
        <w:rPr>
          <w:b/>
          <w:bCs/>
        </w:rPr>
        <w:t xml:space="preserve">him,' said Lupin.</w:t>
      </w:r>
      <w:r>
        <w:br/>
      </w:r>
      <w:r>
        <w:t xml:space="preserve">    (a) damage the reputation of</w:t>
      </w:r>
      <w:r>
        <w:br/>
      </w:r>
      <w:r>
        <w:t xml:space="preserve">    (b) struggle or disagreement</w:t>
      </w:r>
      <w:r>
        <w:br/>
      </w:r>
      <w:r>
        <w:t xml:space="preserve">    (c) include consideration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I've got a bottle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antidote</w:t>
      </w:r>
      <w:r>
        <w:rPr>
          <w:b/>
          <w:bCs/>
        </w:rPr>
        <w:t xml:space="preserve"> </w:t>
      </w:r>
      <w:r>
        <w:rPr>
          <w:b/>
          <w:bCs/>
        </w:rPr>
        <w:t xml:space="preserve">here, but I'd rather nobody needed it.'</w:t>
      </w:r>
      <w:r>
        <w:br/>
      </w:r>
      <w:r>
        <w:t xml:space="preserve">    (a) toxin</w:t>
      </w:r>
      <w:r>
        <w:br/>
      </w:r>
      <w:r>
        <w:t xml:space="preserve">    (b) cure</w:t>
      </w:r>
      <w:r>
        <w:br/>
      </w:r>
      <w:r>
        <w:t xml:space="preserve">    (c) poison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faint rattling noise was coming from them, even though they were completely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stationary</w:t>
      </w:r>
      <w:r>
        <w:rPr>
          <w:b/>
          <w:bCs/>
        </w:rPr>
        <w:t xml:space="preserve">.</w:t>
      </w:r>
      <w:r>
        <w:br/>
      </w:r>
      <w:r>
        <w:t xml:space="preserve">    (a) standing still; or not capable of being moved</w:t>
      </w:r>
      <w:r>
        <w:br/>
      </w:r>
      <w:r>
        <w:t xml:space="preserve">    (b) male, female, or any of many trans categories</w:t>
      </w:r>
      <w:r>
        <w:br/>
      </w:r>
      <w:r>
        <w:t xml:space="preserve">    (c) an official charge (of having broken the law)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she turned her face slightly to take a sip from her goblet and he saw, with a shock of recognition,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pallid</w:t>
      </w:r>
      <w:r>
        <w:rPr>
          <w:b/>
          <w:bCs/>
        </w:rPr>
        <w:t xml:space="preserve">, toadlike face and a pair of prominent, pouchy eyes.</w:t>
      </w:r>
      <w:r>
        <w:br/>
      </w:r>
      <w:r>
        <w:t xml:space="preserve">    (a) mental weakness caused by old age; or describing a medical condition as caused by old age</w:t>
      </w:r>
      <w:r>
        <w:br/>
      </w:r>
      <w:r>
        <w:t xml:space="preserve">    (b) relating to a government, country, or ruling family of a country ruled by a king of queen</w:t>
      </w:r>
      <w:r>
        <w:br/>
      </w:r>
      <w:r>
        <w:t xml:space="preserve">    (c) abnormally pale (lacking healthy skin color); or anything that lacks energy or liveliness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then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discord</w:t>
      </w:r>
      <w:r>
        <w:rPr>
          <w:b/>
          <w:bCs/>
        </w:rPr>
        <w:t xml:space="preserve"> </w:t>
      </w:r>
      <w:r>
        <w:rPr>
          <w:b/>
          <w:bCs/>
        </w:rPr>
        <w:t xml:space="preserve">crept among us</w:t>
      </w:r>
      <w:r>
        <w:br/>
      </w:r>
      <w:r>
        <w:t xml:space="preserve">    (a) characterized by narrower parallel folds when closed and wider when open</w:t>
      </w:r>
      <w:r>
        <w:br/>
      </w:r>
      <w:r>
        <w:t xml:space="preserve">    (b) conflict and disagreement</w:t>
      </w:r>
      <w:r>
        <w:br/>
      </w:r>
      <w:r>
        <w:t xml:space="preserve">    (c) design based on alphabetic letters; or adding such a design to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own cauldron was issuing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copious</w:t>
      </w:r>
      <w:r>
        <w:rPr>
          <w:b/>
          <w:bCs/>
        </w:rPr>
        <w:t xml:space="preserve"> </w:t>
      </w:r>
      <w:r>
        <w:rPr>
          <w:b/>
          <w:bCs/>
        </w:rPr>
        <w:t xml:space="preserve">amounts of dark grey steam; Ron's was spitting green sparks.</w:t>
      </w:r>
      <w:r>
        <w:br/>
      </w:r>
      <w:r>
        <w:t xml:space="preserve">    (a) able to accept as true (without proof)</w:t>
      </w:r>
      <w:r>
        <w:br/>
      </w:r>
      <w:r>
        <w:t xml:space="preserve">    (b) able to be protected or kept unchanged</w:t>
      </w:r>
      <w:r>
        <w:br/>
      </w:r>
      <w:r>
        <w:t xml:space="preserve">    (c) abundant (large in quantity or number)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general standard of this homework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abysmal</w:t>
      </w:r>
      <w:r>
        <w:rPr>
          <w:b/>
          <w:bCs/>
        </w:rPr>
        <w:t xml:space="preserve">.</w:t>
      </w:r>
      <w:r>
        <w:br/>
      </w:r>
      <w:r>
        <w:t xml:space="preserve">    (a) terrible</w:t>
      </w:r>
      <w:r>
        <w:br/>
      </w:r>
      <w:r>
        <w:t xml:space="preserve">    (b) pleasing</w:t>
      </w:r>
      <w:r>
        <w:br/>
      </w:r>
      <w:r>
        <w:t xml:space="preserve">    (c) absolute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will write me an essay on the correct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composition</w:t>
      </w:r>
      <w:r>
        <w:rPr>
          <w:b/>
          <w:bCs/>
        </w:rPr>
        <w:t xml:space="preserve"> </w:t>
      </w:r>
      <w:r>
        <w:rPr>
          <w:b/>
          <w:bCs/>
        </w:rPr>
        <w:t xml:space="preserve">of this potion, indicating how and why you went wrong, to be handed in next lesson, do you understand?</w:t>
      </w:r>
      <w:r>
        <w:br/>
      </w:r>
      <w:r>
        <w:t xml:space="preserve">    (a) something that stands out</w:t>
      </w:r>
      <w:r>
        <w:br/>
      </w:r>
      <w:r>
        <w:t xml:space="preserve">    (b) creation</w:t>
      </w:r>
      <w:r>
        <w:br/>
      </w:r>
      <w:r>
        <w:t xml:space="preserve">    (c) large artery of the heart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"Oh, they only know flashy stuff that's of no real use to anyone," said Hermione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disparagingly</w:t>
      </w:r>
      <w:r>
        <w:rPr>
          <w:b/>
          <w:bCs/>
        </w:rPr>
        <w:t xml:space="preserve">.</w:t>
      </w:r>
      <w:r>
        <w:br/>
      </w:r>
      <w:r>
        <w:t xml:space="preserve">    (a) in a manner that impacts the natural world (life, air, water, land...)</w:t>
      </w:r>
      <w:r>
        <w:br/>
      </w:r>
      <w:r>
        <w:t xml:space="preserve">    (b) aka analytically -- in a manner that relates to a theory of psychiatry</w:t>
      </w:r>
      <w:r>
        <w:br/>
      </w:r>
      <w:r>
        <w:t xml:space="preserve">    (c) in a way to make it seem less 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...the power to alter such punishments,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sanctions</w:t>
      </w:r>
      <w:r>
        <w:rPr>
          <w:b/>
          <w:bCs/>
        </w:rPr>
        <w:t xml:space="preserve"> </w:t>
      </w:r>
      <w:r>
        <w:rPr>
          <w:b/>
          <w:bCs/>
        </w:rPr>
        <w:t xml:space="preserve">and removals of privileges as may have been ordered by other staff members.</w:t>
      </w:r>
      <w:r>
        <w:br/>
      </w:r>
      <w:r>
        <w:t xml:space="preserve">    (a) leaps or jumps</w:t>
      </w:r>
      <w:r>
        <w:br/>
      </w:r>
      <w:r>
        <w:t xml:space="preserve">    (b) makes possible</w:t>
      </w:r>
      <w:r>
        <w:br/>
      </w:r>
      <w:r>
        <w:t xml:space="preserve">    (c) penalties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Harry felt cold as he remembered Mrs Weasley's Boggart turning into Mr Weasley's lifeless body, his glasses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askew</w:t>
      </w:r>
      <w:r>
        <w:rPr>
          <w:b/>
          <w:bCs/>
        </w:rPr>
        <w:t xml:space="preserve">, blood running down his face...but Mr Weasley wasn't going to die...he couldn't...Dumbledore was now rummaging in a cupboard behind Harry and Ron.</w:t>
      </w:r>
      <w:r>
        <w:br/>
      </w:r>
      <w:r>
        <w:t xml:space="preserve">    (a) rain, snow, hail, or sleet</w:t>
      </w:r>
      <w:r>
        <w:br/>
      </w:r>
      <w:r>
        <w:t xml:space="preserve">    (b) opposed to "globalization"</w:t>
      </w:r>
      <w:r>
        <w:br/>
      </w:r>
      <w:r>
        <w:t xml:space="preserve">    (c) not straight; or not right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'Insubordination, sir!' roared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corpulent</w:t>
      </w:r>
      <w:r>
        <w:rPr>
          <w:b/>
          <w:bCs/>
        </w:rPr>
        <w:t xml:space="preserve">, red-nosed wizard, brandishing his fists.</w:t>
      </w:r>
      <w:r>
        <w:br/>
      </w:r>
      <w:r>
        <w:t xml:space="preserve">    (a) not representative</w:t>
      </w:r>
      <w:r>
        <w:br/>
      </w:r>
      <w:r>
        <w:t xml:space="preserve">    (b) excessive body fat</w:t>
      </w:r>
      <w:r>
        <w:br/>
      </w:r>
      <w:r>
        <w:t xml:space="preserve">    (c) good or beneficial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Of course, with intensive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remedial</w:t>
      </w:r>
      <w:r>
        <w:rPr>
          <w:b/>
          <w:bCs/>
        </w:rPr>
        <w:t xml:space="preserve"> </w:t>
      </w:r>
      <w:r>
        <w:rPr>
          <w:b/>
          <w:bCs/>
        </w:rPr>
        <w:t xml:space="preserve">potions and charms and a bit of luck, we can produce some improvement.</w:t>
      </w:r>
      <w:r>
        <w:br/>
      </w:r>
      <w:r>
        <w:t xml:space="preserve">    (a) most extreme as in final, best, worst, most important, or most fundamental</w:t>
      </w:r>
      <w:r>
        <w:br/>
      </w:r>
      <w:r>
        <w:t xml:space="preserve">    (b) the state or degree of having found a condition or substance to be present</w:t>
      </w:r>
      <w:r>
        <w:br/>
      </w:r>
      <w:r>
        <w:t xml:space="preserve">    (c) intended to remedy (fix) -- especially a deficiency in education or health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you would be required to undergo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stringent</w:t>
      </w:r>
      <w:r>
        <w:rPr>
          <w:b/>
          <w:bCs/>
        </w:rPr>
        <w:t xml:space="preserve"> </w:t>
      </w:r>
      <w:r>
        <w:rPr>
          <w:b/>
          <w:bCs/>
        </w:rPr>
        <w:t xml:space="preserve">series of character and aptitude tests at the Auror office.</w:t>
      </w:r>
      <w:r>
        <w:br/>
      </w:r>
      <w:r>
        <w:t xml:space="preserve">    (a) strict</w:t>
      </w:r>
      <w:r>
        <w:br/>
      </w:r>
      <w:r>
        <w:t xml:space="preserve">    (b) hidden</w:t>
      </w:r>
      <w:r>
        <w:br/>
      </w:r>
      <w:r>
        <w:t xml:space="preserve">    (c) sloped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giant let go of the top of the tree, which swayed alarmingly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deluged</w:t>
      </w:r>
      <w:r>
        <w:rPr>
          <w:b/>
          <w:bCs/>
        </w:rPr>
        <w:t xml:space="preserve"> </w:t>
      </w:r>
      <w:r>
        <w:rPr>
          <w:b/>
          <w:bCs/>
        </w:rPr>
        <w:t xml:space="preserve">Hagrid with a rain of pine needles, and looked down.</w:t>
      </w:r>
      <w:r>
        <w:br/>
      </w:r>
      <w:r>
        <w:t xml:space="preserve">    (a) made strips of hair lighter in color</w:t>
      </w:r>
      <w:r>
        <w:br/>
      </w:r>
      <w:r>
        <w:t xml:space="preserve">    (b) interacted, interested, or attracted</w:t>
      </w:r>
      <w:r>
        <w:br/>
      </w:r>
      <w:r>
        <w:t xml:space="preserve">    (c) overwhelmed -- especially with water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Voldemort had been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vanquished</w:t>
      </w:r>
      <w:r>
        <w:rPr>
          <w:b/>
          <w:bCs/>
        </w:rPr>
        <w:t xml:space="preserve"> </w:t>
      </w:r>
      <w:r>
        <w:rPr>
          <w:b/>
          <w:bCs/>
        </w:rPr>
        <w:t xml:space="preserve">hours before, but his supporters — and many of them are almost as terrible as he — were still at large, angry, desperate and violent.</w:t>
      </w:r>
      <w:r>
        <w:br/>
      </w:r>
      <w:r>
        <w:t xml:space="preserve">    (a) excessively excited</w:t>
      </w:r>
      <w:r>
        <w:br/>
      </w:r>
      <w:r>
        <w:t xml:space="preserve">    (b) completely defeated</w:t>
      </w:r>
      <w:r>
        <w:br/>
      </w:r>
      <w:r>
        <w:t xml:space="preserve">    (c) nervous or confused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2026-07-31T15:20:31Z</dcterms:created>
  <dcterms:modified xsi:type="dcterms:W3CDTF">2026-07-31T15:20:31Z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