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b276b2055fcc759fa627b49efb2b899cef4dd1"/>
    <w:p>
      <w:pPr>
        <w:pStyle w:val="Heading1"/>
      </w:pPr>
      <w:r>
        <w:rPr>
          <w:b/>
          <w:bCs/>
        </w:rPr>
        <w:t xml:space="preserve">Harry Potter and the Goblet of Fire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Will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</w:t>
      </w:r>
      <w:r>
        <w:rPr>
          <w:b/>
          <w:bCs/>
        </w:rPr>
        <w:t xml:space="preserve"> </w:t>
      </w:r>
      <w:r>
        <w:rPr>
          <w:b/>
          <w:bCs/>
        </w:rPr>
        <w:t xml:space="preserve">her to the party?</w:t>
      </w:r>
      <w:r>
        <w:br/>
      </w:r>
      <w:r>
        <w:t xml:space="preserve">    (a) follow</w:t>
      </w:r>
      <w:r>
        <w:br/>
      </w:r>
      <w:r>
        <w:t xml:space="preserve">    (b) precede</w:t>
      </w:r>
      <w:r>
        <w:br/>
      </w:r>
      <w:r>
        <w:t xml:space="preserve">    (c) go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exact numbers are shown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accompanying</w:t>
      </w:r>
      <w:r>
        <w:rPr>
          <w:b/>
          <w:bCs/>
        </w:rPr>
        <w:t xml:space="preserve"> </w:t>
      </w:r>
      <w:r>
        <w:rPr>
          <w:b/>
          <w:bCs/>
        </w:rPr>
        <w:t xml:space="preserve">table.</w:t>
      </w:r>
      <w:r>
        <w:br/>
      </w:r>
      <w:r>
        <w:t xml:space="preserve">    (a) previously published</w:t>
      </w:r>
      <w:r>
        <w:br/>
      </w:r>
      <w:r>
        <w:t xml:space="preserve">    (b) provided together</w:t>
      </w:r>
      <w:r>
        <w:br/>
      </w:r>
      <w:r>
        <w:t xml:space="preserve">    (c) informative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distracted</w:t>
      </w:r>
      <w:r>
        <w:br/>
      </w:r>
      <w:r>
        <w:t xml:space="preserve">    (b) bored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conjures</w:t>
      </w:r>
      <w:r>
        <w:rPr>
          <w:b/>
          <w:bCs/>
        </w:rPr>
        <w:t xml:space="preserve"> </w:t>
      </w:r>
      <w:r>
        <w:rPr>
          <w:b/>
          <w:bCs/>
        </w:rPr>
        <w:t xml:space="preserve">memories of good times.</w:t>
      </w:r>
      <w:r>
        <w:br/>
      </w:r>
      <w:r>
        <w:t xml:space="preserve">    (a) brings to mind</w:t>
      </w:r>
      <w:r>
        <w:br/>
      </w:r>
      <w:r>
        <w:t xml:space="preserve">    (b) drives away</w:t>
      </w:r>
      <w:r>
        <w:br/>
      </w:r>
      <w:r>
        <w:t xml:space="preserve">    (c) is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 either of you have copies of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correspondence</w:t>
      </w:r>
      <w:r>
        <w:rPr>
          <w:b/>
          <w:bCs/>
        </w:rPr>
        <w:t xml:space="preserve">?</w:t>
      </w:r>
      <w:r>
        <w:br/>
      </w:r>
      <w:r>
        <w:t xml:space="preserve">    (a) instructions</w:t>
      </w:r>
      <w:r>
        <w:br/>
      </w:r>
      <w:r>
        <w:t xml:space="preserve">    (b) letters or emails</w:t>
      </w:r>
      <w:r>
        <w:br/>
      </w:r>
      <w:r>
        <w:t xml:space="preserve">    (c) pictures or drawings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correspondent</w:t>
      </w:r>
      <w:r>
        <w:rPr>
          <w:b/>
          <w:bCs/>
        </w:rPr>
        <w:t xml:space="preserve"> </w:t>
      </w:r>
      <w:r>
        <w:rPr>
          <w:b/>
          <w:bCs/>
        </w:rPr>
        <w:t xml:space="preserve">in Iran was kidnapped.</w:t>
      </w:r>
      <w:r>
        <w:br/>
      </w:r>
      <w:r>
        <w:t xml:space="preserve">    (a) reporter</w:t>
      </w:r>
      <w:r>
        <w:br/>
      </w:r>
      <w:r>
        <w:t xml:space="preserve">    (b) worker</w:t>
      </w:r>
      <w:r>
        <w:br/>
      </w:r>
      <w:r>
        <w:t xml:space="preserve">    (c) witness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asking open-ended questions, but all I could get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curt</w:t>
      </w:r>
      <w:r>
        <w:rPr>
          <w:b/>
          <w:bCs/>
        </w:rPr>
        <w:t xml:space="preserve"> </w:t>
      </w:r>
      <w:r>
        <w:rPr>
          <w:b/>
          <w:bCs/>
        </w:rPr>
        <w:t xml:space="preserve">replies.</w:t>
      </w:r>
      <w:r>
        <w:br/>
      </w:r>
      <w:r>
        <w:t xml:space="preserve">    (a) angry</w:t>
      </w:r>
      <w:r>
        <w:br/>
      </w:r>
      <w:r>
        <w:t xml:space="preserve">    (b) short</w:t>
      </w:r>
      <w:r>
        <w:br/>
      </w:r>
      <w:r>
        <w:t xml:space="preserve">    (c) selfish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shown</w:t>
      </w:r>
      <w:r>
        <w:br/>
      </w:r>
      <w:r>
        <w:t xml:space="preserve">    (b) encouraged</w:t>
      </w:r>
      <w:r>
        <w:br/>
      </w:r>
      <w:r>
        <w:t xml:space="preserve">    (c) protested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claimed she could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a person’s future by reading tea leaves at the bottom of a cup.</w:t>
      </w:r>
      <w:r>
        <w:br/>
      </w:r>
      <w:r>
        <w:t xml:space="preserve">    (a) remember clearly</w:t>
      </w:r>
      <w:r>
        <w:br/>
      </w:r>
      <w:r>
        <w:t xml:space="preserve">    (b) imagine vividly</w:t>
      </w:r>
      <w:r>
        <w:br/>
      </w:r>
      <w:r>
        <w:t xml:space="preserve">    (c) predict supernaturally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feinted</w:t>
      </w:r>
      <w:r>
        <w:rPr>
          <w:b/>
          <w:bCs/>
        </w:rPr>
        <w:t xml:space="preserve"> </w:t>
      </w:r>
      <w:r>
        <w:rPr>
          <w:b/>
          <w:bCs/>
        </w:rPr>
        <w:t xml:space="preserve">left and then charged from the right.</w:t>
      </w:r>
      <w:r>
        <w:br/>
      </w:r>
      <w:r>
        <w:t xml:space="preserve">    (a) moved sideways</w:t>
      </w:r>
      <w:r>
        <w:br/>
      </w:r>
      <w:r>
        <w:t xml:space="preserve">    (b) attacked strongly</w:t>
      </w:r>
      <w:r>
        <w:br/>
      </w:r>
      <w:r>
        <w:t xml:space="preserve">    (c) faked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and</w:t>
      </w:r>
      <w:r>
        <w:br/>
      </w:r>
      <w:r>
        <w:t xml:space="preserve">    (b) but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no matter how</w:t>
      </w:r>
      <w:r>
        <w:br/>
      </w:r>
      <w:r>
        <w:t xml:space="preserve">    (b) in addition</w:t>
      </w:r>
      <w:r>
        <w:br/>
      </w:r>
      <w:r>
        <w:t xml:space="preserve">    (c) on-the-other-hand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we get there, the main thing is to be absolutely sure we're not late.</w:t>
      </w:r>
      <w:r>
        <w:br/>
      </w:r>
      <w:r>
        <w:t xml:space="preserve">    (a) even if in a non-standard manner</w:t>
      </w:r>
      <w:r>
        <w:br/>
      </w:r>
      <w:r>
        <w:t xml:space="preserve">    (b) whatever way</w:t>
      </w:r>
      <w:r>
        <w:br/>
      </w:r>
      <w:r>
        <w:t xml:space="preserve">    (c) to whatever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smart</w:t>
      </w:r>
      <w:r>
        <w:br/>
      </w:r>
      <w:r>
        <w:t xml:space="preserve">    (b) forgiving</w:t>
      </w:r>
      <w:r>
        <w:br/>
      </w:r>
      <w:r>
        <w:t xml:space="preserve">    (c) unbiased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surprised at the unexpected</w:t>
      </w:r>
      <w:r>
        <w:br/>
      </w:r>
      <w:r>
        <w:t xml:space="preserve">    (b) annoyed at something unjust</w:t>
      </w:r>
      <w:r>
        <w:br/>
      </w:r>
      <w:r>
        <w:t xml:space="preserve">    (c) defensive about being suspected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lead can be harmful to children.</w:t>
      </w:r>
      <w:r>
        <w:br/>
      </w:r>
      <w:r>
        <w:t xml:space="preserve">    (a) large</w:t>
      </w:r>
      <w:r>
        <w:br/>
      </w:r>
      <w:r>
        <w:t xml:space="preserve">    (b) 60 seconds</w:t>
      </w:r>
      <w:r>
        <w:br/>
      </w:r>
      <w:r>
        <w:t xml:space="preserve">    (c) tiny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quickly eliminated</w:t>
      </w:r>
      <w:r>
        <w:br/>
      </w:r>
      <w:r>
        <w:t xml:space="preserve">    (b) available from prior research</w:t>
      </w:r>
      <w:r>
        <w:br/>
      </w:r>
      <w:r>
        <w:t xml:space="preserve">    (c) including even small considerations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also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quickly move</w:t>
      </w:r>
      <w:r>
        <w:br/>
      </w:r>
      <w:r>
        <w:t xml:space="preserve">    (b) slightly shake</w:t>
      </w:r>
      <w:r>
        <w:br/>
      </w:r>
      <w:r>
        <w:t xml:space="preserve">    (c) tightly grip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magician's final trick seemed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stupefy</w:t>
      </w:r>
      <w:r>
        <w:rPr>
          <w:b/>
          <w:bCs/>
        </w:rPr>
        <w:t xml:space="preserve"> </w:t>
      </w:r>
      <w:r>
        <w:rPr>
          <w:b/>
          <w:bCs/>
        </w:rPr>
        <w:t xml:space="preserve">everyone in the audience.</w:t>
      </w:r>
      <w:r>
        <w:br/>
      </w:r>
      <w:r>
        <w:t xml:space="preserve">    (a) bore and annoy</w:t>
      </w:r>
      <w:r>
        <w:br/>
      </w:r>
      <w:r>
        <w:t xml:space="preserve">    (b) amaze and daze</w:t>
      </w:r>
      <w:r>
        <w:br/>
      </w:r>
      <w:r>
        <w:t xml:space="preserve">    (c) warn and alert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2026-07-31T15:20:00Z</dcterms:created>
  <dcterms:modified xsi:type="dcterms:W3CDTF">2026-07-31T15:20:00Z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