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da3a23d8a3941a13a8931b73aa38073333db1b"/>
    <w:p>
      <w:pPr>
        <w:pStyle w:val="Heading1"/>
      </w:pPr>
      <w:r>
        <w:rPr>
          <w:b/>
          <w:bCs/>
        </w:rPr>
        <w:t xml:space="preserve">Harry Potter and the Goblet of Fire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the store reopened after the storm, shoppers ran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amok</w:t>
      </w:r>
      <w:r>
        <w:rPr>
          <w:b/>
          <w:bCs/>
        </w:rPr>
        <w:t xml:space="preserve">, grabbing groceries off the shelves.</w:t>
      </w:r>
      <w:r>
        <w:br/>
      </w:r>
      <w:r>
        <w:t xml:space="preserve">    (a) eager for savings</w:t>
      </w:r>
      <w:r>
        <w:br/>
      </w:r>
      <w:r>
        <w:t xml:space="preserve">    (b) clearly very hungry</w:t>
      </w:r>
      <w:r>
        <w:br/>
      </w:r>
      <w:r>
        <w:t xml:space="preserve">    (c) wildly out of control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Laughter can be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antidote</w:t>
      </w:r>
      <w:r>
        <w:rPr>
          <w:b/>
          <w:bCs/>
        </w:rPr>
        <w:t xml:space="preserve"> </w:t>
      </w:r>
      <w:r>
        <w:rPr>
          <w:b/>
          <w:bCs/>
        </w:rPr>
        <w:t xml:space="preserve">for stress.</w:t>
      </w:r>
      <w:r>
        <w:br/>
      </w:r>
      <w:r>
        <w:t xml:space="preserve">    (a) poison</w:t>
      </w:r>
      <w:r>
        <w:br/>
      </w:r>
      <w:r>
        <w:t xml:space="preserve">    (b) cure</w:t>
      </w:r>
      <w:r>
        <w:br/>
      </w:r>
      <w:r>
        <w:t xml:space="preserve">    (c) toxin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earthquake left our pictures hanging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askew</w:t>
      </w:r>
      <w:r>
        <w:rPr>
          <w:b/>
          <w:bCs/>
        </w:rPr>
        <w:t xml:space="preserve">.</w:t>
      </w:r>
      <w:r>
        <w:br/>
      </w:r>
      <w:r>
        <w:t xml:space="preserve">    (a) covered in dust</w:t>
      </w:r>
      <w:r>
        <w:br/>
      </w:r>
      <w:r>
        <w:t xml:space="preserve">    (b) alone</w:t>
      </w:r>
      <w:r>
        <w:br/>
      </w:r>
      <w:r>
        <w:t xml:space="preserve">    (c) crooked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congregated</w:t>
      </w:r>
      <w:r>
        <w:rPr>
          <w:b/>
          <w:bCs/>
        </w:rPr>
        <w:t xml:space="preserve"> </w:t>
      </w:r>
      <w:r>
        <w:rPr>
          <w:b/>
          <w:bCs/>
        </w:rPr>
        <w:t xml:space="preserve">outside of City Hall to protest.</w:t>
      </w:r>
      <w:r>
        <w:br/>
      </w:r>
      <w:r>
        <w:t xml:space="preserve">    (a) came together</w:t>
      </w:r>
      <w:r>
        <w:br/>
      </w:r>
      <w:r>
        <w:t xml:space="preserve">    (b) shouted</w:t>
      </w:r>
      <w:r>
        <w:br/>
      </w:r>
      <w:r>
        <w:t xml:space="preserve">    (c) sat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they catch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</w:t>
      </w:r>
      <w:r>
        <w:rPr>
          <w:b/>
          <w:bCs/>
        </w:rPr>
        <w:t xml:space="preserve">?</w:t>
      </w:r>
      <w:r>
        <w:br/>
      </w:r>
      <w:r>
        <w:t xml:space="preserve">    (a) problem</w:t>
      </w:r>
      <w:r>
        <w:br/>
      </w:r>
      <w:r>
        <w:t xml:space="preserve">    (b) dog</w:t>
      </w:r>
      <w:r>
        <w:br/>
      </w:r>
      <w:r>
        <w:t xml:space="preserve">    (c) criminal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too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</w:t>
      </w:r>
      <w:r>
        <w:rPr>
          <w:b/>
          <w:bCs/>
        </w:rPr>
        <w:t xml:space="preserve"> </w:t>
      </w:r>
      <w:r>
        <w:rPr>
          <w:b/>
          <w:bCs/>
        </w:rPr>
        <w:t xml:space="preserve">in their home.</w:t>
      </w:r>
      <w:r>
        <w:br/>
      </w:r>
      <w:r>
        <w:t xml:space="preserve">    (a) uncritical agreement</w:t>
      </w:r>
      <w:r>
        <w:br/>
      </w:r>
      <w:r>
        <w:t xml:space="preserve">    (b) conflict</w:t>
      </w:r>
      <w:r>
        <w:br/>
      </w:r>
      <w:r>
        <w:t xml:space="preserve">    (c) loud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loud sound</w:t>
      </w:r>
      <w:r>
        <w:br/>
      </w:r>
      <w:r>
        <w:t xml:space="preserve">    (b) unpleasant sound</w:t>
      </w:r>
      <w:r>
        <w:br/>
      </w:r>
      <w:r>
        <w:t xml:space="preserve">    (c) attractive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 change,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disgruntled</w:t>
      </w:r>
      <w:r>
        <w:rPr>
          <w:b/>
          <w:bCs/>
        </w:rPr>
        <w:t xml:space="preserve"> </w:t>
      </w:r>
      <w:r>
        <w:rPr>
          <w:b/>
          <w:bCs/>
        </w:rPr>
        <w:t xml:space="preserve">employees complain of worsening working conditions</w:t>
      </w:r>
      <w:r>
        <w:br/>
      </w:r>
      <w:r>
        <w:t xml:space="preserve">    (a) veteran</w:t>
      </w:r>
      <w:r>
        <w:br/>
      </w:r>
      <w:r>
        <w:t xml:space="preserve">    (b) unhappy</w:t>
      </w:r>
      <w:r>
        <w:br/>
      </w:r>
      <w:r>
        <w:t xml:space="preserve">    (c) loyal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Iran's top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envoy</w:t>
      </w:r>
      <w:r>
        <w:rPr>
          <w:b/>
          <w:bCs/>
        </w:rPr>
        <w:t xml:space="preserve"> </w:t>
      </w:r>
      <w:r>
        <w:rPr>
          <w:b/>
          <w:bCs/>
        </w:rPr>
        <w:t xml:space="preserve">to the United Nations nuclear agency dismissed the accusation.</w:t>
      </w:r>
      <w:r>
        <w:br/>
      </w:r>
      <w:r>
        <w:t xml:space="preserve">    (a) scientist</w:t>
      </w:r>
      <w:r>
        <w:br/>
      </w:r>
      <w:r>
        <w:t xml:space="preserve">    (b) representative</w:t>
      </w:r>
      <w:r>
        <w:br/>
      </w:r>
      <w:r>
        <w:t xml:space="preserve">    (c) translator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tones of voice</w:t>
      </w:r>
      <w:r>
        <w:br/>
      </w:r>
      <w:r>
        <w:t xml:space="preserve">    (b) gestures</w:t>
      </w:r>
      <w:r>
        <w:br/>
      </w:r>
      <w:r>
        <w:t xml:space="preserve">    (c) facial expressions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don't generally warm to her. She comes across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imperious</w:t>
      </w:r>
      <w:r>
        <w:rPr>
          <w:b/>
          <w:bCs/>
        </w:rPr>
        <w:t xml:space="preserve">.</w:t>
      </w:r>
      <w:r>
        <w:br/>
      </w:r>
      <w:r>
        <w:t xml:space="preserve">    (a) foolish</w:t>
      </w:r>
      <w:r>
        <w:br/>
      </w:r>
      <w:r>
        <w:t xml:space="preserve">    (b) arrogant</w:t>
      </w:r>
      <w:r>
        <w:br/>
      </w:r>
      <w:r>
        <w:t xml:space="preserve">    (c) ridiculous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Harry Potter said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incantation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"expecto patronum"</w:t>
      </w:r>
      <w:r>
        <w:rPr>
          <w:b/>
          <w:bCs/>
        </w:rPr>
        <w:t xml:space="preserve"> </w:t>
      </w:r>
      <w:r>
        <w:rPr>
          <w:b/>
          <w:bCs/>
        </w:rPr>
        <w:t xml:space="preserve">as he focuses on a happy memory to summon protection from dark magic.</w:t>
      </w:r>
      <w:r>
        <w:br/>
      </w:r>
      <w:r>
        <w:t xml:space="preserve">    (a) magic words</w:t>
      </w:r>
      <w:r>
        <w:br/>
      </w:r>
      <w:r>
        <w:t xml:space="preserve">    (b) common saying</w:t>
      </w:r>
      <w:r>
        <w:br/>
      </w:r>
      <w:r>
        <w:t xml:space="preserve">    (c) foreign phrase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jovial</w:t>
      </w:r>
      <w:r>
        <w:rPr>
          <w:b/>
          <w:bCs/>
        </w:rPr>
        <w:t xml:space="preserve"> </w:t>
      </w:r>
      <w:r>
        <w:rPr>
          <w:b/>
          <w:bCs/>
        </w:rPr>
        <w:t xml:space="preserve">old woman.</w:t>
      </w:r>
      <w:r>
        <w:br/>
      </w:r>
      <w:r>
        <w:t xml:space="preserve">    (a) very noticeable</w:t>
      </w:r>
      <w:r>
        <w:br/>
      </w:r>
      <w:r>
        <w:t xml:space="preserve">    (b) impossible to understand</w:t>
      </w:r>
      <w:r>
        <w:br/>
      </w:r>
      <w:r>
        <w:t xml:space="preserve">    (c) cheerful and 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Fallen branches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obstruct</w:t>
      </w:r>
      <w:r>
        <w:rPr>
          <w:b/>
          <w:bCs/>
        </w:rPr>
        <w:t xml:space="preserve"> </w:t>
      </w:r>
      <w:r>
        <w:rPr>
          <w:b/>
          <w:bCs/>
        </w:rPr>
        <w:t xml:space="preserve">the hiking trail after last night's heavy storm.</w:t>
      </w:r>
      <w:r>
        <w:br/>
      </w:r>
      <w:r>
        <w:t xml:space="preserve">    (a) block or hinder</w:t>
      </w:r>
      <w:r>
        <w:br/>
      </w:r>
      <w:r>
        <w:t xml:space="preserve">    (b) widen or expand</w:t>
      </w:r>
      <w:r>
        <w:br/>
      </w:r>
      <w:r>
        <w:t xml:space="preserve">    (c) clean and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sitting upright</w:t>
      </w:r>
      <w:r>
        <w:br/>
      </w:r>
      <w:r>
        <w:t xml:space="preserve">    (b) lying face-down</w:t>
      </w:r>
      <w:r>
        <w:br/>
      </w:r>
      <w:r>
        <w:t xml:space="preserve">    (c) curled up tightly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Liver disease has given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sallow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complexion.</w:t>
      </w:r>
      <w:r>
        <w:br/>
      </w:r>
      <w:r>
        <w:t xml:space="preserve">    (a) characterized by narrower parallel folds when closed and wider when open</w:t>
      </w:r>
      <w:r>
        <w:br/>
      </w:r>
      <w:r>
        <w:t xml:space="preserve">    (b) design based on alphabetic letters; or adding such a design to something</w:t>
      </w:r>
      <w:r>
        <w:br/>
      </w:r>
      <w:r>
        <w:t xml:space="preserve">    (c) unhealthy pale of yellowish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transfigured</w:t>
      </w:r>
      <w:r>
        <w:rPr>
          <w:b/>
          <w:bCs/>
        </w:rPr>
        <w:t xml:space="preserve"> </w:t>
      </w:r>
      <w:r>
        <w:rPr>
          <w:b/>
          <w:bCs/>
        </w:rPr>
        <w:t xml:space="preserve">by a spiritual awakening.</w:t>
      </w:r>
      <w:r>
        <w:br/>
      </w:r>
      <w:r>
        <w:t xml:space="preserve">    (a) completely changed</w:t>
      </w:r>
      <w:r>
        <w:br/>
      </w:r>
      <w:r>
        <w:t xml:space="preserve">    (b) barely affected</w:t>
      </w:r>
      <w:r>
        <w:br/>
      </w:r>
      <w:r>
        <w:t xml:space="preserve">    (c) deeply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ungainly</w:t>
      </w:r>
      <w:r>
        <w:rPr>
          <w:b/>
          <w:bCs/>
        </w:rPr>
        <w:t xml:space="preserve"> </w:t>
      </w:r>
      <w:r>
        <w:rPr>
          <w:b/>
          <w:bCs/>
        </w:rPr>
        <w:t xml:space="preserve">teenager tripped over his own feet at the dance.</w:t>
      </w:r>
      <w:r>
        <w:br/>
      </w:r>
      <w:r>
        <w:t xml:space="preserve">    (a) shy and quiet</w:t>
      </w:r>
      <w:r>
        <w:br/>
      </w:r>
      <w:r>
        <w:t xml:space="preserve">    (b) awkward and clumsy</w:t>
      </w:r>
      <w:r>
        <w:br/>
      </w:r>
      <w:r>
        <w:t xml:space="preserve">    (c) graceful and elegant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rear of the room.</w:t>
      </w:r>
      <w:r>
        <w:br/>
      </w:r>
      <w:r>
        <w:t xml:space="preserve">    (a) while shouting loudly</w:t>
      </w:r>
      <w:r>
        <w:br/>
      </w:r>
      <w:r>
        <w:t xml:space="preserve">    (b) while crying softly</w:t>
      </w:r>
      <w:r>
        <w:br/>
      </w:r>
      <w:r>
        <w:t xml:space="preserve">    (c) without drawing attention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grandmother's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wizened</w:t>
      </w:r>
      <w:r>
        <w:rPr>
          <w:b/>
          <w:bCs/>
        </w:rPr>
        <w:t xml:space="preserve"> </w:t>
      </w:r>
      <w:r>
        <w:rPr>
          <w:b/>
          <w:bCs/>
        </w:rPr>
        <w:t xml:space="preserve">hands held mine warmly.</w:t>
      </w:r>
      <w:r>
        <w:br/>
      </w:r>
      <w:r>
        <w:t xml:space="preserve">    (a) puffy and swollen</w:t>
      </w:r>
      <w:r>
        <w:br/>
      </w:r>
      <w:r>
        <w:t xml:space="preserve">    (b) shrunken from age</w:t>
      </w:r>
      <w:r>
        <w:br/>
      </w:r>
      <w:r>
        <w:t xml:space="preserve">    (c) smooth and youthful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2026-07-31T15:20:01Z</dcterms:created>
  <dcterms:modified xsi:type="dcterms:W3CDTF">2026-07-31T15:20:01Z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