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f0e5524bd1e9aeb5c5c411a0373defcdc0178c"/>
    <w:p>
      <w:pPr>
        <w:pStyle w:val="Heading1"/>
      </w:pPr>
      <w:r>
        <w:rPr>
          <w:b/>
          <w:bCs/>
        </w:rPr>
        <w:t xml:space="preserve">Harry Potter and the Goblet of Fire</w:t>
      </w:r>
      <w:r>
        <w:br/>
      </w:r>
      <w:r>
        <w:rPr>
          <w:i/>
          <w:iCs/>
        </w:rPr>
        <w:t xml:space="preserve">J. K. Rowling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Harry, Ron, and Hermione knew otherwise,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; they had come face-to-face with Wormtail only the previous year, though only Professor Dumbledore had believed their story.</w:t>
      </w:r>
      <w:r>
        <w:br/>
      </w:r>
      <w:r>
        <w:t xml:space="preserve">    (a) starts fighting</w:t>
      </w:r>
      <w:r>
        <w:br/>
      </w:r>
      <w:r>
        <w:t xml:space="preserve">    (b) in whatever way</w:t>
      </w:r>
      <w:r>
        <w:br/>
      </w:r>
      <w:r>
        <w:t xml:space="preserve">    (c) starts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worst fear was that someone would find out that they were connected (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distantly) with people like Mrs. Weasley.</w:t>
      </w:r>
      <w:r>
        <w:br/>
      </w:r>
      <w:r>
        <w:t xml:space="preserve">    (a) regardless of how</w:t>
      </w:r>
      <w:r>
        <w:br/>
      </w:r>
      <w:r>
        <w:t xml:space="preserve">    (b) people who are good at or spend much time studying, thinking, and reasoning</w:t>
      </w:r>
      <w:r>
        <w:br/>
      </w:r>
      <w:r>
        <w:t xml:space="preserve">    (c) aka analysis -- psychiatric treatment; or a theory of psychiatric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Fleur Delacour,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tossed her hair, smiling, and said, "Oh, vairy funny joke, Meester Bagman."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Sirius had been of some help to Harry, even if he couldn't be with him.</w:t>
      </w:r>
      <w:r>
        <w:br/>
      </w:r>
      <w:r>
        <w:t xml:space="preserve">    (a) therefore (for that reason)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despite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, wondering what on earth he was supposed to have done this time, Harry got up...</w:t>
      </w:r>
      <w:r>
        <w:br/>
      </w:r>
      <w:r>
        <w:t xml:space="preserve">    (a) collided</w:t>
      </w:r>
      <w:r>
        <w:br/>
      </w:r>
      <w:r>
        <w:t xml:space="preserve">    (b) restored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bit of it was covered in stamps except for a square inch on the front, into which Mrs. Weasley had squeezed the Dursleys' address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writing.</w:t>
      </w:r>
      <w:r>
        <w:br/>
      </w:r>
      <w:r>
        <w:t xml:space="preserve">    (a) awake</w:t>
      </w:r>
      <w:r>
        <w:br/>
      </w:r>
      <w:r>
        <w:t xml:space="preserve">    (b) exact</w:t>
      </w:r>
      <w:r>
        <w:br/>
      </w:r>
      <w:r>
        <w:t xml:space="preserve">    (c) very small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lifted the wand and examined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minutely</w:t>
      </w:r>
      <w:r>
        <w:rPr>
          <w:b/>
          <w:bCs/>
        </w:rPr>
        <w:t xml:space="preserve">, turning it over and over before his eyes.</w:t>
      </w:r>
      <w:r>
        <w:br/>
      </w:r>
      <w:r>
        <w:t xml:space="preserve">    (a) carefully (with attention to detail)</w:t>
      </w:r>
      <w:r>
        <w:br/>
      </w:r>
      <w:r>
        <w:t xml:space="preserve">    (b) in a manner that does not change</w:t>
      </w:r>
      <w:r>
        <w:br/>
      </w:r>
      <w:r>
        <w:t xml:space="preserve">    (c) in a manner that deserves praise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...with a flick of his wand, Bill reattached the table leg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conjured</w:t>
      </w:r>
      <w:r>
        <w:rPr>
          <w:b/>
          <w:bCs/>
        </w:rPr>
        <w:t xml:space="preserve"> </w:t>
      </w:r>
      <w:r>
        <w:rPr>
          <w:b/>
          <w:bCs/>
        </w:rPr>
        <w:t xml:space="preserve">tablecloths from nowhere.</w:t>
      </w:r>
      <w:r>
        <w:br/>
      </w:r>
      <w:r>
        <w:t xml:space="preserve">    (a) created by magic</w:t>
      </w:r>
      <w:r>
        <w:br/>
      </w:r>
      <w:r>
        <w:t xml:space="preserve">    (b) considered (for affect on a result or outcome)</w:t>
      </w:r>
      <w:r>
        <w:br/>
      </w:r>
      <w:r>
        <w:t xml:space="preserve">    (c) held together (connected or united) or wrapped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Irish Seeker had suddenly gone into a dive, and Harry was quite sure that this was no Wronski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Feint</w:t>
      </w:r>
      <w:r>
        <w:rPr>
          <w:b/>
          <w:bCs/>
        </w:rPr>
        <w:t xml:space="preserve">; this was the real thing..."He's seen the Snitch!"</w:t>
      </w:r>
      <w:r>
        <w:br/>
      </w:r>
      <w:r>
        <w:t xml:space="preserve">    (a) design based on alphabetic letters; or adding such a design to something</w:t>
      </w:r>
      <w:r>
        <w:br/>
      </w:r>
      <w:r>
        <w:t xml:space="preserve">    (b) deceptive maneuver</w:t>
      </w:r>
      <w:r>
        <w:br/>
      </w:r>
      <w:r>
        <w:t xml:space="preserve">    (c) characterized by narrower parallel folds when closed and wider when open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"Out of the way, Arthur," said a cold,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curt</w:t>
      </w:r>
      <w:r>
        <w:rPr>
          <w:b/>
          <w:bCs/>
        </w:rPr>
        <w:t xml:space="preserve"> </w:t>
      </w:r>
      <w:r>
        <w:rPr>
          <w:b/>
          <w:bCs/>
        </w:rPr>
        <w:t xml:space="preserve">voice.</w:t>
      </w:r>
      <w:r>
        <w:br/>
      </w:r>
      <w:r>
        <w:t xml:space="preserve">    (a) made by taking on as one's own</w:t>
      </w:r>
      <w:r>
        <w:br/>
      </w:r>
      <w:r>
        <w:t xml:space="preserve">    (b) brief to the point of rudeness</w:t>
      </w:r>
      <w:r>
        <w:br/>
      </w:r>
      <w:r>
        <w:t xml:space="preserve">    (c) a sensible view of a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rain sounded even louder at the top of the house,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accompanied</w:t>
      </w:r>
      <w:r>
        <w:rPr>
          <w:b/>
          <w:bCs/>
        </w:rPr>
        <w:t xml:space="preserve"> </w:t>
      </w:r>
      <w:r>
        <w:rPr>
          <w:b/>
          <w:bCs/>
        </w:rPr>
        <w:t xml:space="preserve">by loud whistlings and moans from the wind, not to mention sporadic howls from the ghoul who lived in the attic.</w:t>
      </w:r>
      <w:r>
        <w:br/>
      </w:r>
      <w:r>
        <w:t xml:space="preserve">    (a) joined at the same time</w:t>
      </w:r>
      <w:r>
        <w:br/>
      </w:r>
      <w:r>
        <w:t xml:space="preserve">    (b) having multiple areas of control or concentration</w:t>
      </w:r>
      <w:r>
        <w:br/>
      </w:r>
      <w:r>
        <w:t xml:space="preserve">    (c) exercised privileges to which one is not entitled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transformed back into the great black dog and walked with Harry and Dumbledore out of the office,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accompanying</w:t>
      </w:r>
      <w:r>
        <w:rPr>
          <w:b/>
          <w:bCs/>
        </w:rPr>
        <w:t xml:space="preserve"> </w:t>
      </w:r>
      <w:r>
        <w:rPr>
          <w:b/>
          <w:bCs/>
        </w:rPr>
        <w:t xml:space="preserve">them down a flight of stairs to the hospital wing.</w:t>
      </w:r>
      <w:r>
        <w:br/>
      </w:r>
      <w:r>
        <w:t xml:space="preserve">    (a) working or operating</w:t>
      </w:r>
      <w:r>
        <w:br/>
      </w:r>
      <w:r>
        <w:t xml:space="preserve">    (b) traveling with</w:t>
      </w:r>
      <w:r>
        <w:br/>
      </w:r>
      <w:r>
        <w:t xml:space="preserve">    (c) happening repeatedly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"Who's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</w:t>
      </w:r>
      <w:r>
        <w:rPr>
          <w:b/>
          <w:bCs/>
        </w:rPr>
        <w:t xml:space="preserve"> </w:t>
      </w:r>
      <w:r>
        <w:rPr>
          <w:b/>
          <w:bCs/>
        </w:rPr>
        <w:t xml:space="preserve">judge who's going to decide who the champions are?" said Harry.</w:t>
      </w:r>
      <w:r>
        <w:br/>
      </w:r>
      <w:r>
        <w:t xml:space="preserve">    (a) the quality of disagreeing</w:t>
      </w:r>
      <w:r>
        <w:br/>
      </w:r>
      <w:r>
        <w:t xml:space="preserve">    (b) the quality of being Dutch</w:t>
      </w:r>
      <w:r>
        <w:br/>
      </w:r>
      <w:r>
        <w:t xml:space="preserve">    (c) fair (without bias)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seems as though the Ministry of Magic's troubles are not yet at an end, writes Rita Skeeter, Special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Correspondent</w:t>
      </w:r>
      <w:r>
        <w:rPr>
          <w:b/>
          <w:bCs/>
        </w:rPr>
        <w:t xml:space="preserve">.</w:t>
      </w:r>
      <w:r>
        <w:br/>
      </w:r>
      <w:r>
        <w:t xml:space="preserve">    (a) disorder</w:t>
      </w:r>
      <w:r>
        <w:br/>
      </w:r>
      <w:r>
        <w:t xml:space="preserve">    (b) reporter</w:t>
      </w:r>
      <w:r>
        <w:br/>
      </w:r>
      <w:r>
        <w:t xml:space="preserve">    (c) marriage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 are not Sirius's only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correspondent</w:t>
      </w:r>
      <w:r>
        <w:rPr>
          <w:b/>
          <w:bCs/>
        </w:rPr>
        <w:t xml:space="preserve">," said Dumbledore.</w:t>
      </w:r>
      <w:r>
        <w:br/>
      </w:r>
      <w:r>
        <w:t xml:space="preserve">    (a) title for the head of a government body in some countries</w:t>
      </w:r>
      <w:r>
        <w:br/>
      </w:r>
      <w:r>
        <w:t xml:space="preserve">    (b) highest caste of Hindu society; or a member of that caste</w:t>
      </w:r>
      <w:r>
        <w:br/>
      </w:r>
      <w:r>
        <w:t xml:space="preserve">    (c) someone who communicates in writing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 weren't trying to hear him!" said Ron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indignantly</w:t>
      </w:r>
      <w:r>
        <w:rPr>
          <w:b/>
          <w:bCs/>
        </w:rPr>
        <w:t xml:space="preserve">.</w:t>
      </w:r>
      <w:r>
        <w:br/>
      </w:r>
      <w:r>
        <w:t xml:space="preserve">    (a) with surprise as something unexpected</w:t>
      </w:r>
      <w:r>
        <w:br/>
      </w:r>
      <w:r>
        <w:t xml:space="preserve">    (b) angrily (at unjustly being accused of something wrong)</w:t>
      </w:r>
      <w:r>
        <w:br/>
      </w:r>
      <w:r>
        <w:t xml:space="preserve">    (c) with acceptance of something undesired as unavoidable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Fleur Delacour, though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demonstrated</w:t>
      </w:r>
      <w:r>
        <w:rPr>
          <w:b/>
          <w:bCs/>
        </w:rPr>
        <w:t xml:space="preserve"> </w:t>
      </w:r>
      <w:r>
        <w:rPr>
          <w:b/>
          <w:bCs/>
        </w:rPr>
        <w:t xml:space="preserve">excellent use of the Bubble-Head Charm, was attacked by grindylows as she approached her goal, and failed to retrieve her hostage.</w:t>
      </w:r>
      <w:r>
        <w:br/>
      </w:r>
      <w:r>
        <w:t xml:space="preserve">    (a) copied</w:t>
      </w:r>
      <w:r>
        <w:br/>
      </w:r>
      <w:r>
        <w:t xml:space="preserve">    (b) traded</w:t>
      </w:r>
      <w:r>
        <w:br/>
      </w:r>
      <w:r>
        <w:t xml:space="preserve">    (c) showed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almost finished our work on planetary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divination</w:t>
      </w:r>
      <w:r>
        <w:rPr>
          <w:b/>
          <w:bCs/>
        </w:rPr>
        <w:t xml:space="preserve">.</w:t>
      </w:r>
      <w:r>
        <w:br/>
      </w:r>
      <w:r>
        <w:t xml:space="preserve">    (a) the four-dimensional combination of space and time where everything happens</w:t>
      </w:r>
      <w:r>
        <w:br/>
      </w:r>
      <w:r>
        <w:t xml:space="preserve">    (b) a connection or relationship by being equivalent, proportionate, or matched</w:t>
      </w:r>
      <w:r>
        <w:br/>
      </w:r>
      <w:r>
        <w:t xml:space="preserve">    (c) to predict something by magic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Without pausing to think, he aimed high at the spider's underbelly... and shouted "</w:t>
      </w:r>
      <w:r>
        <w:rPr>
          <w:b/>
          <w:bCs/>
          <w:u w:val="single"/>
        </w:rPr>
        <w:t xml:space="preserve">Stupefy</w:t>
      </w:r>
      <w:r>
        <w:rPr>
          <w:b/>
          <w:bCs/>
        </w:rPr>
        <w:t xml:space="preserve">!"</w:t>
      </w:r>
      <w:r>
        <w:br/>
      </w:r>
      <w:r>
        <w:t xml:space="preserve">    (a) (in the book) a spell that makes one unable to think</w:t>
      </w:r>
      <w:r>
        <w:br/>
      </w:r>
      <w:r>
        <w:t xml:space="preserve">    (b) to begin communication with someone about something</w:t>
      </w:r>
      <w:r>
        <w:br/>
      </w:r>
      <w:r>
        <w:t xml:space="preserve">    (c) did not find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"So," said Malfoy slowly, advancing slightly into the compartment and looking slowly around at them, a smirk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quivering</w:t>
      </w:r>
      <w:r>
        <w:rPr>
          <w:b/>
          <w:bCs/>
        </w:rPr>
        <w:t xml:space="preserve"> </w:t>
      </w:r>
      <w:r>
        <w:rPr>
          <w:b/>
          <w:bCs/>
        </w:rPr>
        <w:t xml:space="preserve">on his lips.</w:t>
      </w:r>
      <w:r>
        <w:br/>
      </w:r>
      <w:r>
        <w:t xml:space="preserve">    (a) not working or not operating</w:t>
      </w:r>
      <w:r>
        <w:br/>
      </w:r>
      <w:r>
        <w:t xml:space="preserve">    (b) to shake or tremble slightly</w:t>
      </w:r>
      <w:r>
        <w:br/>
      </w:r>
      <w:r>
        <w:t xml:space="preserve">    (c) calculates or judges too low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2026-07-31T15:20:00Z</dcterms:created>
  <dcterms:modified xsi:type="dcterms:W3CDTF">2026-07-31T15:20:00Z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