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4475b9a57d1c259ad12e407b3a8d10e809f2fae"/>
    <w:p>
      <w:pPr>
        <w:pStyle w:val="Heading1"/>
      </w:pPr>
      <w:r>
        <w:rPr>
          <w:b/>
          <w:bCs/>
        </w:rPr>
        <w:t xml:space="preserve">Harry Potter and the Goblet of Fire</w:t>
      </w:r>
      <w:r>
        <w:br/>
      </w:r>
      <w:r>
        <w:rPr>
          <w:i/>
          <w:iCs/>
        </w:rPr>
        <w:t xml:space="preserve">J. K. Rowling</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It's just that it's very difficult for a large number of wizards to</w:t>
      </w:r>
      <w:r>
        <w:rPr>
          <w:b/>
          <w:bCs/>
        </w:rPr>
        <w:t xml:space="preserve"> </w:t>
      </w:r>
      <w:r>
        <w:rPr>
          <w:b/>
          <w:bCs/>
          <w:u w:val="single"/>
        </w:rPr>
        <w:t xml:space="preserve">congregate</w:t>
      </w:r>
      <w:r>
        <w:rPr>
          <w:b/>
          <w:bCs/>
        </w:rPr>
        <w:t xml:space="preserve"> </w:t>
      </w:r>
      <w:r>
        <w:rPr>
          <w:b/>
          <w:bCs/>
        </w:rPr>
        <w:t xml:space="preserve">without attracting Muggle attention.</w:t>
      </w:r>
      <w:r>
        <w:br/>
      </w:r>
      <w:r>
        <w:t xml:space="preserve">    (a) come together as a group</w:t>
      </w:r>
      <w:r>
        <w:br/>
      </w:r>
      <w:r>
        <w:t xml:space="preserve">    (b) struggle or disagreement</w:t>
      </w:r>
      <w:r>
        <w:br/>
      </w:r>
      <w:r>
        <w:t xml:space="preserve">    (c) include consideration of</w:t>
      </w:r>
    </w:p>
    <w:p>
      <w:pPr>
        <w:pStyle w:val="Compact"/>
        <w:numPr>
          <w:ilvl w:val="0"/>
          <w:numId w:val="1001"/>
        </w:numPr>
      </w:pPr>
      <w:r>
        <w:rPr>
          <w:b/>
          <w:bCs/>
          <w:u w:val="single"/>
        </w:rPr>
        <w:t xml:space="preserve">Unobtrusive</w:t>
      </w:r>
      <w:r>
        <w:rPr>
          <w:b/>
          <w:bCs/>
        </w:rPr>
        <w:t xml:space="preserve"> </w:t>
      </w:r>
      <w:r>
        <w:rPr>
          <w:b/>
          <w:bCs/>
        </w:rPr>
        <w:t xml:space="preserve">things, obviously, so Muggles don't go picking them up and playing with them ...stuff they'll just think is litter.... They trudged down the dark, dank lane toward the village, the silence broken only by their footsteps.</w:t>
      </w:r>
      <w:r>
        <w:br/>
      </w:r>
      <w:r>
        <w:t xml:space="preserve">    (a) a state similar to sleep where one is unaware of anything</w:t>
      </w:r>
      <w:r>
        <w:br/>
      </w:r>
      <w:r>
        <w:t xml:space="preserve">    (b) the state of not being aware or concerned about something</w:t>
      </w:r>
      <w:r>
        <w:br/>
      </w:r>
      <w:r>
        <w:t xml:space="preserve">    (c) fitting in so as not to attract much attention or disturb</w:t>
      </w:r>
    </w:p>
    <w:p>
      <w:pPr>
        <w:pStyle w:val="Compact"/>
        <w:numPr>
          <w:ilvl w:val="0"/>
          <w:numId w:val="1001"/>
        </w:numPr>
      </w:pPr>
      <w:r>
        <w:rPr>
          <w:b/>
          <w:bCs/>
        </w:rPr>
        <w:t xml:space="preserve">...adding their</w:t>
      </w:r>
      <w:r>
        <w:rPr>
          <w:b/>
          <w:bCs/>
        </w:rPr>
        <w:t xml:space="preserve"> </w:t>
      </w:r>
      <w:r>
        <w:rPr>
          <w:b/>
          <w:bCs/>
          <w:u w:val="single"/>
        </w:rPr>
        <w:t xml:space="preserve">discordant</w:t>
      </w:r>
      <w:r>
        <w:rPr>
          <w:b/>
          <w:bCs/>
        </w:rPr>
        <w:t xml:space="preserve"> </w:t>
      </w:r>
      <w:r>
        <w:rPr>
          <w:b/>
          <w:bCs/>
        </w:rPr>
        <w:t xml:space="preserve">national anthems to the racket.</w:t>
      </w:r>
      <w:r>
        <w:br/>
      </w:r>
      <w:r>
        <w:t xml:space="preserve">    (a) likely to change</w:t>
      </w:r>
      <w:r>
        <w:br/>
      </w:r>
      <w:r>
        <w:t xml:space="preserve">    (b) able to be found</w:t>
      </w:r>
      <w:r>
        <w:br/>
      </w:r>
      <w:r>
        <w:t xml:space="preserve">    (c) unpleasant sounding together</w:t>
      </w:r>
    </w:p>
    <w:p>
      <w:pPr>
        <w:pStyle w:val="Compact"/>
        <w:numPr>
          <w:ilvl w:val="0"/>
          <w:numId w:val="1001"/>
        </w:numPr>
      </w:pPr>
      <w:r>
        <w:rPr>
          <w:b/>
          <w:bCs/>
        </w:rPr>
        <w:t xml:space="preserve">Lord Voldemort's gift for spreading</w:t>
      </w:r>
      <w:r>
        <w:rPr>
          <w:b/>
          <w:bCs/>
        </w:rPr>
        <w:t xml:space="preserve"> </w:t>
      </w:r>
      <w:r>
        <w:rPr>
          <w:b/>
          <w:bCs/>
          <w:u w:val="single"/>
        </w:rPr>
        <w:t xml:space="preserve">discord</w:t>
      </w:r>
      <w:r>
        <w:rPr>
          <w:b/>
          <w:bCs/>
        </w:rPr>
        <w:t xml:space="preserve"> </w:t>
      </w:r>
      <w:r>
        <w:rPr>
          <w:b/>
          <w:bCs/>
        </w:rPr>
        <w:t xml:space="preserve">and enmity is very great.</w:t>
      </w:r>
      <w:r>
        <w:br/>
      </w:r>
      <w:r>
        <w:t xml:space="preserve">    (a) conflict and disagreement</w:t>
      </w:r>
      <w:r>
        <w:br/>
      </w:r>
      <w:r>
        <w:t xml:space="preserve">    (b) design based on alphabetic letters; or adding such a design to something</w:t>
      </w:r>
      <w:r>
        <w:br/>
      </w:r>
      <w:r>
        <w:t xml:space="preserve">    (c) characterized by narrower parallel folds when closed and wider when open</w:t>
      </w:r>
    </w:p>
    <w:p>
      <w:pPr>
        <w:pStyle w:val="Compact"/>
        <w:numPr>
          <w:ilvl w:val="0"/>
          <w:numId w:val="1001"/>
        </w:numPr>
      </w:pPr>
      <w:r>
        <w:rPr>
          <w:b/>
          <w:bCs/>
        </w:rPr>
        <w:t xml:space="preserve">Viktor Krum was thin, dark, and</w:t>
      </w:r>
      <w:r>
        <w:rPr>
          <w:b/>
          <w:bCs/>
        </w:rPr>
        <w:t xml:space="preserve"> </w:t>
      </w:r>
      <w:r>
        <w:rPr>
          <w:b/>
          <w:bCs/>
          <w:u w:val="single"/>
        </w:rPr>
        <w:t xml:space="preserve">sallow</w:t>
      </w:r>
      <w:r>
        <w:rPr>
          <w:b/>
          <w:bCs/>
        </w:rPr>
        <w:t xml:space="preserve">-skinned, with a large curved nose and thick black eyebrows.</w:t>
      </w:r>
      <w:r>
        <w:br/>
      </w:r>
      <w:r>
        <w:t xml:space="preserve">    (a) characterized by narrower parallel folds when closed and wider when open</w:t>
      </w:r>
      <w:r>
        <w:br/>
      </w:r>
      <w:r>
        <w:t xml:space="preserve">    (b) an unhealthy pale of yellowish complexion; or to cause such a complexion</w:t>
      </w:r>
      <w:r>
        <w:br/>
      </w:r>
      <w:r>
        <w:t xml:space="preserve">    (c) design based on alphabetic letters; or adding such a design to something</w:t>
      </w:r>
    </w:p>
    <w:p>
      <w:pPr>
        <w:pStyle w:val="Compact"/>
        <w:numPr>
          <w:ilvl w:val="0"/>
          <w:numId w:val="1001"/>
        </w:numPr>
      </w:pPr>
      <w:r>
        <w:rPr>
          <w:b/>
          <w:bCs/>
        </w:rPr>
        <w:t xml:space="preserve">Squinting toward the entrance, he saw two panting wizards carrying a vast golden cup into the box, which they handed to Cornelius Fudge, who was still looking very</w:t>
      </w:r>
      <w:r>
        <w:rPr>
          <w:b/>
          <w:bCs/>
        </w:rPr>
        <w:t xml:space="preserve"> </w:t>
      </w:r>
      <w:r>
        <w:rPr>
          <w:b/>
          <w:bCs/>
          <w:u w:val="single"/>
        </w:rPr>
        <w:t xml:space="preserve">disgruntled</w:t>
      </w:r>
      <w:r>
        <w:rPr>
          <w:b/>
          <w:bCs/>
        </w:rPr>
        <w:t xml:space="preserve"> </w:t>
      </w:r>
      <w:r>
        <w:rPr>
          <w:b/>
          <w:bCs/>
        </w:rPr>
        <w:t xml:space="preserve">that he'd been using sign language all day for nothing.</w:t>
      </w:r>
      <w:r>
        <w:br/>
      </w:r>
      <w:r>
        <w:t xml:space="preserve">    (a) not changed directly from a solid to a vapor</w:t>
      </w:r>
      <w:r>
        <w:br/>
      </w:r>
      <w:r>
        <w:t xml:space="preserve">    (b) dissatisfied - typically unhappy and annoyed</w:t>
      </w:r>
      <w:r>
        <w:br/>
      </w:r>
      <w:r>
        <w:t xml:space="preserve">    (c) not made different; or shown to be different</w:t>
      </w:r>
    </w:p>
    <w:p>
      <w:pPr>
        <w:pStyle w:val="Compact"/>
        <w:numPr>
          <w:ilvl w:val="0"/>
          <w:numId w:val="1001"/>
        </w:numPr>
      </w:pPr>
      <w:r>
        <w:rPr>
          <w:b/>
          <w:bCs/>
        </w:rPr>
        <w:t xml:space="preserve">There was someone behind the trees....they shouted words — an</w:t>
      </w:r>
      <w:r>
        <w:rPr>
          <w:b/>
          <w:bCs/>
        </w:rPr>
        <w:t xml:space="preserve"> </w:t>
      </w:r>
      <w:r>
        <w:rPr>
          <w:b/>
          <w:bCs/>
          <w:u w:val="single"/>
        </w:rPr>
        <w:t xml:space="preserve">incantation</w:t>
      </w:r>
      <w:r>
        <w:rPr>
          <w:b/>
          <w:bCs/>
        </w:rPr>
        <w:t xml:space="preserve"> </w:t>
      </w:r>
      <w:r>
        <w:rPr>
          <w:b/>
          <w:bCs/>
        </w:rPr>
        <w:t xml:space="preserve">—</w:t>
      </w:r>
      <w:r>
        <w:br/>
      </w:r>
      <w:r>
        <w:t xml:space="preserve">    (a) words believed to have a magical effect when said aloud</w:t>
      </w:r>
      <w:r>
        <w:br/>
      </w:r>
      <w:r>
        <w:t xml:space="preserve">    (b) a period of time when someone exhibits unusual behavior</w:t>
      </w:r>
      <w:r>
        <w:br/>
      </w:r>
      <w:r>
        <w:t xml:space="preserve">    (c) the act or process of stopping something from happening</w:t>
      </w:r>
    </w:p>
    <w:p>
      <w:pPr>
        <w:pStyle w:val="Compact"/>
        <w:numPr>
          <w:ilvl w:val="0"/>
          <w:numId w:val="1001"/>
        </w:numPr>
      </w:pPr>
      <w:r>
        <w:rPr>
          <w:b/>
          <w:bCs/>
        </w:rPr>
        <w:t xml:space="preserve">"Hermione, a wizard in Mr. Crouch's position can't afford a house-elf who's going to run</w:t>
      </w:r>
      <w:r>
        <w:rPr>
          <w:b/>
          <w:bCs/>
        </w:rPr>
        <w:t xml:space="preserve"> </w:t>
      </w:r>
      <w:r>
        <w:rPr>
          <w:b/>
          <w:bCs/>
          <w:u w:val="single"/>
        </w:rPr>
        <w:t xml:space="preserve">amok</w:t>
      </w:r>
      <w:r>
        <w:rPr>
          <w:b/>
          <w:bCs/>
        </w:rPr>
        <w:t xml:space="preserve"> </w:t>
      </w:r>
      <w:r>
        <w:rPr>
          <w:b/>
          <w:bCs/>
        </w:rPr>
        <w:t xml:space="preserve">with a wand!" said Percy pompously, recovering himself.</w:t>
      </w:r>
      <w:r>
        <w:br/>
      </w:r>
      <w:r>
        <w:t xml:space="preserve">    (a) in a wildly uncontrolled, chaotic, or destructive way</w:t>
      </w:r>
      <w:r>
        <w:br/>
      </w:r>
      <w:r>
        <w:t xml:space="preserve">    (b) an unsettled state of mind (nervous or uncomfortable)</w:t>
      </w:r>
      <w:r>
        <w:br/>
      </w:r>
      <w:r>
        <w:t xml:space="preserve">    (c) a power plant that produces energy by splitting atoms</w:t>
      </w:r>
    </w:p>
    <w:p>
      <w:pPr>
        <w:pStyle w:val="Compact"/>
        <w:numPr>
          <w:ilvl w:val="0"/>
          <w:numId w:val="1001"/>
        </w:numPr>
      </w:pPr>
      <w:r>
        <w:rPr>
          <w:b/>
          <w:bCs/>
        </w:rPr>
        <w:t xml:space="preserve">Ministry blunders....</w:t>
      </w:r>
      <w:r>
        <w:rPr>
          <w:b/>
          <w:bCs/>
          <w:u w:val="single"/>
        </w:rPr>
        <w:t xml:space="preserve">culprits</w:t>
      </w:r>
      <w:r>
        <w:rPr>
          <w:b/>
          <w:bCs/>
        </w:rPr>
        <w:t xml:space="preserve"> </w:t>
      </w:r>
      <w:r>
        <w:rPr>
          <w:b/>
          <w:bCs/>
        </w:rPr>
        <w:t xml:space="preserve">not apprehended....lax security....Dark wizards running unchecked...national disgrace....Who wrote this?</w:t>
      </w:r>
      <w:r>
        <w:br/>
      </w:r>
      <w:r>
        <w:t xml:space="preserve">    (a) classical music plays in which most of the dialogue is sung</w:t>
      </w:r>
      <w:r>
        <w:br/>
      </w:r>
      <w:r>
        <w:t xml:space="preserve">    (b) computer code modules each of which perform a specific task</w:t>
      </w:r>
      <w:r>
        <w:br/>
      </w:r>
      <w:r>
        <w:t xml:space="preserve">    (c) people responsible for a wrongdoing -- especially criminals</w:t>
      </w:r>
    </w:p>
    <w:p>
      <w:pPr>
        <w:pStyle w:val="Compact"/>
        <w:numPr>
          <w:ilvl w:val="0"/>
          <w:numId w:val="1001"/>
        </w:numPr>
      </w:pPr>
      <w:r>
        <w:rPr>
          <w:b/>
          <w:bCs/>
        </w:rPr>
        <w:t xml:space="preserve">Tiny little Professor Flitwick, the Charms teacher, was sitting on a large pile of cushions beside Professor Sprout, the Herbology teacher, whose hat was</w:t>
      </w:r>
      <w:r>
        <w:rPr>
          <w:b/>
          <w:bCs/>
        </w:rPr>
        <w:t xml:space="preserve"> </w:t>
      </w:r>
      <w:r>
        <w:rPr>
          <w:b/>
          <w:bCs/>
          <w:u w:val="single"/>
        </w:rPr>
        <w:t xml:space="preserve">askew</w:t>
      </w:r>
      <w:r>
        <w:rPr>
          <w:b/>
          <w:bCs/>
        </w:rPr>
        <w:t xml:space="preserve"> </w:t>
      </w:r>
      <w:r>
        <w:rPr>
          <w:b/>
          <w:bCs/>
        </w:rPr>
        <w:t xml:space="preserve">over her flyaway gray hair.</w:t>
      </w:r>
      <w:r>
        <w:br/>
      </w:r>
      <w:r>
        <w:t xml:space="preserve">    (a) not straight; or not right</w:t>
      </w:r>
      <w:r>
        <w:br/>
      </w:r>
      <w:r>
        <w:t xml:space="preserve">    (b) rain, snow, hail, or sleet</w:t>
      </w:r>
      <w:r>
        <w:br/>
      </w:r>
      <w:r>
        <w:t xml:space="preserve">    (c) opposed to "globalization"</w:t>
      </w:r>
    </w:p>
    <w:p>
      <w:pPr>
        <w:pStyle w:val="Compact"/>
        <w:numPr>
          <w:ilvl w:val="0"/>
          <w:numId w:val="1001"/>
        </w:numPr>
      </w:pPr>
      <w:r>
        <w:rPr>
          <w:b/>
          <w:bCs/>
        </w:rPr>
        <w:t xml:space="preserve">Professor Snape was forcing them to research</w:t>
      </w:r>
      <w:r>
        <w:rPr>
          <w:b/>
          <w:bCs/>
        </w:rPr>
        <w:t xml:space="preserve"> </w:t>
      </w:r>
      <w:r>
        <w:rPr>
          <w:b/>
          <w:bCs/>
          <w:u w:val="single"/>
        </w:rPr>
        <w:t xml:space="preserve">antidotes</w:t>
      </w:r>
      <w:r>
        <w:rPr>
          <w:b/>
          <w:bCs/>
        </w:rPr>
        <w:t xml:space="preserve">.</w:t>
      </w:r>
      <w:r>
        <w:br/>
      </w:r>
      <w:r>
        <w:t xml:space="preserve">    (a) mirrors back (an image)</w:t>
      </w:r>
      <w:r>
        <w:br/>
      </w:r>
      <w:r>
        <w:t xml:space="preserve">    (b) cures for something bad</w:t>
      </w:r>
      <w:r>
        <w:br/>
      </w:r>
      <w:r>
        <w:t xml:space="preserve">    (c) creates dramatic change</w:t>
      </w:r>
    </w:p>
    <w:p>
      <w:pPr>
        <w:pStyle w:val="Compact"/>
        <w:numPr>
          <w:ilvl w:val="0"/>
          <w:numId w:val="1001"/>
        </w:numPr>
      </w:pPr>
      <w:r>
        <w:rPr>
          <w:b/>
          <w:bCs/>
        </w:rPr>
        <w:t xml:space="preserve">She just told me to shut up and get on with</w:t>
      </w:r>
      <w:r>
        <w:rPr>
          <w:b/>
          <w:bCs/>
        </w:rPr>
        <w:t xml:space="preserve"> </w:t>
      </w:r>
      <w:r>
        <w:rPr>
          <w:b/>
          <w:bCs/>
          <w:u w:val="single"/>
        </w:rPr>
        <w:t xml:space="preserve">transfiguring</w:t>
      </w:r>
      <w:r>
        <w:rPr>
          <w:b/>
          <w:bCs/>
        </w:rPr>
        <w:t xml:space="preserve"> </w:t>
      </w:r>
      <w:r>
        <w:rPr>
          <w:b/>
          <w:bCs/>
        </w:rPr>
        <w:t xml:space="preserve">my raccoon.</w:t>
      </w:r>
      <w:r>
        <w:br/>
      </w:r>
      <w:r>
        <w:t xml:space="preserve">    (a) very surprising -- often too surprising that you don't know what to say or do</w:t>
      </w:r>
      <w:r>
        <w:br/>
      </w:r>
      <w:r>
        <w:t xml:space="preserve">    (b) change completely the nature or appearance of -- especially in a positive way</w:t>
      </w:r>
      <w:r>
        <w:br/>
      </w:r>
      <w:r>
        <w:t xml:space="preserve">    (c) causing to happen -- especially something that is damaging and uncontrollable</w:t>
      </w:r>
    </w:p>
    <w:p>
      <w:pPr>
        <w:pStyle w:val="Compact"/>
        <w:numPr>
          <w:ilvl w:val="0"/>
          <w:numId w:val="1001"/>
        </w:numPr>
      </w:pPr>
      <w:r>
        <w:rPr>
          <w:b/>
          <w:bCs/>
        </w:rPr>
        <w:t xml:space="preserve">"Come," said Madame Maxime</w:t>
      </w:r>
      <w:r>
        <w:rPr>
          <w:b/>
          <w:bCs/>
        </w:rPr>
        <w:t xml:space="preserve"> </w:t>
      </w:r>
      <w:r>
        <w:rPr>
          <w:b/>
          <w:bCs/>
          <w:u w:val="single"/>
        </w:rPr>
        <w:t xml:space="preserve">imperiously</w:t>
      </w:r>
      <w:r>
        <w:rPr>
          <w:b/>
          <w:bCs/>
        </w:rPr>
        <w:t xml:space="preserve"> </w:t>
      </w:r>
      <w:r>
        <w:rPr>
          <w:b/>
          <w:bCs/>
        </w:rPr>
        <w:t xml:space="preserve">to her students, and the Hogwarts crowd parted to allow her and her students to pass up the stone steps.</w:t>
      </w:r>
      <w:r>
        <w:br/>
      </w:r>
      <w:r>
        <w:t xml:space="preserve">    (a) in a manner that thoughtfully judges what is good and bad about something</w:t>
      </w:r>
      <w:r>
        <w:br/>
      </w:r>
      <w:r>
        <w:t xml:space="preserve">    (b) in a manner that expects obedience; or in an arrogant, domineering manner</w:t>
      </w:r>
      <w:r>
        <w:br/>
      </w:r>
      <w:r>
        <w:t xml:space="preserve">    (c) in a manner that is in line with the floor, horizon, or another flat base</w:t>
      </w:r>
    </w:p>
    <w:p>
      <w:pPr>
        <w:pStyle w:val="Compact"/>
        <w:numPr>
          <w:ilvl w:val="0"/>
          <w:numId w:val="1001"/>
        </w:numPr>
      </w:pPr>
      <w:r>
        <w:rPr>
          <w:b/>
          <w:bCs/>
        </w:rPr>
        <w:t xml:space="preserve">He acknowledged it with a</w:t>
      </w:r>
      <w:r>
        <w:rPr>
          <w:b/>
          <w:bCs/>
        </w:rPr>
        <w:t xml:space="preserve"> </w:t>
      </w:r>
      <w:r>
        <w:rPr>
          <w:b/>
          <w:bCs/>
          <w:u w:val="single"/>
        </w:rPr>
        <w:t xml:space="preserve">jovial</w:t>
      </w:r>
      <w:r>
        <w:rPr>
          <w:b/>
          <w:bCs/>
        </w:rPr>
        <w:t xml:space="preserve"> </w:t>
      </w:r>
      <w:r>
        <w:rPr>
          <w:b/>
          <w:bCs/>
        </w:rPr>
        <w:t xml:space="preserve">wave of his hand.</w:t>
      </w:r>
      <w:r>
        <w:br/>
      </w:r>
      <w:r>
        <w:t xml:space="preserve">    (a) not easily identified</w:t>
      </w:r>
      <w:r>
        <w:br/>
      </w:r>
      <w:r>
        <w:t xml:space="preserve">    (b) able to be translated</w:t>
      </w:r>
      <w:r>
        <w:br/>
      </w:r>
      <w:r>
        <w:t xml:space="preserve">    (c) cheerful and friendly</w:t>
      </w:r>
    </w:p>
    <w:p>
      <w:pPr>
        <w:pStyle w:val="Compact"/>
        <w:numPr>
          <w:ilvl w:val="0"/>
          <w:numId w:val="1001"/>
        </w:numPr>
      </w:pPr>
      <w:r>
        <w:rPr>
          <w:b/>
          <w:bCs/>
        </w:rPr>
        <w:t xml:space="preserve">He saw a</w:t>
      </w:r>
      <w:r>
        <w:rPr>
          <w:b/>
          <w:bCs/>
        </w:rPr>
        <w:t xml:space="preserve"> </w:t>
      </w:r>
      <w:r>
        <w:rPr>
          <w:b/>
          <w:bCs/>
          <w:u w:val="single"/>
        </w:rPr>
        <w:t xml:space="preserve">wizened</w:t>
      </w:r>
      <w:r>
        <w:rPr>
          <w:b/>
          <w:bCs/>
        </w:rPr>
        <w:t xml:space="preserve"> </w:t>
      </w:r>
      <w:r>
        <w:rPr>
          <w:b/>
          <w:bCs/>
        </w:rPr>
        <w:t xml:space="preserve">witch flit out of the frame of her picture and into the one next to it, which contained a wizard with a walrus mustache.</w:t>
      </w:r>
      <w:r>
        <w:br/>
      </w:r>
      <w:r>
        <w:t xml:space="preserve">    (a) thin and wrinkled -- typically from age or illness</w:t>
      </w:r>
      <w:r>
        <w:br/>
      </w:r>
      <w:r>
        <w:t xml:space="preserve">    (b) deserving no respect (worthless or of bad quality)</w:t>
      </w:r>
      <w:r>
        <w:br/>
      </w:r>
      <w:r>
        <w:t xml:space="preserve">    (c) aka analytic -- relating to a theory of psychiatry</w:t>
      </w:r>
    </w:p>
    <w:p>
      <w:pPr>
        <w:pStyle w:val="Compact"/>
        <w:numPr>
          <w:ilvl w:val="0"/>
          <w:numId w:val="1001"/>
        </w:numPr>
      </w:pPr>
      <w:r>
        <w:rPr>
          <w:b/>
          <w:bCs/>
        </w:rPr>
        <w:t xml:space="preserve">Mad-Eye Moody was doing an extremely</w:t>
      </w:r>
      <w:r>
        <w:rPr>
          <w:b/>
          <w:bCs/>
        </w:rPr>
        <w:t xml:space="preserve"> </w:t>
      </w:r>
      <w:r>
        <w:rPr>
          <w:b/>
          <w:bCs/>
          <w:u w:val="single"/>
        </w:rPr>
        <w:t xml:space="preserve">ungainly</w:t>
      </w:r>
      <w:r>
        <w:rPr>
          <w:b/>
          <w:bCs/>
        </w:rPr>
        <w:t xml:space="preserve"> </w:t>
      </w:r>
      <w:r>
        <w:rPr>
          <w:b/>
          <w:bCs/>
        </w:rPr>
        <w:t xml:space="preserve">two-step with Professor Sinistra, who was nervously avoiding his wooden leg.</w:t>
      </w:r>
      <w:r>
        <w:br/>
      </w:r>
      <w:r>
        <w:t xml:space="preserve">    (a) lacking appropriate weight compared to height</w:t>
      </w:r>
      <w:r>
        <w:br/>
      </w:r>
      <w:r>
        <w:t xml:space="preserve">    (b) lacking grace in movement or appearance; or difficult to handle or manage</w:t>
      </w:r>
      <w:r>
        <w:br/>
      </w:r>
      <w:r>
        <w:t xml:space="preserve">    (c) lacking adult height or maturity</w:t>
      </w:r>
    </w:p>
    <w:p>
      <w:pPr>
        <w:pStyle w:val="Compact"/>
        <w:numPr>
          <w:ilvl w:val="0"/>
          <w:numId w:val="1001"/>
        </w:numPr>
      </w:pPr>
      <w:r>
        <w:rPr>
          <w:b/>
          <w:bCs/>
        </w:rPr>
        <w:t xml:space="preserve">Muttering and</w:t>
      </w:r>
      <w:r>
        <w:rPr>
          <w:b/>
          <w:bCs/>
        </w:rPr>
        <w:t xml:space="preserve"> </w:t>
      </w:r>
      <w:r>
        <w:rPr>
          <w:b/>
          <w:bCs/>
          <w:u w:val="single"/>
        </w:rPr>
        <w:t xml:space="preserve">gesticulating</w:t>
      </w:r>
      <w:r>
        <w:rPr>
          <w:b/>
          <w:bCs/>
        </w:rPr>
        <w:t xml:space="preserve">, Mr. Crouch appeared to be talking to someone that he alone could see.</w:t>
      </w:r>
      <w:r>
        <w:br/>
      </w:r>
      <w:r>
        <w:t xml:space="preserve">    (a) surgically interrupting nerve tracts to and from the frontal lobe of the brain</w:t>
      </w:r>
      <w:r>
        <w:br/>
      </w:r>
      <w:r>
        <w:t xml:space="preserve">    (b) releasing from slavery or servitude; or (metaphorically) from social restraints</w:t>
      </w:r>
      <w:r>
        <w:br/>
      </w:r>
      <w:r>
        <w:t xml:space="preserve">    (c) making gestures (hand or body movements) while speaking or to express something</w:t>
      </w:r>
    </w:p>
    <w:p>
      <w:pPr>
        <w:pStyle w:val="Compact"/>
        <w:numPr>
          <w:ilvl w:val="0"/>
          <w:numId w:val="1001"/>
        </w:numPr>
      </w:pPr>
      <w:r>
        <w:rPr>
          <w:b/>
          <w:bCs/>
        </w:rPr>
        <w:t xml:space="preserve">My Lord, I</w:t>
      </w:r>
      <w:r>
        <w:rPr>
          <w:b/>
          <w:bCs/>
        </w:rPr>
        <w:t xml:space="preserve"> </w:t>
      </w:r>
      <w:r>
        <w:rPr>
          <w:b/>
          <w:bCs/>
          <w:u w:val="single"/>
        </w:rPr>
        <w:t xml:space="preserve">prostrate</w:t>
      </w:r>
      <w:r>
        <w:rPr>
          <w:b/>
          <w:bCs/>
        </w:rPr>
        <w:t xml:space="preserve"> </w:t>
      </w:r>
      <w:r>
        <w:rPr>
          <w:b/>
          <w:bCs/>
        </w:rPr>
        <w:t xml:space="preserve">myself before you, I am your most faithful —</w:t>
      </w:r>
      <w:r>
        <w:br/>
      </w:r>
      <w:r>
        <w:t xml:space="preserve">    (a) lying down - typically face downward on the ground as in submission</w:t>
      </w:r>
      <w:r>
        <w:br/>
      </w:r>
      <w:r>
        <w:t xml:space="preserve">    (b) an overwhelming amount; or to overwhelm -- especially said of water</w:t>
      </w:r>
      <w:r>
        <w:br/>
      </w:r>
      <w:r>
        <w:t xml:space="preserve">    (c) spend time with; or someone with whom a person spends a lot of time</w:t>
      </w:r>
    </w:p>
    <w:p>
      <w:pPr>
        <w:pStyle w:val="Compact"/>
        <w:numPr>
          <w:ilvl w:val="0"/>
          <w:numId w:val="1001"/>
        </w:numPr>
      </w:pPr>
      <w:r>
        <w:rPr>
          <w:b/>
          <w:bCs/>
        </w:rPr>
        <w:t xml:space="preserve">But when he reached the part where the golden beam of light had connected his and Voldemort's wands, he found his throat</w:t>
      </w:r>
      <w:r>
        <w:rPr>
          <w:b/>
          <w:bCs/>
        </w:rPr>
        <w:t xml:space="preserve"> </w:t>
      </w:r>
      <w:r>
        <w:rPr>
          <w:b/>
          <w:bCs/>
          <w:u w:val="single"/>
        </w:rPr>
        <w:t xml:space="preserve">obstructed</w:t>
      </w:r>
      <w:r>
        <w:rPr>
          <w:b/>
          <w:bCs/>
        </w:rPr>
        <w:t xml:space="preserve">.</w:t>
      </w:r>
      <w:r>
        <w:br/>
      </w:r>
      <w:r>
        <w:t xml:space="preserve">    (a) gained advantage from</w:t>
      </w:r>
      <w:r>
        <w:br/>
      </w:r>
      <w:r>
        <w:t xml:space="preserve">    (b) blocked or interfered</w:t>
      </w:r>
      <w:r>
        <w:br/>
      </w:r>
      <w:r>
        <w:t xml:space="preserve">    (c) recognized difference</w:t>
      </w:r>
    </w:p>
    <w:p>
      <w:pPr>
        <w:pStyle w:val="Compact"/>
        <w:numPr>
          <w:ilvl w:val="0"/>
          <w:numId w:val="1001"/>
        </w:numPr>
      </w:pPr>
      <w:r>
        <w:rPr>
          <w:b/>
          <w:bCs/>
        </w:rPr>
        <w:t xml:space="preserve">"The second step you must take — and at once," Dumbledore pressed on, "is to send</w:t>
      </w:r>
      <w:r>
        <w:rPr>
          <w:b/>
          <w:bCs/>
        </w:rPr>
        <w:t xml:space="preserve"> </w:t>
      </w:r>
      <w:r>
        <w:rPr>
          <w:b/>
          <w:bCs/>
          <w:u w:val="single"/>
        </w:rPr>
        <w:t xml:space="preserve">envoys</w:t>
      </w:r>
      <w:r>
        <w:rPr>
          <w:b/>
          <w:bCs/>
        </w:rPr>
        <w:t xml:space="preserve"> </w:t>
      </w:r>
      <w:r>
        <w:rPr>
          <w:b/>
          <w:bCs/>
        </w:rPr>
        <w:t xml:space="preserve">to the giants."</w:t>
      </w:r>
      <w:r>
        <w:br/>
      </w:r>
      <w:r>
        <w:t xml:space="preserve">    (a) the main buildings of governments</w:t>
      </w:r>
      <w:r>
        <w:br/>
      </w:r>
      <w:r>
        <w:t xml:space="preserve">    (b) representatives sent on a mission</w:t>
      </w:r>
      <w:r>
        <w:br/>
      </w:r>
      <w:r>
        <w:t xml:space="preserve">    (c) groups of animal or plant species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2026-07-31T15:20:01Z</dcterms:created>
  <dcterms:modified xsi:type="dcterms:W3CDTF">2026-07-31T15:20:01Z</dcterms:modified>
</cp:coreProperties>
</file>

<file path=docProps/custom.xml><?xml version="1.0" encoding="utf-8"?>
<Properties xmlns="http://schemas.openxmlformats.org/officeDocument/2006/custom-properties" xmlns:vt="http://schemas.openxmlformats.org/officeDocument/2006/docPropsVTypes"/>
</file>