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d362c5659be812718bf82a402e0eff66b0b9d5"/>
    <w:p>
      <w:pPr>
        <w:pStyle w:val="Heading1"/>
      </w:pPr>
      <w:r>
        <w:rPr>
          <w:b/>
          <w:bCs/>
        </w:rPr>
        <w:t xml:space="preserve">Harry Potter and the Prisoner of Azkaban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precede</w:t>
      </w:r>
      <w:r>
        <w:br/>
      </w:r>
      <w:r>
        <w:t xml:space="preserve">    (b) follow</w:t>
      </w:r>
      <w:r>
        <w:br/>
      </w:r>
      <w:r>
        <w:t xml:space="preserve">    (c) go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asked, her guilt was clear from the way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averted</w:t>
      </w:r>
      <w:r>
        <w:rPr>
          <w:b/>
          <w:bCs/>
        </w:rPr>
        <w:t xml:space="preserve"> </w:t>
      </w:r>
      <w:r>
        <w:rPr>
          <w:b/>
          <w:bCs/>
        </w:rPr>
        <w:t xml:space="preserve">her eyes</w:t>
      </w:r>
      <w:r>
        <w:br/>
      </w:r>
      <w:r>
        <w:t xml:space="preserve">    (a) turned away</w:t>
      </w:r>
      <w:r>
        <w:br/>
      </w:r>
      <w:r>
        <w:t xml:space="preserve">    (b) blinked</w:t>
      </w:r>
      <w:r>
        <w:br/>
      </w:r>
      <w:r>
        <w:t xml:space="preserve">    (c) stared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Lincoln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avert</w:t>
      </w:r>
      <w:r>
        <w:rPr>
          <w:b/>
          <w:bCs/>
        </w:rPr>
        <w:t xml:space="preserve"> </w:t>
      </w:r>
      <w:r>
        <w:rPr>
          <w:b/>
          <w:bCs/>
        </w:rPr>
        <w:t xml:space="preserve">a war.</w:t>
      </w:r>
      <w:r>
        <w:br/>
      </w:r>
      <w:r>
        <w:t xml:space="preserve">    (a) win</w:t>
      </w:r>
      <w:r>
        <w:br/>
      </w:r>
      <w:r>
        <w:t xml:space="preserve">    (b) prevent</w:t>
      </w:r>
      <w:r>
        <w:br/>
      </w:r>
      <w:r>
        <w:t xml:space="preserve">    (c)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and alert, but very weak.</w:t>
      </w:r>
      <w:r>
        <w:br/>
      </w:r>
      <w:r>
        <w:t xml:space="preserve">    (a) out of pain</w:t>
      </w:r>
      <w:r>
        <w:br/>
      </w:r>
      <w:r>
        <w:t xml:space="preserve">    (b) awake</w:t>
      </w:r>
      <w:r>
        <w:br/>
      </w:r>
      <w:r>
        <w:t xml:space="preserve">    (c) medically stable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instinctively grabbed at the gun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thought.</w:t>
      </w:r>
      <w:r>
        <w:br/>
      </w:r>
      <w:r>
        <w:t xml:space="preserve">    (a) being afraid</w:t>
      </w:r>
      <w:r>
        <w:br/>
      </w:r>
      <w:r>
        <w:t xml:space="preserve">    (b) being aware</w:t>
      </w:r>
      <w:r>
        <w:br/>
      </w:r>
      <w:r>
        <w:t xml:space="preserve">    (c) being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her behavior does not improve, she could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expulsion</w:t>
      </w:r>
      <w:r>
        <w:rPr>
          <w:b/>
          <w:bCs/>
        </w:rPr>
        <w:t xml:space="preserve"> </w:t>
      </w:r>
      <w:r>
        <w:rPr>
          <w:b/>
          <w:bCs/>
        </w:rPr>
        <w:t xml:space="preserve">from school.</w:t>
      </w:r>
      <w:r>
        <w:br/>
      </w:r>
      <w:r>
        <w:t xml:space="preserve">    (a) serious punishment</w:t>
      </w:r>
      <w:r>
        <w:br/>
      </w:r>
      <w:r>
        <w:t xml:space="preserve">    (b) having to repeat a grade</w:t>
      </w:r>
      <w:r>
        <w:br/>
      </w:r>
      <w:r>
        <w:t xml:space="preserve">    (c) being forcing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depending</w:t>
      </w:r>
      <w:r>
        <w:br/>
      </w:r>
      <w:r>
        <w:t xml:space="preserve">    (b) concentrating</w:t>
      </w:r>
      <w:r>
        <w:br/>
      </w:r>
      <w:r>
        <w:t xml:space="preserve">    (c) getting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discussion brought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an important difference of opinion.</w:t>
      </w:r>
      <w:r>
        <w:br/>
      </w:r>
      <w:r>
        <w:t xml:space="preserve">    (a) view</w:t>
      </w:r>
      <w:r>
        <w:br/>
      </w:r>
      <w:r>
        <w:t xml:space="preserve">    (b) conflict</w:t>
      </w:r>
      <w:r>
        <w:br/>
      </w:r>
      <w:r>
        <w:t xml:space="preserve">    (c) hiding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foreign phrase</w:t>
      </w:r>
      <w:r>
        <w:br/>
      </w:r>
      <w:r>
        <w:t xml:space="preserve">    (b) common saying</w:t>
      </w:r>
      <w:r>
        <w:br/>
      </w:r>
      <w:r>
        <w:t xml:space="preserve">    (c) magic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minor and secondary</w:t>
      </w:r>
      <w:r>
        <w:br/>
      </w:r>
      <w:r>
        <w:t xml:space="preserve">    (b) central and primary</w:t>
      </w:r>
      <w:r>
        <w:br/>
      </w:r>
      <w:r>
        <w:t xml:space="preserve">    (c) carefully planned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down the street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jaunty</w:t>
      </w:r>
      <w:r>
        <w:rPr>
          <w:b/>
          <w:bCs/>
        </w:rPr>
        <w:t xml:space="preserve"> </w:t>
      </w:r>
      <w:r>
        <w:rPr>
          <w:b/>
          <w:bCs/>
        </w:rPr>
        <w:t xml:space="preserve">stride, whistling a tune.</w:t>
      </w:r>
      <w:r>
        <w:br/>
      </w:r>
      <w:r>
        <w:t xml:space="preserve">    (a) lively and cheerful</w:t>
      </w:r>
      <w:r>
        <w:br/>
      </w:r>
      <w:r>
        <w:t xml:space="preserve">    (b) slow and weary</w:t>
      </w:r>
      <w:r>
        <w:br/>
      </w:r>
      <w:r>
        <w:t xml:space="preserve">    (c) stiff and formal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computer is so frustrating. Sometimes it seems alive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malevolent</w:t>
      </w:r>
      <w:r>
        <w:rPr>
          <w:b/>
          <w:bCs/>
        </w:rPr>
        <w:t xml:space="preserve">.</w:t>
      </w:r>
      <w:r>
        <w:br/>
      </w:r>
      <w:r>
        <w:t xml:space="preserve">    (a) unstable</w:t>
      </w:r>
      <w:r>
        <w:br/>
      </w:r>
      <w:r>
        <w:t xml:space="preserve">    (b) evil</w:t>
      </w:r>
      <w:r>
        <w:br/>
      </w:r>
      <w:r>
        <w:t xml:space="preserve">    (c) stupid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appearance of Halley's comet in 1066, was seen by many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omen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Norman Conquest would be successful.</w:t>
      </w:r>
      <w:r>
        <w:br/>
      </w:r>
      <w:r>
        <w:t xml:space="preserve">    (a) a scientific explanation</w:t>
      </w:r>
      <w:r>
        <w:br/>
      </w:r>
      <w:r>
        <w:t xml:space="preserve">    (b) a sign (of what would happen)</w:t>
      </w:r>
      <w:r>
        <w:br/>
      </w:r>
      <w:r>
        <w:t xml:space="preserve">    (c) the cause (of an important event)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happy</w:t>
      </w:r>
      <w:r>
        <w:br/>
      </w:r>
      <w:r>
        <w:t xml:space="preserve">    (b) certain</w:t>
      </w:r>
      <w:r>
        <w:br/>
      </w:r>
      <w:r>
        <w:t xml:space="preserve">    (c) pretty 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good or beneficial</w:t>
      </w:r>
      <w:r>
        <w:br/>
      </w:r>
      <w:r>
        <w:t xml:space="preserve">    (b) harmful or damaging</w:t>
      </w:r>
      <w:r>
        <w:br/>
      </w:r>
      <w:r>
        <w:t xml:space="preserve">    (c) minor and unnoticed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renew an agreement</w:t>
      </w:r>
      <w:r>
        <w:br/>
      </w:r>
      <w:r>
        <w:t xml:space="preserve">    (b) do better</w:t>
      </w:r>
      <w:r>
        <w:br/>
      </w:r>
      <w:r>
        <w:t xml:space="preserve">    (c) quit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putting a stop</w:t>
      </w:r>
      <w:r>
        <w:br/>
      </w:r>
      <w:r>
        <w:t xml:space="preserve">    (b) with acceptance</w:t>
      </w:r>
      <w:r>
        <w:br/>
      </w:r>
      <w:r>
        <w:t xml:space="preserve">    (c) resistant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laugh during the somber funeral service.</w:t>
      </w:r>
      <w:r>
        <w:br/>
      </w:r>
      <w:r>
        <w:t xml:space="preserve">    (a) hold back</w:t>
      </w:r>
      <w:r>
        <w:br/>
      </w:r>
      <w:r>
        <w:t xml:space="preserve">    (b) loudly announce</w:t>
      </w:r>
      <w:r>
        <w:br/>
      </w:r>
      <w:r>
        <w:t xml:space="preserve">    (c) let out freely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heat and humidity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.</w:t>
      </w:r>
      <w:r>
        <w:br/>
      </w:r>
      <w:r>
        <w:t xml:space="preserve">    (a) summertime events</w:t>
      </w:r>
      <w:r>
        <w:br/>
      </w:r>
      <w:r>
        <w:t xml:space="preserve">    (b) uncomfortable</w:t>
      </w:r>
      <w:r>
        <w:br/>
      </w:r>
      <w:r>
        <w:t xml:space="preserve">    (c) not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revengeful</w:t>
      </w:r>
      <w:r>
        <w:br/>
      </w:r>
      <w:r>
        <w:t xml:space="preserve">    (b) driven</w:t>
      </w:r>
      <w:r>
        <w:br/>
      </w:r>
      <w:r>
        <w:t xml:space="preserve">    (c) easy-going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2026-07-31T15:19:43Z</dcterms:created>
  <dcterms:modified xsi:type="dcterms:W3CDTF">2026-07-31T15:19:43Z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