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5bc2f1de12b91dc41b9924b526dae23d4f3359c"/>
    <w:p>
      <w:pPr>
        <w:pStyle w:val="Heading1"/>
      </w:pPr>
      <w:r>
        <w:rPr>
          <w:b/>
          <w:bCs/>
        </w:rPr>
        <w:t xml:space="preserve">Harry Potter and the Prisoner of Azkaban</w:t>
      </w:r>
      <w:r>
        <w:br/>
      </w:r>
      <w:r>
        <w:rPr>
          <w:i/>
          <w:iCs/>
        </w:rPr>
        <w:t xml:space="preserve">J. K. Rowling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Their customer satisfaction rating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abysmal</w:t>
      </w:r>
      <w:r>
        <w:rPr>
          <w:b/>
          <w:bCs/>
        </w:rPr>
        <w:t xml:space="preserve">.</w:t>
      </w:r>
      <w:r>
        <w:br/>
      </w:r>
      <w:r>
        <w:t xml:space="preserve">    (a) very bad</w:t>
      </w:r>
      <w:r>
        <w:br/>
      </w:r>
      <w:r>
        <w:t xml:space="preserve">    (b) complicated</w:t>
      </w:r>
      <w:r>
        <w:br/>
      </w:r>
      <w:r>
        <w:t xml:space="preserve">    (c) fantastic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employer looked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aghast</w:t>
      </w:r>
      <w:r>
        <w:rPr>
          <w:b/>
          <w:bCs/>
        </w:rPr>
        <w:t xml:space="preserve"> </w:t>
      </w:r>
      <w:r>
        <w:rPr>
          <w:b/>
          <w:bCs/>
        </w:rPr>
        <w:t xml:space="preserve">and fired her on the spot.</w:t>
      </w:r>
      <w:r>
        <w:br/>
      </w:r>
      <w:r>
        <w:t xml:space="preserve">    (a) angry</w:t>
      </w:r>
      <w:r>
        <w:br/>
      </w:r>
      <w:r>
        <w:t xml:space="preserve">    (b) confident</w:t>
      </w:r>
      <w:r>
        <w:br/>
      </w:r>
      <w:r>
        <w:t xml:space="preserve">    (c) shocked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avid</w:t>
      </w:r>
      <w:r>
        <w:rPr>
          <w:b/>
          <w:bCs/>
        </w:rPr>
        <w:t xml:space="preserve"> </w:t>
      </w:r>
      <w:r>
        <w:rPr>
          <w:b/>
          <w:bCs/>
        </w:rPr>
        <w:t xml:space="preserve">reader.</w:t>
      </w:r>
      <w:r>
        <w:br/>
      </w:r>
      <w:r>
        <w:t xml:space="preserve">    (a) enthusiastic</w:t>
      </w:r>
      <w:r>
        <w:br/>
      </w:r>
      <w:r>
        <w:t xml:space="preserve">    (b) tending to arouse strong disagreement</w:t>
      </w:r>
      <w:r>
        <w:br/>
      </w:r>
      <w:r>
        <w:t xml:space="preserve">    (c) done accidentally or without intention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aunt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bequeathed</w:t>
      </w:r>
      <w:r>
        <w:rPr>
          <w:b/>
          <w:bCs/>
        </w:rPr>
        <w:t xml:space="preserve"> </w:t>
      </w:r>
      <w:r>
        <w:rPr>
          <w:b/>
          <w:bCs/>
        </w:rPr>
        <w:t xml:space="preserve">me her pearl necklace.</w:t>
      </w:r>
      <w:r>
        <w:br/>
      </w:r>
      <w:r>
        <w:t xml:space="preserve">    (a) took</w:t>
      </w:r>
      <w:r>
        <w:br/>
      </w:r>
      <w:r>
        <w:t xml:space="preserve">    (b) gave</w:t>
      </w:r>
      <w:r>
        <w:br/>
      </w:r>
      <w:r>
        <w:t xml:space="preserve">    (c) loaned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Winds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buffeted</w:t>
      </w:r>
      <w:r>
        <w:rPr>
          <w:b/>
          <w:bCs/>
        </w:rPr>
        <w:t xml:space="preserve"> </w:t>
      </w:r>
      <w:r>
        <w:rPr>
          <w:b/>
          <w:bCs/>
        </w:rPr>
        <w:t xml:space="preserve">the tent.</w:t>
      </w:r>
      <w:r>
        <w:br/>
      </w:r>
      <w:r>
        <w:t xml:space="preserve">    (a) considered (for affect on a result or outcome)</w:t>
      </w:r>
      <w:r>
        <w:br/>
      </w:r>
      <w:r>
        <w:t xml:space="preserve">    (b) hit repeatedly</w:t>
      </w:r>
      <w:r>
        <w:br/>
      </w:r>
      <w:r>
        <w:t xml:space="preserve">    (c) held together (connected or united) or wrapped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claimed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clairvoyance</w:t>
      </w:r>
      <w:r>
        <w:rPr>
          <w:b/>
          <w:bCs/>
        </w:rPr>
        <w:t xml:space="preserve"> </w:t>
      </w:r>
      <w:r>
        <w:rPr>
          <w:b/>
          <w:bCs/>
        </w:rPr>
        <w:t xml:space="preserve">after saying she had seen the accident before it happened.</w:t>
      </w:r>
      <w:r>
        <w:br/>
      </w:r>
      <w:r>
        <w:t xml:space="preserve">    (a) supposed psychic insight</w:t>
      </w:r>
      <w:r>
        <w:br/>
      </w:r>
      <w:r>
        <w:t xml:space="preserve">    (b) careful scientific proof</w:t>
      </w:r>
      <w:r>
        <w:br/>
      </w:r>
      <w:r>
        <w:t xml:space="preserve">    (c) ordinary common sense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year-long investigation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culminated</w:t>
      </w:r>
      <w:r>
        <w:rPr>
          <w:b/>
          <w:bCs/>
        </w:rPr>
        <w:t xml:space="preserve"> </w:t>
      </w:r>
      <w:r>
        <w:rPr>
          <w:b/>
          <w:bCs/>
        </w:rPr>
        <w:t xml:space="preserve">in several high-profile arrests.</w:t>
      </w:r>
      <w:r>
        <w:br/>
      </w:r>
      <w:r>
        <w:t xml:space="preserve">    (a) reached a peak or end</w:t>
      </w:r>
      <w:r>
        <w:br/>
      </w:r>
      <w:r>
        <w:t xml:space="preserve">    (b) resulted from confusion</w:t>
      </w:r>
      <w:r>
        <w:br/>
      </w:r>
      <w:r>
        <w:t xml:space="preserve">    (c) started slowly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deranged</w:t>
      </w:r>
      <w:r>
        <w:rPr>
          <w:b/>
          <w:bCs/>
        </w:rPr>
        <w:t xml:space="preserve"> </w:t>
      </w:r>
      <w:r>
        <w:rPr>
          <w:b/>
          <w:bCs/>
        </w:rPr>
        <w:t xml:space="preserve">killer had a twisted view of reality.</w:t>
      </w:r>
      <w:r>
        <w:br/>
      </w:r>
      <w:r>
        <w:t xml:space="preserve">    (a) always frightened</w:t>
      </w:r>
      <w:r>
        <w:br/>
      </w:r>
      <w:r>
        <w:t xml:space="preserve">    (b) continually frustrated</w:t>
      </w:r>
      <w:r>
        <w:br/>
      </w:r>
      <w:r>
        <w:t xml:space="preserve">    (c) mentally imbalanced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issue will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disposed</w:t>
      </w:r>
      <w:r>
        <w:rPr>
          <w:b/>
          <w:bCs/>
        </w:rPr>
        <w:t xml:space="preserve"> </w:t>
      </w:r>
      <w:r>
        <w:rPr>
          <w:b/>
          <w:bCs/>
        </w:rPr>
        <w:t xml:space="preserve">of by the judge.</w:t>
      </w:r>
      <w:r>
        <w:br/>
      </w:r>
      <w:r>
        <w:t xml:space="preserve">    (a) discussed</w:t>
      </w:r>
      <w:r>
        <w:br/>
      </w:r>
      <w:r>
        <w:t xml:space="preserve">    (b) settled</w:t>
      </w:r>
      <w:r>
        <w:br/>
      </w:r>
      <w:r>
        <w:t xml:space="preserve">    (c) studied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a person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diverse</w:t>
      </w:r>
      <w:r>
        <w:rPr>
          <w:b/>
          <w:bCs/>
        </w:rPr>
        <w:t xml:space="preserve"> </w:t>
      </w:r>
      <w:r>
        <w:rPr>
          <w:b/>
          <w:bCs/>
        </w:rPr>
        <w:t xml:space="preserve">talents.</w:t>
      </w:r>
      <w:r>
        <w:br/>
      </w:r>
      <w:r>
        <w:t xml:space="preserve">    (a) varied (different)</w:t>
      </w:r>
      <w:r>
        <w:br/>
      </w:r>
      <w:r>
        <w:t xml:space="preserve">    (b) amazing</w:t>
      </w:r>
      <w:r>
        <w:br/>
      </w:r>
      <w:r>
        <w:t xml:space="preserve">    (c) deeply specialized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felt a sense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foreboding</w:t>
      </w:r>
      <w:r>
        <w:rPr>
          <w:b/>
          <w:bCs/>
        </w:rPr>
        <w:t xml:space="preserve"> </w:t>
      </w:r>
      <w:r>
        <w:rPr>
          <w:b/>
          <w:bCs/>
        </w:rPr>
        <w:t xml:space="preserve">as she approached the abandoned house.</w:t>
      </w:r>
      <w:r>
        <w:br/>
      </w:r>
      <w:r>
        <w:t xml:space="preserve">    (a) memory of past joy</w:t>
      </w:r>
      <w:r>
        <w:br/>
      </w:r>
      <w:r>
        <w:t xml:space="preserve">    (b) wave of sudden relief</w:t>
      </w:r>
      <w:r>
        <w:br/>
      </w:r>
      <w:r>
        <w:t xml:space="preserve">    (c) dread of what's coming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accepted her fate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listless</w:t>
      </w:r>
      <w:r>
        <w:rPr>
          <w:b/>
          <w:bCs/>
        </w:rPr>
        <w:t xml:space="preserve"> </w:t>
      </w:r>
      <w:r>
        <w:rPr>
          <w:b/>
          <w:bCs/>
        </w:rPr>
        <w:t xml:space="preserve">resignation.</w:t>
      </w:r>
      <w:r>
        <w:br/>
      </w:r>
      <w:r>
        <w:t xml:space="preserve">    (a) lonely</w:t>
      </w:r>
      <w:r>
        <w:br/>
      </w:r>
      <w:r>
        <w:t xml:space="preserve">    (b) unenergetic</w:t>
      </w:r>
      <w:r>
        <w:br/>
      </w:r>
      <w:r>
        <w:t xml:space="preserve">    (c) frustrated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eccentric millionaire kept a sprawling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menagerie</w:t>
      </w:r>
      <w:r>
        <w:rPr>
          <w:b/>
          <w:bCs/>
        </w:rPr>
        <w:t xml:space="preserve"> </w:t>
      </w:r>
      <w:r>
        <w:rPr>
          <w:b/>
          <w:bCs/>
        </w:rPr>
        <w:t xml:space="preserve">at his country estate.</w:t>
      </w:r>
      <w:r>
        <w:br/>
      </w:r>
      <w:r>
        <w:t xml:space="preserve">    (a) collection of animals</w:t>
      </w:r>
      <w:r>
        <w:br/>
      </w:r>
      <w:r>
        <w:t xml:space="preserve">    (b) patch of garden plants</w:t>
      </w:r>
      <w:r>
        <w:br/>
      </w:r>
      <w:r>
        <w:t xml:space="preserve">    (c) row of empty cages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 country where corruption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pervades</w:t>
      </w:r>
      <w:r>
        <w:rPr>
          <w:b/>
          <w:bCs/>
        </w:rPr>
        <w:t xml:space="preserve"> </w:t>
      </w:r>
      <w:r>
        <w:rPr>
          <w:b/>
          <w:bCs/>
        </w:rPr>
        <w:t xml:space="preserve">their government at every level.</w:t>
      </w:r>
      <w:r>
        <w:br/>
      </w:r>
      <w:r>
        <w:t xml:space="preserve">    (a) is stopped by</w:t>
      </w:r>
      <w:r>
        <w:br/>
      </w:r>
      <w:r>
        <w:t xml:space="preserve">    (b) is remembered by</w:t>
      </w:r>
      <w:r>
        <w:br/>
      </w:r>
      <w:r>
        <w:t xml:space="preserve">    (c) is spread 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found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pompous</w:t>
      </w:r>
      <w:r>
        <w:rPr>
          <w:b/>
          <w:bCs/>
        </w:rPr>
        <w:t xml:space="preserve"> </w:t>
      </w:r>
      <w:r>
        <w:rPr>
          <w:b/>
          <w:bCs/>
        </w:rPr>
        <w:t xml:space="preserve">attitude unbearable. He acted like he was better than everyone else.</w:t>
      </w:r>
      <w:r>
        <w:br/>
      </w:r>
      <w:r>
        <w:t xml:space="preserve">    (a) arrogant</w:t>
      </w:r>
      <w:r>
        <w:br/>
      </w:r>
      <w:r>
        <w:t xml:space="preserve">    (b) lazy</w:t>
      </w:r>
      <w:r>
        <w:br/>
      </w:r>
      <w:r>
        <w:t xml:space="preserve">    (c) foolish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a hard workout, it's good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replenish</w:t>
      </w:r>
      <w:r>
        <w:rPr>
          <w:b/>
          <w:bCs/>
        </w:rPr>
        <w:t xml:space="preserve"> </w:t>
      </w:r>
      <w:r>
        <w:rPr>
          <w:b/>
          <w:bCs/>
        </w:rPr>
        <w:t xml:space="preserve">the water and nutrients your body used up.</w:t>
      </w:r>
      <w:r>
        <w:br/>
      </w:r>
      <w:r>
        <w:t xml:space="preserve">    (a) consider</w:t>
      </w:r>
      <w:r>
        <w:br/>
      </w:r>
      <w:r>
        <w:t xml:space="preserve">    (b) replace</w:t>
      </w:r>
      <w:r>
        <w:br/>
      </w:r>
      <w:r>
        <w:t xml:space="preserve">    (c) measure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want to spoil her, but I don't have the heart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reprove</w:t>
      </w:r>
      <w:r>
        <w:rPr>
          <w:b/>
          <w:bCs/>
        </w:rPr>
        <w:t xml:space="preserve"> </w:t>
      </w:r>
      <w:r>
        <w:rPr>
          <w:b/>
          <w:bCs/>
        </w:rPr>
        <w:t xml:space="preserve">her.</w:t>
      </w:r>
      <w:r>
        <w:br/>
      </w:r>
      <w:r>
        <w:t xml:space="preserve">    (a) criticize</w:t>
      </w:r>
      <w:r>
        <w:br/>
      </w:r>
      <w:r>
        <w:t xml:space="preserve">    (b) instruct</w:t>
      </w:r>
      <w:r>
        <w:br/>
      </w:r>
      <w:r>
        <w:t xml:space="preserve">    (c) compliment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Liver disease has given her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sallow</w:t>
      </w:r>
      <w:r>
        <w:rPr>
          <w:b/>
          <w:bCs/>
        </w:rPr>
        <w:t xml:space="preserve"> </w:t>
      </w:r>
      <w:r>
        <w:rPr>
          <w:b/>
          <w:bCs/>
        </w:rPr>
        <w:t xml:space="preserve">complexion.</w:t>
      </w:r>
      <w:r>
        <w:br/>
      </w:r>
      <w:r>
        <w:t xml:space="preserve">    (a) unhealthy pale of yellowish</w:t>
      </w:r>
      <w:r>
        <w:br/>
      </w:r>
      <w:r>
        <w:t xml:space="preserve">    (b) characterized by narrower parallel folds when closed and wider when open</w:t>
      </w:r>
      <w:r>
        <w:br/>
      </w:r>
      <w:r>
        <w:t xml:space="preserve">    (c) design based on alphabetic letters; or adding such a design to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wore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sumptuous</w:t>
      </w:r>
      <w:r>
        <w:rPr>
          <w:b/>
          <w:bCs/>
        </w:rPr>
        <w:t xml:space="preserve"> </w:t>
      </w:r>
      <w:r>
        <w:rPr>
          <w:b/>
          <w:bCs/>
        </w:rPr>
        <w:t xml:space="preserve">gown made of the finest silk and adorned with sparkling jewels.</w:t>
      </w:r>
      <w:r>
        <w:br/>
      </w:r>
      <w:r>
        <w:t xml:space="preserve">    (a) magnificent</w:t>
      </w:r>
      <w:r>
        <w:br/>
      </w:r>
      <w:r>
        <w:t xml:space="preserve">    (b) long</w:t>
      </w:r>
      <w:r>
        <w:br/>
      </w:r>
      <w:r>
        <w:t xml:space="preserve">    (c) flattering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were surprised that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venerable</w:t>
      </w:r>
      <w:r>
        <w:rPr>
          <w:b/>
          <w:bCs/>
        </w:rPr>
        <w:t xml:space="preserve"> </w:t>
      </w:r>
      <w:r>
        <w:rPr>
          <w:b/>
          <w:bCs/>
        </w:rPr>
        <w:t xml:space="preserve">institution like Bear Stearns could so rapidly go out of business.</w:t>
      </w:r>
      <w:r>
        <w:br/>
      </w:r>
      <w:r>
        <w:t xml:space="preserve">    (a) popular</w:t>
      </w:r>
      <w:r>
        <w:br/>
      </w:r>
      <w:r>
        <w:t xml:space="preserve">    (b) large and successful</w:t>
      </w:r>
      <w:r>
        <w:br/>
      </w:r>
      <w:r>
        <w:t xml:space="preserve">    (c) long respected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2026-07-31T15:19:44Z</dcterms:created>
  <dcterms:modified xsi:type="dcterms:W3CDTF">2026-07-31T15:19:44Z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