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bb96cd8c95c3b2126febb3da3a90145dd68907"/>
    <w:p>
      <w:pPr>
        <w:pStyle w:val="Heading1"/>
      </w:pPr>
      <w:r>
        <w:rPr>
          <w:b/>
          <w:bCs/>
        </w:rPr>
        <w:t xml:space="preserve">Harry Potter and the Prisoner of Azkaban</w:t>
      </w:r>
      <w:r>
        <w:br/>
      </w:r>
      <w:r>
        <w:rPr>
          <w:i/>
          <w:iCs/>
        </w:rPr>
        <w:t xml:space="preserve">J. K. Rowling</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Harry ate breakfast each morning in the Leaky Cauldron, where he liked watching the other guests: funny little witches from the country, up for a day's shopping;</w:t>
      </w:r>
      <w:r>
        <w:rPr>
          <w:b/>
          <w:bCs/>
        </w:rPr>
        <w:t xml:space="preserve"> </w:t>
      </w:r>
      <w:r>
        <w:rPr>
          <w:b/>
          <w:bCs/>
          <w:u w:val="single"/>
        </w:rPr>
        <w:t xml:space="preserve">venerable</w:t>
      </w:r>
      <w:r>
        <w:rPr>
          <w:b/>
          <w:bCs/>
        </w:rPr>
        <w:t xml:space="preserve">-looking wizards arguing over the latest article in Transfiguration Today; wild-looking warlocks; raucous dwarfs; and once, what looked suspiciously like a hag, who ordered a plate of raw liver from behind a thick woollen balaclava.</w:t>
      </w:r>
      <w:r>
        <w:br/>
      </w:r>
      <w:r>
        <w:t xml:space="preserve">    (a) [of food] able to be prepared in a manner that keeps it from spoiling</w:t>
      </w:r>
      <w:r>
        <w:br/>
      </w:r>
      <w:r>
        <w:t xml:space="preserve">    (b) respected (worthy of respect) -- typically because of age or position</w:t>
      </w:r>
      <w:r>
        <w:br/>
      </w:r>
      <w:r>
        <w:t xml:space="preserve">    (c) relating to understanding or explaining something in a particular way</w:t>
      </w:r>
    </w:p>
    <w:p>
      <w:pPr>
        <w:pStyle w:val="Compact"/>
        <w:numPr>
          <w:ilvl w:val="0"/>
          <w:numId w:val="1001"/>
        </w:numPr>
      </w:pPr>
      <w:r>
        <w:rPr>
          <w:b/>
          <w:bCs/>
        </w:rPr>
        <w:t xml:space="preserve">He went to the Apothecary to</w:t>
      </w:r>
      <w:r>
        <w:rPr>
          <w:b/>
          <w:bCs/>
        </w:rPr>
        <w:t xml:space="preserve"> </w:t>
      </w:r>
      <w:r>
        <w:rPr>
          <w:b/>
          <w:bCs/>
          <w:u w:val="single"/>
        </w:rPr>
        <w:t xml:space="preserve">replenish</w:t>
      </w:r>
      <w:r>
        <w:rPr>
          <w:b/>
          <w:bCs/>
        </w:rPr>
        <w:t xml:space="preserve"> </w:t>
      </w:r>
      <w:r>
        <w:rPr>
          <w:b/>
          <w:bCs/>
        </w:rPr>
        <w:t xml:space="preserve">his store of potions ingredients, and as his school robes were now several inches too short in the arm and leg, he visited Madam Malkin's Robes for All Occasions and bought new ones.</w:t>
      </w:r>
      <w:r>
        <w:br/>
      </w:r>
      <w:r>
        <w:t xml:space="preserve">    (a) replace what was used up; or restore to a previous condition</w:t>
      </w:r>
      <w:r>
        <w:br/>
      </w:r>
      <w:r>
        <w:t xml:space="preserve">    (b) provide investment funds for something -- such as a business</w:t>
      </w:r>
      <w:r>
        <w:br/>
      </w:r>
      <w:r>
        <w:t xml:space="preserve">    (c) point to differences between; or compare to show differences</w:t>
      </w:r>
    </w:p>
    <w:p>
      <w:pPr>
        <w:pStyle w:val="Compact"/>
        <w:numPr>
          <w:ilvl w:val="0"/>
          <w:numId w:val="1001"/>
        </w:numPr>
      </w:pPr>
      <w:r>
        <w:rPr>
          <w:b/>
          <w:bCs/>
        </w:rPr>
        <w:t xml:space="preserve">Probably getting her owl They made their way back up the crowded street to the Magical</w:t>
      </w:r>
      <w:r>
        <w:rPr>
          <w:b/>
          <w:bCs/>
        </w:rPr>
        <w:t xml:space="preserve"> </w:t>
      </w:r>
      <w:r>
        <w:rPr>
          <w:b/>
          <w:bCs/>
          <w:u w:val="single"/>
        </w:rPr>
        <w:t xml:space="preserve">Menagerie</w:t>
      </w:r>
      <w:r>
        <w:rPr>
          <w:b/>
          <w:bCs/>
        </w:rPr>
        <w:t xml:space="preserve">.</w:t>
      </w:r>
      <w:r>
        <w:br/>
      </w:r>
      <w:r>
        <w:t xml:space="preserve">    (a) someone who emphasizes a person's capacity for self-realization through reason rather than through religion and the supernatural</w:t>
      </w:r>
      <w:r>
        <w:br/>
      </w:r>
      <w:r>
        <w:t xml:space="preserve">    (b) a collection of wild or unusual animals kept for exhibition; or more generally, a diverse or strange mixture of people or things</w:t>
      </w:r>
      <w:r>
        <w:br/>
      </w:r>
      <w:r>
        <w:t xml:space="preserve">    (c) an inhabitant of Assyria -- an ancient kingdom centered in northern Mesopotamia which is in present-day Iraq; or their language</w:t>
      </w:r>
    </w:p>
    <w:p>
      <w:pPr>
        <w:pStyle w:val="Compact"/>
        <w:numPr>
          <w:ilvl w:val="0"/>
          <w:numId w:val="1001"/>
        </w:numPr>
      </w:pPr>
      <w:r>
        <w:rPr>
          <w:b/>
          <w:bCs/>
        </w:rPr>
        <w:t xml:space="preserve">"How're we getting to King's Cross tomorrow, Dad?" asked Fred as they dug into a</w:t>
      </w:r>
      <w:r>
        <w:rPr>
          <w:b/>
          <w:bCs/>
        </w:rPr>
        <w:t xml:space="preserve"> </w:t>
      </w:r>
      <w:r>
        <w:rPr>
          <w:b/>
          <w:bCs/>
          <w:u w:val="single"/>
        </w:rPr>
        <w:t xml:space="preserve">sumptuous</w:t>
      </w:r>
      <w:r>
        <w:rPr>
          <w:b/>
          <w:bCs/>
        </w:rPr>
        <w:t xml:space="preserve"> </w:t>
      </w:r>
      <w:r>
        <w:rPr>
          <w:b/>
          <w:bCs/>
        </w:rPr>
        <w:t xml:space="preserve">chocolate pudding.</w:t>
      </w:r>
      <w:r>
        <w:br/>
      </w:r>
      <w:r>
        <w:t xml:space="preserve">    (a) the state or degree of having the ability to change for different situations</w:t>
      </w:r>
      <w:r>
        <w:br/>
      </w:r>
      <w:r>
        <w:t xml:space="preserve">    (b) the quality of behaving in an instinctive, uninhibited, and unplanned manner</w:t>
      </w:r>
      <w:r>
        <w:br/>
      </w:r>
      <w:r>
        <w:t xml:space="preserve">    (c) magnificent (impressively wonderful) -- often indicating something expensive</w:t>
      </w:r>
    </w:p>
    <w:p>
      <w:pPr>
        <w:pStyle w:val="Compact"/>
        <w:numPr>
          <w:ilvl w:val="0"/>
          <w:numId w:val="1001"/>
        </w:numPr>
      </w:pPr>
      <w:r>
        <w:rPr>
          <w:b/>
          <w:bCs/>
        </w:rPr>
        <w:t xml:space="preserve">Black is</w:t>
      </w:r>
      <w:r>
        <w:rPr>
          <w:b/>
          <w:bCs/>
        </w:rPr>
        <w:t xml:space="preserve"> </w:t>
      </w:r>
      <w:r>
        <w:rPr>
          <w:b/>
          <w:bCs/>
          <w:u w:val="single"/>
        </w:rPr>
        <w:t xml:space="preserve">deranged</w:t>
      </w:r>
      <w:r>
        <w:rPr>
          <w:b/>
          <w:bCs/>
        </w:rPr>
        <w:t xml:space="preserve">, Molly, and he wants Harry dead.</w:t>
      </w:r>
      <w:r>
        <w:br/>
      </w:r>
      <w:r>
        <w:t xml:space="preserve">    (a) not having taken power or responsibility</w:t>
      </w:r>
      <w:r>
        <w:br/>
      </w:r>
      <w:r>
        <w:t xml:space="preserve">    (b) compensated for a loss; or paid a reward</w:t>
      </w:r>
      <w:r>
        <w:br/>
      </w:r>
      <w:r>
        <w:t xml:space="preserve">    (c) crazy</w:t>
      </w:r>
    </w:p>
    <w:p>
      <w:pPr>
        <w:pStyle w:val="Compact"/>
        <w:numPr>
          <w:ilvl w:val="0"/>
          <w:numId w:val="1001"/>
        </w:numPr>
      </w:pPr>
      <w:r>
        <w:rPr>
          <w:b/>
          <w:bCs/>
        </w:rPr>
        <w:t xml:space="preserve">Harry fought his way over to her with a feeling of</w:t>
      </w:r>
      <w:r>
        <w:rPr>
          <w:b/>
          <w:bCs/>
        </w:rPr>
        <w:t xml:space="preserve"> </w:t>
      </w:r>
      <w:r>
        <w:rPr>
          <w:b/>
          <w:bCs/>
          <w:u w:val="single"/>
        </w:rPr>
        <w:t xml:space="preserve">foreboding</w:t>
      </w:r>
      <w:r>
        <w:rPr>
          <w:b/>
          <w:bCs/>
        </w:rPr>
        <w:t xml:space="preserve">: Professor McGonagall had a way of making him feel he must have done something wrong.</w:t>
      </w:r>
      <w:r>
        <w:br/>
      </w:r>
      <w:r>
        <w:t xml:space="preserve">    (a) moving to a worse or less prestigious situation</w:t>
      </w:r>
      <w:r>
        <w:br/>
      </w:r>
      <w:r>
        <w:t xml:space="preserve">    (b) considering (the affect on a result or outcome)</w:t>
      </w:r>
      <w:r>
        <w:br/>
      </w:r>
      <w:r>
        <w:t xml:space="preserve">    (c) a feeling that something bad is going to happen</w:t>
      </w:r>
    </w:p>
    <w:p>
      <w:pPr>
        <w:pStyle w:val="Compact"/>
        <w:numPr>
          <w:ilvl w:val="0"/>
          <w:numId w:val="1001"/>
        </w:numPr>
      </w:pPr>
      <w:r>
        <w:rPr>
          <w:b/>
          <w:bCs/>
        </w:rPr>
        <w:t xml:space="preserve">It was common knowledge that Snape, wanted the Defense Against the Dark Arts job, but even Harry, who hated Snape, was startled at the expression twisting his thin,</w:t>
      </w:r>
      <w:r>
        <w:rPr>
          <w:b/>
          <w:bCs/>
        </w:rPr>
        <w:t xml:space="preserve"> </w:t>
      </w:r>
      <w:r>
        <w:rPr>
          <w:b/>
          <w:bCs/>
          <w:u w:val="single"/>
        </w:rPr>
        <w:t xml:space="preserve">sallow</w:t>
      </w:r>
      <w:r>
        <w:rPr>
          <w:b/>
          <w:bCs/>
        </w:rPr>
        <w:t xml:space="preserve"> </w:t>
      </w:r>
      <w:r>
        <w:rPr>
          <w:b/>
          <w:bCs/>
        </w:rPr>
        <w:t xml:space="preserve">face.</w:t>
      </w:r>
      <w:r>
        <w:br/>
      </w:r>
      <w:r>
        <w:t xml:space="preserve">    (a) an unhealthy pale of yellowish complexion; or to cause such a complexion</w:t>
      </w:r>
      <w:r>
        <w:br/>
      </w:r>
      <w:r>
        <w:t xml:space="preserve">    (b) design based on alphabetic letters; or adding such a design to something</w:t>
      </w:r>
      <w:r>
        <w:br/>
      </w:r>
      <w:r>
        <w:t xml:space="preserve">    (c) characterized by narrower parallel folds when closed and wider when open</w:t>
      </w:r>
    </w:p>
    <w:p>
      <w:pPr>
        <w:pStyle w:val="Compact"/>
        <w:numPr>
          <w:ilvl w:val="0"/>
          <w:numId w:val="1001"/>
        </w:numPr>
      </w:pPr>
      <w:r>
        <w:rPr>
          <w:b/>
          <w:bCs/>
        </w:rPr>
        <w:t xml:space="preserve">"Fortuna Major," said Harry</w:t>
      </w:r>
      <w:r>
        <w:rPr>
          <w:b/>
          <w:bCs/>
        </w:rPr>
        <w:t xml:space="preserve"> </w:t>
      </w:r>
      <w:r>
        <w:rPr>
          <w:b/>
          <w:bCs/>
          <w:u w:val="single"/>
        </w:rPr>
        <w:t xml:space="preserve">listlessly</w:t>
      </w:r>
      <w:r>
        <w:rPr>
          <w:b/>
          <w:bCs/>
        </w:rPr>
        <w:t xml:space="preserve">.</w:t>
      </w:r>
      <w:r>
        <w:br/>
      </w:r>
      <w:r>
        <w:t xml:space="preserve">    (a) in a manner involving only one part or side</w:t>
      </w:r>
      <w:r>
        <w:br/>
      </w:r>
      <w:r>
        <w:t xml:space="preserve">    (b) in a manner that stops or hinders something</w:t>
      </w:r>
      <w:r>
        <w:br/>
      </w:r>
      <w:r>
        <w:t xml:space="preserve">    (c) with a lack of energy and normal enthusiasm</w:t>
      </w:r>
    </w:p>
    <w:p>
      <w:pPr>
        <w:pStyle w:val="Compact"/>
        <w:numPr>
          <w:ilvl w:val="0"/>
          <w:numId w:val="1001"/>
        </w:numPr>
      </w:pPr>
      <w:r>
        <w:rPr>
          <w:b/>
          <w:bCs/>
        </w:rPr>
        <w:t xml:space="preserve">"Er — no, thanks, Colin," said Harry, who wasn't in the mood to have a lot of people staring</w:t>
      </w:r>
      <w:r>
        <w:rPr>
          <w:b/>
          <w:bCs/>
        </w:rPr>
        <w:t xml:space="preserve"> </w:t>
      </w:r>
      <w:r>
        <w:rPr>
          <w:b/>
          <w:bCs/>
          <w:u w:val="single"/>
        </w:rPr>
        <w:t xml:space="preserve">avidly</w:t>
      </w:r>
      <w:r>
        <w:rPr>
          <w:b/>
          <w:bCs/>
        </w:rPr>
        <w:t xml:space="preserve"> </w:t>
      </w:r>
      <w:r>
        <w:rPr>
          <w:b/>
          <w:bCs/>
        </w:rPr>
        <w:t xml:space="preserve">at the scar on his forehead.</w:t>
      </w:r>
      <w:r>
        <w:br/>
      </w:r>
      <w:r>
        <w:t xml:space="preserve">    (a) with great interest</w:t>
      </w:r>
      <w:r>
        <w:br/>
      </w:r>
      <w:r>
        <w:t xml:space="preserve">    (b) in a manner that makes others feel good</w:t>
      </w:r>
      <w:r>
        <w:br/>
      </w:r>
      <w:r>
        <w:t xml:space="preserve">    (c) in a pessimistic or disagreeable manner</w:t>
      </w:r>
    </w:p>
    <w:p>
      <w:pPr>
        <w:pStyle w:val="Compact"/>
        <w:numPr>
          <w:ilvl w:val="0"/>
          <w:numId w:val="1001"/>
        </w:numPr>
      </w:pPr>
      <w:r>
        <w:rPr>
          <w:b/>
          <w:bCs/>
        </w:rPr>
        <w:t xml:space="preserve">Teachers found excuses to walk along corridors with him, and Percy Weasley (acting, Harry suspected, on his mother's orders) was tailing him everywhere like an extremely</w:t>
      </w:r>
      <w:r>
        <w:rPr>
          <w:b/>
          <w:bCs/>
        </w:rPr>
        <w:t xml:space="preserve"> </w:t>
      </w:r>
      <w:r>
        <w:rPr>
          <w:b/>
          <w:bCs/>
          <w:u w:val="single"/>
        </w:rPr>
        <w:t xml:space="preserve">pompous</w:t>
      </w:r>
      <w:r>
        <w:rPr>
          <w:b/>
          <w:bCs/>
        </w:rPr>
        <w:t xml:space="preserve"> </w:t>
      </w:r>
      <w:r>
        <w:rPr>
          <w:b/>
          <w:bCs/>
        </w:rPr>
        <w:t xml:space="preserve">guard dog.</w:t>
      </w:r>
      <w:r>
        <w:br/>
      </w:r>
      <w:r>
        <w:t xml:space="preserve">    (a) the degree to which a performance of or to someone else's work lends itself to the expression of personal artistic ideas or feelings by the performer</w:t>
      </w:r>
      <w:r>
        <w:br/>
      </w:r>
      <w:r>
        <w:t xml:space="preserve">    (b) self-important or arrogant in speech or behavior -- especially in a way that seems exaggerated or overly formal</w:t>
      </w:r>
      <w:r>
        <w:br/>
      </w:r>
      <w:r>
        <w:br/>
      </w:r>
      <w:r>
        <w:t xml:space="preserve">or more rarely:  showing ceremonial splendor (pomp)</w:t>
      </w:r>
      <w:r>
        <w:br/>
      </w:r>
      <w:r>
        <w:t xml:space="preserve">    (c) the quality or degree of being straightforward or clear (sometimes indicating that truth is not worded carefully to spare feelings or gain advantage)</w:t>
      </w:r>
    </w:p>
    <w:p>
      <w:pPr>
        <w:pStyle w:val="Compact"/>
        <w:numPr>
          <w:ilvl w:val="0"/>
          <w:numId w:val="1001"/>
        </w:numPr>
      </w:pPr>
      <w:r>
        <w:rPr>
          <w:b/>
          <w:bCs/>
        </w:rPr>
        <w:t xml:space="preserve">We</w:t>
      </w:r>
      <w:r>
        <w:rPr>
          <w:b/>
          <w:bCs/>
        </w:rPr>
        <w:t xml:space="preserve"> </w:t>
      </w:r>
      <w:r>
        <w:rPr>
          <w:b/>
          <w:bCs/>
          <w:u w:val="single"/>
        </w:rPr>
        <w:t xml:space="preserve">bequeath</w:t>
      </w:r>
      <w:r>
        <w:rPr>
          <w:b/>
          <w:bCs/>
        </w:rPr>
        <w:t xml:space="preserve"> </w:t>
      </w:r>
      <w:r>
        <w:rPr>
          <w:b/>
          <w:bCs/>
        </w:rPr>
        <w:t xml:space="preserve">it to you.</w:t>
      </w:r>
      <w:r>
        <w:br/>
      </w:r>
      <w:r>
        <w:t xml:space="preserve">    (a) give or pass down -- often upon death in a will</w:t>
      </w:r>
      <w:r>
        <w:br/>
      </w:r>
      <w:r>
        <w:t xml:space="preserve">    (b) mark important text; or the text that is marked</w:t>
      </w:r>
      <w:r>
        <w:br/>
      </w:r>
      <w:r>
        <w:t xml:space="preserve">    (c) give an opinion of what is wrong with something</w:t>
      </w:r>
    </w:p>
    <w:p>
      <w:pPr>
        <w:pStyle w:val="Compact"/>
        <w:numPr>
          <w:ilvl w:val="0"/>
          <w:numId w:val="1001"/>
        </w:numPr>
      </w:pPr>
      <w:r>
        <w:rPr>
          <w:b/>
          <w:bCs/>
        </w:rPr>
        <w:t xml:space="preserve">"Hagrid, what is it?" said Hermione,</w:t>
      </w:r>
      <w:r>
        <w:rPr>
          <w:b/>
          <w:bCs/>
        </w:rPr>
        <w:t xml:space="preserve"> </w:t>
      </w:r>
      <w:r>
        <w:rPr>
          <w:b/>
          <w:bCs/>
          <w:u w:val="single"/>
        </w:rPr>
        <w:t xml:space="preserve">aghast</w:t>
      </w:r>
      <w:r>
        <w:rPr>
          <w:b/>
          <w:bCs/>
        </w:rPr>
        <w:t xml:space="preserve">.</w:t>
      </w:r>
      <w:r>
        <w:br/>
      </w:r>
      <w:r>
        <w:t xml:space="preserve">    (a) shocked with feelings of surprise and dismay</w:t>
      </w:r>
      <w:r>
        <w:br/>
      </w:r>
      <w:r>
        <w:t xml:space="preserve">    (b) holds together (connects or unites) or wraps</w:t>
      </w:r>
      <w:r>
        <w:br/>
      </w:r>
      <w:r>
        <w:t xml:space="preserve">    (c) the quality of lacking exactness or accuracy</w:t>
      </w:r>
    </w:p>
    <w:p>
      <w:pPr>
        <w:pStyle w:val="Compact"/>
        <w:numPr>
          <w:ilvl w:val="0"/>
          <w:numId w:val="1001"/>
        </w:numPr>
      </w:pPr>
      <w:r>
        <w:rPr>
          <w:b/>
          <w:bCs/>
        </w:rPr>
        <w:t xml:space="preserve">A powerful and delicious smell of cooking</w:t>
      </w:r>
      <w:r>
        <w:rPr>
          <w:b/>
          <w:bCs/>
        </w:rPr>
        <w:t xml:space="preserve"> </w:t>
      </w:r>
      <w:r>
        <w:rPr>
          <w:b/>
          <w:bCs/>
          <w:u w:val="single"/>
        </w:rPr>
        <w:t xml:space="preserve">pervaded</w:t>
      </w:r>
      <w:r>
        <w:rPr>
          <w:b/>
          <w:bCs/>
        </w:rPr>
        <w:t xml:space="preserve"> </w:t>
      </w:r>
      <w:r>
        <w:rPr>
          <w:b/>
          <w:bCs/>
        </w:rPr>
        <w:t xml:space="preserve">the corridors,</w:t>
      </w:r>
      <w:r>
        <w:br/>
      </w:r>
      <w:r>
        <w:t xml:space="preserve">    (a) stopped fighting</w:t>
      </w:r>
      <w:r>
        <w:br/>
      </w:r>
      <w:r>
        <w:t xml:space="preserve">    (b) not concentrated</w:t>
      </w:r>
      <w:r>
        <w:br/>
      </w:r>
      <w:r>
        <w:t xml:space="preserve">    (c) spread or filled</w:t>
      </w:r>
    </w:p>
    <w:p>
      <w:pPr>
        <w:pStyle w:val="Compact"/>
        <w:numPr>
          <w:ilvl w:val="0"/>
          <w:numId w:val="1001"/>
        </w:numPr>
      </w:pPr>
      <w:r>
        <w:rPr>
          <w:b/>
          <w:bCs/>
        </w:rPr>
        <w:t xml:space="preserve">"Which person," she said, her voice shaking, "which</w:t>
      </w:r>
      <w:r>
        <w:rPr>
          <w:b/>
          <w:bCs/>
        </w:rPr>
        <w:t xml:space="preserve"> </w:t>
      </w:r>
      <w:r>
        <w:rPr>
          <w:b/>
          <w:bCs/>
          <w:u w:val="single"/>
        </w:rPr>
        <w:t xml:space="preserve">abysmally</w:t>
      </w:r>
      <w:r>
        <w:rPr>
          <w:b/>
          <w:bCs/>
        </w:rPr>
        <w:t xml:space="preserve"> </w:t>
      </w:r>
      <w:r>
        <w:rPr>
          <w:b/>
          <w:bCs/>
        </w:rPr>
        <w:t xml:space="preserve">foolish person wrote down this week's passwords and left them lying around?"</w:t>
      </w:r>
      <w:r>
        <w:br/>
      </w:r>
      <w:r>
        <w:t xml:space="preserve">    (a) enormously</w:t>
      </w:r>
      <w:r>
        <w:br/>
      </w:r>
      <w:r>
        <w:t xml:space="preserve">    (b) very badly</w:t>
      </w:r>
      <w:r>
        <w:br/>
      </w:r>
      <w:r>
        <w:t xml:space="preserve">    (c) habitually</w:t>
      </w:r>
    </w:p>
    <w:p>
      <w:pPr>
        <w:pStyle w:val="Compact"/>
        <w:numPr>
          <w:ilvl w:val="0"/>
          <w:numId w:val="1001"/>
        </w:numPr>
      </w:pPr>
      <w:r>
        <w:rPr>
          <w:b/>
          <w:bCs/>
        </w:rPr>
        <w:t xml:space="preserve">"You're late, boys!" said Professor Flitwick</w:t>
      </w:r>
      <w:r>
        <w:rPr>
          <w:b/>
          <w:bCs/>
        </w:rPr>
        <w:t xml:space="preserve"> </w:t>
      </w:r>
      <w:r>
        <w:rPr>
          <w:b/>
          <w:bCs/>
          <w:u w:val="single"/>
        </w:rPr>
        <w:t xml:space="preserve">reprovingly</w:t>
      </w:r>
      <w:r>
        <w:rPr>
          <w:b/>
          <w:bCs/>
        </w:rPr>
        <w:t xml:space="preserve"> </w:t>
      </w:r>
      <w:r>
        <w:rPr>
          <w:b/>
          <w:bCs/>
        </w:rPr>
        <w:t xml:space="preserve">as Harry opened the classroom door.</w:t>
      </w:r>
      <w:r>
        <w:br/>
      </w:r>
      <w:r>
        <w:t xml:space="preserve">    (a) disapprovingly</w:t>
      </w:r>
      <w:r>
        <w:br/>
      </w:r>
      <w:r>
        <w:t xml:space="preserve">    (b) in a wasteful manner</w:t>
      </w:r>
      <w:r>
        <w:br/>
      </w:r>
      <w:r>
        <w:t xml:space="preserve">    (c) with great annoyance</w:t>
      </w:r>
    </w:p>
    <w:p>
      <w:pPr>
        <w:pStyle w:val="Compact"/>
        <w:numPr>
          <w:ilvl w:val="0"/>
          <w:numId w:val="1001"/>
        </w:numPr>
      </w:pPr>
      <w:r>
        <w:rPr>
          <w:b/>
          <w:bCs/>
        </w:rPr>
        <w:t xml:space="preserve">You are disturbing the</w:t>
      </w:r>
      <w:r>
        <w:rPr>
          <w:b/>
          <w:bCs/>
        </w:rPr>
        <w:t xml:space="preserve"> </w:t>
      </w:r>
      <w:r>
        <w:rPr>
          <w:b/>
          <w:bCs/>
          <w:u w:val="single"/>
        </w:rPr>
        <w:t xml:space="preserve">clairvoyant</w:t>
      </w:r>
      <w:r>
        <w:rPr>
          <w:b/>
          <w:bCs/>
        </w:rPr>
        <w:t xml:space="preserve"> </w:t>
      </w:r>
      <w:r>
        <w:rPr>
          <w:b/>
          <w:bCs/>
        </w:rPr>
        <w:t xml:space="preserve">vibrations!</w:t>
      </w:r>
      <w:r>
        <w:br/>
      </w:r>
      <w:r>
        <w:t xml:space="preserve">    (a) able to be persuaded to want something (often sex or love) by tempting with something desired</w:t>
      </w:r>
      <w:r>
        <w:br/>
      </w:r>
      <w:r>
        <w:t xml:space="preserve">    (b) nervousness or discomfort felt by someone due to concern about what others will think of them</w:t>
      </w:r>
      <w:r>
        <w:br/>
      </w:r>
      <w:r>
        <w:t xml:space="preserve">    (c) to perceive things beyond the natural range of the senses -- especially foreseeing the future</w:t>
      </w:r>
    </w:p>
    <w:p>
      <w:pPr>
        <w:pStyle w:val="Compact"/>
        <w:numPr>
          <w:ilvl w:val="0"/>
          <w:numId w:val="1001"/>
        </w:numPr>
      </w:pPr>
      <w:r>
        <w:rPr>
          <w:b/>
          <w:bCs/>
        </w:rPr>
        <w:t xml:space="preserve">A number of small scuffles broke out in the corridors,</w:t>
      </w:r>
      <w:r>
        <w:rPr>
          <w:b/>
          <w:bCs/>
        </w:rPr>
        <w:t xml:space="preserve"> </w:t>
      </w:r>
      <w:r>
        <w:rPr>
          <w:b/>
          <w:bCs/>
          <w:u w:val="single"/>
        </w:rPr>
        <w:t xml:space="preserve">culminating</w:t>
      </w:r>
      <w:r>
        <w:rPr>
          <w:b/>
          <w:bCs/>
        </w:rPr>
        <w:t xml:space="preserve"> </w:t>
      </w:r>
      <w:r>
        <w:rPr>
          <w:b/>
          <w:bCs/>
        </w:rPr>
        <w:t xml:space="preserve">in a nasty incident in which a Gryffindor fourth year and a Slytherin sixth year ended up in the hospital wing with leeks sprouting out of their ears.</w:t>
      </w:r>
      <w:r>
        <w:br/>
      </w:r>
      <w:r>
        <w:t xml:space="preserve">    (a) controlling in advance (how something will turn out)</w:t>
      </w:r>
      <w:r>
        <w:br/>
      </w:r>
      <w:r>
        <w:t xml:space="preserve">    (b) reaching the highest or most decisive or final stage</w:t>
      </w:r>
      <w:r>
        <w:br/>
      </w:r>
      <w:r>
        <w:t xml:space="preserve">    (c) holding together (connecting or uniting) or wrapping</w:t>
      </w:r>
    </w:p>
    <w:p>
      <w:pPr>
        <w:pStyle w:val="Compact"/>
        <w:numPr>
          <w:ilvl w:val="0"/>
          <w:numId w:val="1001"/>
        </w:numPr>
      </w:pPr>
      <w:r>
        <w:rPr>
          <w:b/>
          <w:bCs/>
        </w:rPr>
        <w:t xml:space="preserve">The Committee for the</w:t>
      </w:r>
      <w:r>
        <w:rPr>
          <w:b/>
          <w:bCs/>
        </w:rPr>
        <w:t xml:space="preserve"> </w:t>
      </w:r>
      <w:r>
        <w:rPr>
          <w:b/>
          <w:bCs/>
          <w:u w:val="single"/>
        </w:rPr>
        <w:t xml:space="preserve">Disposal</w:t>
      </w:r>
      <w:r>
        <w:rPr>
          <w:b/>
          <w:bCs/>
        </w:rPr>
        <w:t xml:space="preserve"> </w:t>
      </w:r>
      <w:r>
        <w:rPr>
          <w:b/>
          <w:bCs/>
        </w:rPr>
        <w:t xml:space="preserve">of Dangerous Creatures required a witness to the execution of a mad hippogriff.</w:t>
      </w:r>
      <w:r>
        <w:br/>
      </w:r>
      <w:r>
        <w:t xml:space="preserve">    (a) the state of being capable of thought, self-reflection, and will</w:t>
      </w:r>
      <w:r>
        <w:br/>
      </w:r>
      <w:r>
        <w:t xml:space="preserve">    (b) the act of settling something so it no longer requires attention</w:t>
      </w:r>
      <w:r>
        <w:br/>
      </w:r>
      <w:r>
        <w:t xml:space="preserve">    (c) the state of emitting a stream of particles due to nuclear decay</w:t>
      </w:r>
    </w:p>
    <w:p>
      <w:pPr>
        <w:pStyle w:val="Compact"/>
        <w:numPr>
          <w:ilvl w:val="0"/>
          <w:numId w:val="1001"/>
        </w:numPr>
      </w:pPr>
      <w:r>
        <w:rPr>
          <w:b/>
          <w:bCs/>
        </w:rPr>
        <w:t xml:space="preserve">The consequences of our actions are always so complicated, so</w:t>
      </w:r>
      <w:r>
        <w:rPr>
          <w:b/>
          <w:bCs/>
        </w:rPr>
        <w:t xml:space="preserve"> </w:t>
      </w:r>
      <w:r>
        <w:rPr>
          <w:b/>
          <w:bCs/>
          <w:u w:val="single"/>
        </w:rPr>
        <w:t xml:space="preserve">diverse</w:t>
      </w:r>
      <w:r>
        <w:rPr>
          <w:b/>
          <w:bCs/>
        </w:rPr>
        <w:t xml:space="preserve">, that predicting the future is a very difficult business indeed.... Professor Trelawney, bless her, is living proof of that.... You did a very noble thing, in saving Pettigrew's life.</w:t>
      </w:r>
      <w:r>
        <w:br/>
      </w:r>
      <w:r>
        <w:t xml:space="preserve">    (a) submissiveness -- often behavior of someone who is so submissive or eager to serve and please that they seem to lack self-respect</w:t>
      </w:r>
      <w:r>
        <w:br/>
      </w:r>
      <w:r>
        <w:t xml:space="preserve">    (b) varied or (having differences amongst things of the same kind) -- especially with regard to ideas or members of a population group</w:t>
      </w:r>
      <w:r>
        <w:br/>
      </w:r>
      <w:r>
        <w:t xml:space="preserve">    (c) related to a mental illness most commonly associated with undeveloped social abilities, language, and other communication skills</w:t>
      </w:r>
    </w:p>
    <w:p>
      <w:pPr>
        <w:pStyle w:val="Compact"/>
        <w:numPr>
          <w:ilvl w:val="0"/>
          <w:numId w:val="1001"/>
        </w:numPr>
      </w:pPr>
      <w:r>
        <w:rPr>
          <w:b/>
          <w:bCs/>
        </w:rPr>
        <w:t xml:space="preserve">The owl was so small, in fact, that it kept tumbling over in the air,</w:t>
      </w:r>
      <w:r>
        <w:rPr>
          <w:b/>
          <w:bCs/>
        </w:rPr>
        <w:t xml:space="preserve"> </w:t>
      </w:r>
      <w:r>
        <w:rPr>
          <w:b/>
          <w:bCs/>
          <w:u w:val="single"/>
        </w:rPr>
        <w:t xml:space="preserve">buffeted</w:t>
      </w:r>
      <w:r>
        <w:rPr>
          <w:b/>
          <w:bCs/>
        </w:rPr>
        <w:t xml:space="preserve"> </w:t>
      </w:r>
      <w:r>
        <w:rPr>
          <w:b/>
          <w:bCs/>
        </w:rPr>
        <w:t xml:space="preserve">this way and that in the train's slipstream.</w:t>
      </w:r>
      <w:r>
        <w:br/>
      </w:r>
      <w:r>
        <w:t xml:space="preserve">    (a) considered (for affect on a result or outcome)</w:t>
      </w:r>
      <w:r>
        <w:br/>
      </w:r>
      <w:r>
        <w:t xml:space="preserve">    (b) caused to bounce</w:t>
      </w:r>
      <w:r>
        <w:br/>
      </w:r>
      <w:r>
        <w:t xml:space="preserve">    (c) held together (connected or united) or wrapped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2026-07-31T15:19:44Z</dcterms:created>
  <dcterms:modified xsi:type="dcterms:W3CDTF">2026-07-31T15:19:44Z</dcterms:modified>
</cp:coreProperties>
</file>

<file path=docProps/custom.xml><?xml version="1.0" encoding="utf-8"?>
<Properties xmlns="http://schemas.openxmlformats.org/officeDocument/2006/custom-properties" xmlns:vt="http://schemas.openxmlformats.org/officeDocument/2006/docPropsVTypes"/>
</file>