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274b8d80aa28cbf7943f705af65c623b4b00f1"/>
    <w:p>
      <w:pPr>
        <w:pStyle w:val="Heading1"/>
      </w:pPr>
      <w:r>
        <w:rPr>
          <w:b/>
          <w:bCs/>
        </w:rPr>
        <w:t xml:space="preserve">Harry Potter and the Chamber of Secrets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behind her big sister.</w:t>
      </w:r>
      <w:r>
        <w:br/>
      </w:r>
      <w:r>
        <w:t xml:space="preserve">    (a) fearfully hid</w:t>
      </w:r>
      <w:r>
        <w:br/>
      </w:r>
      <w:r>
        <w:t xml:space="preserve">    (b) walked proudly</w:t>
      </w:r>
      <w:r>
        <w:br/>
      </w:r>
      <w:r>
        <w:t xml:space="preserve">    (c) walked slowly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they catch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</w:t>
      </w:r>
      <w:r>
        <w:rPr>
          <w:b/>
          <w:bCs/>
        </w:rPr>
        <w:t xml:space="preserve">?</w:t>
      </w:r>
      <w:r>
        <w:br/>
      </w:r>
      <w:r>
        <w:t xml:space="preserve">    (a) dog</w:t>
      </w:r>
      <w:r>
        <w:br/>
      </w:r>
      <w:r>
        <w:t xml:space="preserve">    (b) criminal</w:t>
      </w:r>
      <w:r>
        <w:br/>
      </w:r>
      <w:r>
        <w:t xml:space="preserve">    (c) problem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 change,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disgruntled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 complain of worsening working conditions</w:t>
      </w:r>
      <w:r>
        <w:br/>
      </w:r>
      <w:r>
        <w:t xml:space="preserve">    (a) unhappy</w:t>
      </w:r>
      <w:r>
        <w:br/>
      </w:r>
      <w:r>
        <w:t xml:space="preserve">    (b) veteran</w:t>
      </w:r>
      <w:r>
        <w:br/>
      </w:r>
      <w:r>
        <w:t xml:space="preserve">    (c) loyal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students were ready to move on, but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on and on about Chapter 7.</w:t>
      </w:r>
      <w:r>
        <w:br/>
      </w:r>
      <w:r>
        <w:t xml:space="preserve">    (a) kept talking about</w:t>
      </w:r>
      <w:r>
        <w:br/>
      </w:r>
      <w:r>
        <w:t xml:space="preserve">    (b) kept avoiding</w:t>
      </w:r>
      <w:r>
        <w:br/>
      </w:r>
      <w:r>
        <w:t xml:space="preserve">    (c) tested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family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in that valley for ten generations.</w:t>
      </w:r>
      <w:r>
        <w:br/>
      </w:r>
      <w:r>
        <w:t xml:space="preserve">    (a) lived</w:t>
      </w:r>
      <w:r>
        <w:br/>
      </w:r>
      <w:r>
        <w:t xml:space="preserve">    (b) visited</w:t>
      </w:r>
      <w:r>
        <w:br/>
      </w:r>
      <w:r>
        <w:t xml:space="preserve">    (c) looked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ignoring</w:t>
      </w:r>
      <w:r>
        <w:br/>
      </w:r>
      <w:r>
        <w:t xml:space="preserve">    (b) complaining about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morose</w:t>
      </w:r>
      <w:r>
        <w:rPr>
          <w:b/>
          <w:bCs/>
        </w:rPr>
        <w:t xml:space="preserve"> </w:t>
      </w:r>
      <w:r>
        <w:rPr>
          <w:b/>
          <w:bCs/>
        </w:rPr>
        <w:t xml:space="preserve">and unsociable.</w:t>
      </w:r>
      <w:r>
        <w:br/>
      </w:r>
      <w:r>
        <w:t xml:space="preserve">    (a) angry</w:t>
      </w:r>
      <w:r>
        <w:br/>
      </w:r>
      <w:r>
        <w:t xml:space="preserve">    (b) unhappy</w:t>
      </w:r>
      <w:r>
        <w:br/>
      </w:r>
      <w:r>
        <w:t xml:space="preserve">    (c) frustrated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, choose the best answer to each question.</w:t>
      </w:r>
      <w:r>
        <w:br/>
      </w:r>
      <w:r>
        <w:t xml:space="preserve">    (a) article</w:t>
      </w:r>
      <w:r>
        <w:br/>
      </w:r>
      <w:r>
        <w:t xml:space="preserve">    (b) short part of a longer work</w:t>
      </w:r>
      <w:r>
        <w:br/>
      </w:r>
      <w:r>
        <w:t xml:space="preserve">    (c) route to get somewhere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does our cost and profit change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relative</w:t>
      </w:r>
      <w:r>
        <w:rPr>
          <w:b/>
          <w:bCs/>
        </w:rPr>
        <w:t xml:space="preserve"> </w:t>
      </w:r>
      <w:r>
        <w:rPr>
          <w:b/>
          <w:bCs/>
        </w:rPr>
        <w:t xml:space="preserve">to sales volume?</w:t>
      </w:r>
      <w:r>
        <w:br/>
      </w:r>
      <w:r>
        <w:t xml:space="preserve">    (a) suddenly</w:t>
      </w:r>
      <w:r>
        <w:br/>
      </w:r>
      <w:r>
        <w:t xml:space="preserve">    (b) unseen</w:t>
      </w:r>
      <w:r>
        <w:br/>
      </w:r>
      <w:r>
        <w:t xml:space="preserve">    (c) compared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relatives</w:t>
      </w:r>
      <w:r>
        <w:rPr>
          <w:b/>
          <w:bCs/>
        </w:rPr>
        <w:t xml:space="preserve"> </w:t>
      </w:r>
      <w:r>
        <w:rPr>
          <w:b/>
          <w:bCs/>
        </w:rPr>
        <w:t xml:space="preserve">in California.</w:t>
      </w:r>
      <w:r>
        <w:br/>
      </w:r>
      <w:r>
        <w:t xml:space="preserve">    (a) connections</w:t>
      </w:r>
      <w:r>
        <w:br/>
      </w:r>
      <w:r>
        <w:t xml:space="preserve">    (b) friends</w:t>
      </w:r>
      <w:r>
        <w:br/>
      </w:r>
      <w:r>
        <w:t xml:space="preserve">    (c)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quit</w:t>
      </w:r>
      <w:r>
        <w:br/>
      </w:r>
      <w:r>
        <w:t xml:space="preserve">    (b) renew an agreement</w:t>
      </w:r>
      <w:r>
        <w:br/>
      </w:r>
      <w:r>
        <w:t xml:space="preserve">    (c) do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resistant</w:t>
      </w:r>
      <w:r>
        <w:br/>
      </w:r>
      <w:r>
        <w:t xml:space="preserve">    (b) with acceptance</w:t>
      </w:r>
      <w:r>
        <w:br/>
      </w:r>
      <w:r>
        <w:t xml:space="preserve">    (c) putting a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insulted back</w:t>
      </w:r>
      <w:r>
        <w:br/>
      </w:r>
      <w:r>
        <w:t xml:space="preserve">    (b) quickly replied</w:t>
      </w:r>
      <w:r>
        <w:br/>
      </w:r>
      <w:r>
        <w:t xml:space="preserve">    (c) joyfully laughed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snake</w:t>
      </w:r>
      <w:r>
        <w:br/>
      </w:r>
      <w:r>
        <w:t xml:space="preserve">    (b) fig leaf</w:t>
      </w:r>
      <w:r>
        <w:br/>
      </w:r>
      <w:r>
        <w:t xml:space="preserve">    (c) apple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Stalin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 </w:t>
      </w:r>
      <w:r>
        <w:rPr>
          <w:b/>
          <w:bCs/>
        </w:rPr>
        <w:t xml:space="preserve">criticism in the press.</w:t>
      </w:r>
      <w:r>
        <w:br/>
      </w:r>
      <w:r>
        <w:t xml:space="preserve">    (a) kept from spreading</w:t>
      </w:r>
      <w:r>
        <w:br/>
      </w:r>
      <w:r>
        <w:t xml:space="preserve">    (b) expressed publicly</w:t>
      </w:r>
      <w:r>
        <w:br/>
      </w:r>
      <w:r>
        <w:t xml:space="preserve">    (c) caused to spread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taunted</w:t>
      </w:r>
      <w:r>
        <w:rPr>
          <w:b/>
          <w:bCs/>
        </w:rPr>
        <w:t xml:space="preserve"> </w:t>
      </w:r>
      <w:r>
        <w:rPr>
          <w:b/>
          <w:bCs/>
        </w:rPr>
        <w:t xml:space="preserve">her until she responded physically, and then they beat her up.</w:t>
      </w:r>
      <w:r>
        <w:br/>
      </w:r>
      <w:r>
        <w:t xml:space="preserve">    (a) followed</w:t>
      </w:r>
      <w:r>
        <w:br/>
      </w:r>
      <w:r>
        <w:t xml:space="preserve">    (b) insulted</w:t>
      </w:r>
      <w:r>
        <w:br/>
      </w:r>
      <w:r>
        <w:t xml:space="preserve">    (c) surrounded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is in danger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</w:t>
      </w:r>
      <w:r>
        <w:rPr>
          <w:b/>
          <w:bCs/>
        </w:rPr>
        <w:t xml:space="preserve"> </w:t>
      </w:r>
      <w:r>
        <w:rPr>
          <w:b/>
          <w:bCs/>
        </w:rPr>
        <w:t xml:space="preserve">collapse.</w:t>
      </w:r>
      <w:r>
        <w:br/>
      </w:r>
      <w:r>
        <w:t xml:space="preserve">    (a) partial</w:t>
      </w:r>
      <w:r>
        <w:br/>
      </w:r>
      <w:r>
        <w:t xml:space="preserve">    (b) total or complete</w:t>
      </w:r>
      <w:r>
        <w:br/>
      </w:r>
      <w:r>
        <w:t xml:space="preserve">    (c)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suck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venom</w:t>
      </w:r>
      <w:r>
        <w:rPr>
          <w:b/>
          <w:bCs/>
        </w:rPr>
        <w:t xml:space="preserve"> </w:t>
      </w:r>
      <w:r>
        <w:rPr>
          <w:b/>
          <w:bCs/>
        </w:rPr>
        <w:t xml:space="preserve">out of the bite.</w:t>
      </w:r>
      <w:r>
        <w:br/>
      </w:r>
      <w:r>
        <w:t xml:space="preserve">    (a) germs</w:t>
      </w:r>
      <w:r>
        <w:br/>
      </w:r>
      <w:r>
        <w:t xml:space="preserve">    (b) poison</w:t>
      </w:r>
      <w:r>
        <w:br/>
      </w:r>
      <w:r>
        <w:t xml:space="preserve">    (c) white blood cells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remarks were fueled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venom</w:t>
      </w:r>
      <w:r>
        <w:rPr>
          <w:b/>
          <w:bCs/>
        </w:rPr>
        <w:t xml:space="preserve"> </w:t>
      </w:r>
      <w:r>
        <w:rPr>
          <w:b/>
          <w:bCs/>
        </w:rPr>
        <w:t xml:space="preserve">and jealousy.</w:t>
      </w:r>
      <w:r>
        <w:br/>
      </w:r>
      <w:r>
        <w:t xml:space="preserve">    (a) intense feelings of hatred or anger</w:t>
      </w:r>
      <w:r>
        <w:br/>
      </w:r>
      <w:r>
        <w:t xml:space="preserve">    (b) a desire for revenge</w:t>
      </w:r>
      <w:r>
        <w:br/>
      </w:r>
      <w:r>
        <w:t xml:space="preserve">    (c) misunderstanding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sidewalk begging that someone call an ambulance.</w:t>
      </w:r>
      <w:r>
        <w:br/>
      </w:r>
      <w:r>
        <w:t xml:space="preserve">    (a) yelled loudly</w:t>
      </w:r>
      <w:r>
        <w:br/>
      </w:r>
      <w:r>
        <w:t xml:space="preserve">    (b) twisted and turned</w:t>
      </w:r>
      <w:r>
        <w:br/>
      </w:r>
      <w:r>
        <w:t xml:space="preserve">    (c) cried and whimpered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2026-07-27T15:19:29Z</dcterms:created>
  <dcterms:modified xsi:type="dcterms:W3CDTF">2026-07-27T15:19:29Z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