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8459a8ddf4d33f898a7ee64f91ab2dc5028f30"/>
    <w:p>
      <w:pPr>
        <w:pStyle w:val="Heading1"/>
      </w:pPr>
      <w:r>
        <w:rPr>
          <w:b/>
          <w:bCs/>
        </w:rPr>
        <w:t xml:space="preserve">Harry Potter and the Chamber of Secrets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poverty; though she didn't know it.</w:t>
      </w:r>
      <w:r>
        <w:br/>
      </w:r>
      <w:r>
        <w:t xml:space="preserve">    (a) moderate</w:t>
      </w:r>
      <w:r>
        <w:br/>
      </w:r>
      <w:r>
        <w:t xml:space="preserve">    (b) extreme</w:t>
      </w:r>
      <w:r>
        <w:br/>
      </w:r>
      <w:r>
        <w:t xml:space="preserve">    (c)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employer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aghast</w:t>
      </w:r>
      <w:r>
        <w:rPr>
          <w:b/>
          <w:bCs/>
        </w:rPr>
        <w:t xml:space="preserve"> </w:t>
      </w:r>
      <w:r>
        <w:rPr>
          <w:b/>
          <w:bCs/>
        </w:rPr>
        <w:t xml:space="preserve">and fired her on the spot.</w:t>
      </w:r>
      <w:r>
        <w:br/>
      </w:r>
      <w:r>
        <w:t xml:space="preserve">    (a) confident</w:t>
      </w:r>
      <w:r>
        <w:br/>
      </w:r>
      <w:r>
        <w:t xml:space="preserve">    (b) angry</w:t>
      </w:r>
      <w:r>
        <w:br/>
      </w:r>
      <w:r>
        <w:t xml:space="preserve">    (c) shocked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confused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gun in his direction.</w:t>
      </w:r>
      <w:r>
        <w:br/>
      </w:r>
      <w:r>
        <w:t xml:space="preserve">    (a) pointed to the floor</w:t>
      </w:r>
      <w:r>
        <w:br/>
      </w:r>
      <w:r>
        <w:t xml:space="preserve">    (b) fired</w:t>
      </w:r>
      <w:r>
        <w:br/>
      </w:r>
      <w:r>
        <w:t xml:space="preserve">    (c) waved aggressively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consorts</w:t>
      </w:r>
      <w:r>
        <w:rPr>
          <w:b/>
          <w:bCs/>
        </w:rPr>
        <w:t xml:space="preserve"> </w:t>
      </w:r>
      <w:r>
        <w:rPr>
          <w:b/>
          <w:bCs/>
        </w:rPr>
        <w:t xml:space="preserve">with gang members and criminals.</w:t>
      </w:r>
      <w:r>
        <w:br/>
      </w:r>
      <w:r>
        <w:t xml:space="preserve">    (a) avoids company</w:t>
      </w:r>
      <w:r>
        <w:br/>
      </w:r>
      <w:r>
        <w:t xml:space="preserve">    (b) associates</w:t>
      </w:r>
      <w:r>
        <w:br/>
      </w:r>
      <w:r>
        <w:t xml:space="preserve">    (c) fights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little brother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exasperating</w:t>
      </w:r>
      <w:r>
        <w:rPr>
          <w:b/>
          <w:bCs/>
        </w:rPr>
        <w:t xml:space="preserve">. He's always testing his boundaries.</w:t>
      </w:r>
      <w:r>
        <w:br/>
      </w:r>
      <w:r>
        <w:t xml:space="preserve">    (a) greatly annoying</w:t>
      </w:r>
      <w:r>
        <w:br/>
      </w:r>
      <w:r>
        <w:t xml:space="preserve">    (b) endearing (lovable)</w:t>
      </w:r>
      <w:r>
        <w:br/>
      </w:r>
      <w:r>
        <w:t xml:space="preserve">    (c) very 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production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success</w:t>
      </w:r>
      <w:r>
        <w:br/>
      </w:r>
      <w:r>
        <w:t xml:space="preserve">    (b) failure</w:t>
      </w:r>
      <w:r>
        <w:br/>
      </w:r>
      <w:r>
        <w:t xml:space="preserve">    (c)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manager gives his employees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free rein</w:t>
      </w:r>
      <w:r>
        <w:rPr>
          <w:b/>
          <w:bCs/>
        </w:rPr>
        <w:t xml:space="preserve"> </w:t>
      </w:r>
      <w:r>
        <w:rPr>
          <w:b/>
          <w:bCs/>
        </w:rPr>
        <w:t xml:space="preserve">to express their opinions.</w:t>
      </w:r>
      <w:r>
        <w:br/>
      </w:r>
      <w:r>
        <w:t xml:space="preserve">    (a) bonuses</w:t>
      </w:r>
      <w:r>
        <w:br/>
      </w:r>
      <w:r>
        <w:t xml:space="preserve">    (b) time</w:t>
      </w:r>
      <w:r>
        <w:br/>
      </w:r>
      <w:r>
        <w:t xml:space="preserve">    (c) freedom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serious</w:t>
      </w:r>
      <w:r>
        <w:br/>
      </w:r>
      <w:r>
        <w:t xml:space="preserve">    (b) foolish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 </w:t>
      </w:r>
      <w:r>
        <w:rPr>
          <w:b/>
          <w:bCs/>
        </w:rPr>
        <w:t xml:space="preserve">and in love with the wrong man.</w:t>
      </w:r>
      <w:r>
        <w:br/>
      </w:r>
      <w:r>
        <w:t xml:space="preserve">    (a) too confused</w:t>
      </w:r>
      <w:r>
        <w:br/>
      </w:r>
      <w:r>
        <w:t xml:space="preserve">    (b) too trusting</w:t>
      </w:r>
      <w:r>
        <w:br/>
      </w:r>
      <w:r>
        <w:t xml:space="preserve">    (c) too focused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income taxes were cut,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loopholes</w:t>
      </w:r>
      <w:r>
        <w:rPr>
          <w:b/>
          <w:bCs/>
        </w:rPr>
        <w:t xml:space="preserve"> </w:t>
      </w:r>
      <w:r>
        <w:rPr>
          <w:b/>
          <w:bCs/>
        </w:rPr>
        <w:t xml:space="preserve">were also closed.</w:t>
      </w:r>
      <w:r>
        <w:br/>
      </w:r>
      <w:r>
        <w:t xml:space="preserve">    (a) local offices</w:t>
      </w:r>
      <w:r>
        <w:br/>
      </w:r>
      <w:r>
        <w:t xml:space="preserve">    (b) differences in tax rates</w:t>
      </w:r>
      <w:r>
        <w:br/>
      </w:r>
      <w:r>
        <w:t xml:space="preserve">    (c) exceptions to obligations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inherited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</w:t>
      </w:r>
      <w:r>
        <w:rPr>
          <w:b/>
          <w:bCs/>
        </w:rPr>
        <w:t xml:space="preserve">, but seldom visits it.</w:t>
      </w:r>
      <w:r>
        <w:br/>
      </w:r>
      <w:r>
        <w:t xml:space="preserve">    (a) palace</w:t>
      </w:r>
      <w:r>
        <w:br/>
      </w:r>
      <w:r>
        <w:t xml:space="preserve">    (b) large house</w:t>
      </w:r>
      <w:r>
        <w:br/>
      </w:r>
      <w:r>
        <w:t xml:space="preserve">    (c) castle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nosey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meddlesome</w:t>
      </w:r>
      <w:r>
        <w:rPr>
          <w:b/>
          <w:bCs/>
        </w:rPr>
        <w:t xml:space="preserve"> </w:t>
      </w:r>
      <w:r>
        <w:rPr>
          <w:b/>
          <w:bCs/>
        </w:rPr>
        <w:t xml:space="preserve">neighbor who is always looking out her window at me.</w:t>
      </w:r>
      <w:r>
        <w:br/>
      </w:r>
      <w:r>
        <w:t xml:space="preserve">    (a) intruding</w:t>
      </w:r>
      <w:r>
        <w:br/>
      </w:r>
      <w:r>
        <w:t xml:space="preserve">    (b) foolish</w:t>
      </w:r>
      <w:r>
        <w:br/>
      </w:r>
      <w:r>
        <w:t xml:space="preserve">    (c)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lucky survivor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enemies.</w:t>
      </w:r>
      <w:r>
        <w:br/>
      </w:r>
      <w:r>
        <w:t xml:space="preserve">    (a) human</w:t>
      </w:r>
      <w:r>
        <w:br/>
      </w:r>
      <w:r>
        <w:t xml:space="preserve">    (b) intense</w:t>
      </w:r>
      <w:r>
        <w:br/>
      </w:r>
      <w:r>
        <w:t xml:space="preserve">    (c) long-time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all listened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attention as she described the accident.</w:t>
      </w:r>
      <w:r>
        <w:br/>
      </w:r>
      <w:r>
        <w:t xml:space="preserve">    (a) interested</w:t>
      </w:r>
      <w:r>
        <w:br/>
      </w:r>
      <w:r>
        <w:t xml:space="preserve">    (b) divided</w:t>
      </w:r>
      <w:r>
        <w:br/>
      </w:r>
      <w:r>
        <w:t xml:space="preserve">    (c) disciplined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bird is called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Quetzal because of its beautiful, shimmering colors.</w:t>
      </w:r>
      <w:r>
        <w:br/>
      </w:r>
      <w:r>
        <w:t xml:space="preserve">    (a) magnificent</w:t>
      </w:r>
      <w:r>
        <w:br/>
      </w:r>
      <w:r>
        <w:t xml:space="preserve">    (b) shimmering</w:t>
      </w:r>
      <w:r>
        <w:br/>
      </w:r>
      <w:r>
        <w:t xml:space="preserve">    (c) colorful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dress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subdued</w:t>
      </w:r>
      <w:r>
        <w:rPr>
          <w:b/>
          <w:bCs/>
        </w:rPr>
        <w:t xml:space="preserve"> </w:t>
      </w:r>
      <w:r>
        <w:rPr>
          <w:b/>
          <w:bCs/>
        </w:rPr>
        <w:t xml:space="preserve">shade of yellow.</w:t>
      </w:r>
      <w:r>
        <w:br/>
      </w:r>
      <w:r>
        <w:t xml:space="preserve">    (a) popular</w:t>
      </w:r>
      <w:r>
        <w:br/>
      </w:r>
      <w:r>
        <w:t xml:space="preserve">    (b) soft (not bright)</w:t>
      </w:r>
      <w:r>
        <w:br/>
      </w:r>
      <w:r>
        <w:t xml:space="preserve">    (c) vivid or bright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snapped out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torpor</w:t>
      </w:r>
      <w:r>
        <w:rPr>
          <w:b/>
          <w:bCs/>
        </w:rPr>
        <w:t xml:space="preserve"> </w:t>
      </w:r>
      <w:r>
        <w:rPr>
          <w:b/>
          <w:bCs/>
        </w:rPr>
        <w:t xml:space="preserve">and began living life again.</w:t>
      </w:r>
      <w:r>
        <w:br/>
      </w:r>
      <w:r>
        <w:t xml:space="preserve">    (a) a state of working all the time</w:t>
      </w:r>
      <w:r>
        <w:br/>
      </w:r>
      <w:r>
        <w:t xml:space="preserve">    (b) a state of low-energy and inactivity</w:t>
      </w:r>
      <w:r>
        <w:br/>
      </w:r>
      <w:r>
        <w:t xml:space="preserve">    (c) a state of intoxication and irrationality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2026-07-27T15:19:29Z</dcterms:created>
  <dcterms:modified xsi:type="dcterms:W3CDTF">2026-07-27T15:19:29Z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