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e487734c94fd650eecb28da454361d9d1a8dd3c"/>
    <w:p>
      <w:pPr>
        <w:pStyle w:val="Heading1"/>
      </w:pPr>
      <w:r>
        <w:rPr>
          <w:b/>
          <w:bCs/>
        </w:rPr>
        <w:t xml:space="preserve">Harry Potter and the Chamber of Secrets</w:t>
      </w:r>
      <w:r>
        <w:br/>
      </w:r>
      <w:r>
        <w:rPr>
          <w:i/>
          <w:iCs/>
        </w:rPr>
        <w:t xml:space="preserve">J. K. Rowling</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All three of Mrs. Weasley's sons were taller than she was, but they</w:t>
      </w:r>
      <w:r>
        <w:rPr>
          <w:b/>
          <w:bCs/>
        </w:rPr>
        <w:t xml:space="preserve"> </w:t>
      </w:r>
      <w:r>
        <w:rPr>
          <w:b/>
          <w:bCs/>
          <w:u w:val="single"/>
        </w:rPr>
        <w:t xml:space="preserve">cowered</w:t>
      </w:r>
      <w:r>
        <w:rPr>
          <w:b/>
          <w:bCs/>
        </w:rPr>
        <w:t xml:space="preserve"> </w:t>
      </w:r>
      <w:r>
        <w:rPr>
          <w:b/>
          <w:bCs/>
        </w:rPr>
        <w:t xml:space="preserve">as her rage broke over them.</w:t>
      </w:r>
      <w:r>
        <w:br/>
      </w:r>
      <w:r>
        <w:t xml:space="preserve">    (a) showed fear</w:t>
      </w:r>
      <w:r>
        <w:br/>
      </w:r>
      <w:r>
        <w:t xml:space="preserve">    (b) made excuses</w:t>
      </w:r>
      <w:r>
        <w:br/>
      </w:r>
      <w:r>
        <w:t xml:space="preserve">    (c) stood taller</w:t>
      </w:r>
    </w:p>
    <w:p>
      <w:pPr>
        <w:pStyle w:val="Compact"/>
        <w:numPr>
          <w:ilvl w:val="0"/>
          <w:numId w:val="1001"/>
        </w:numPr>
      </w:pPr>
      <w:r>
        <w:rPr>
          <w:b/>
          <w:bCs/>
        </w:rPr>
        <w:t xml:space="preserve">He cleared his throat and said, "Professor Dumbledore, these boys have</w:t>
      </w:r>
      <w:r>
        <w:rPr>
          <w:b/>
          <w:bCs/>
        </w:rPr>
        <w:t xml:space="preserve"> </w:t>
      </w:r>
      <w:r>
        <w:rPr>
          <w:b/>
          <w:bCs/>
          <w:u w:val="single"/>
        </w:rPr>
        <w:t xml:space="preserve">flouted</w:t>
      </w:r>
      <w:r>
        <w:rPr>
          <w:b/>
          <w:bCs/>
        </w:rPr>
        <w:t xml:space="preserve"> </w:t>
      </w:r>
      <w:r>
        <w:rPr>
          <w:b/>
          <w:bCs/>
        </w:rPr>
        <w:t xml:space="preserve">the Decree for the Restriction of Underage Wizardry, caused serious damage to an old and valuable tree —"</w:t>
      </w:r>
      <w:r>
        <w:br/>
      </w:r>
      <w:r>
        <w:t xml:space="preserve">    (a) openly disregarding</w:t>
      </w:r>
      <w:r>
        <w:br/>
      </w:r>
      <w:r>
        <w:t xml:space="preserve">    (b) unknowingly disobeyed</w:t>
      </w:r>
      <w:r>
        <w:br/>
      </w:r>
      <w:r>
        <w:t xml:space="preserve">    (c) secretly cheated</w:t>
      </w:r>
    </w:p>
    <w:p>
      <w:pPr>
        <w:pStyle w:val="Compact"/>
        <w:numPr>
          <w:ilvl w:val="0"/>
          <w:numId w:val="1001"/>
        </w:numPr>
      </w:pPr>
      <w:r>
        <w:rPr>
          <w:b/>
          <w:bCs/>
        </w:rPr>
        <w:t xml:space="preserve">Snape shot a look of pure</w:t>
      </w:r>
      <w:r>
        <w:rPr>
          <w:b/>
          <w:bCs/>
        </w:rPr>
        <w:t xml:space="preserve"> </w:t>
      </w:r>
      <w:r>
        <w:rPr>
          <w:b/>
          <w:bCs/>
          <w:u w:val="single"/>
        </w:rPr>
        <w:t xml:space="preserve">venom</w:t>
      </w:r>
      <w:r>
        <w:rPr>
          <w:b/>
          <w:bCs/>
        </w:rPr>
        <w:t xml:space="preserve"> </w:t>
      </w:r>
      <w:r>
        <w:rPr>
          <w:b/>
          <w:bCs/>
        </w:rPr>
        <w:t xml:space="preserve">at Harry and Ron as he allowed himself to be swept out of his office, leaving them alone with Professor McGonagall, who was still eyeing them like a wrathful eagle.</w:t>
      </w:r>
      <w:r>
        <w:br/>
      </w:r>
      <w:r>
        <w:t xml:space="preserve">    (a) panic</w:t>
      </w:r>
      <w:r>
        <w:br/>
      </w:r>
      <w:r>
        <w:t xml:space="preserve">    (b) hatred</w:t>
      </w:r>
      <w:r>
        <w:br/>
      </w:r>
      <w:r>
        <w:t xml:space="preserve">    (c) warning</w:t>
      </w:r>
    </w:p>
    <w:p>
      <w:pPr>
        <w:pStyle w:val="Compact"/>
        <w:numPr>
          <w:ilvl w:val="0"/>
          <w:numId w:val="1001"/>
        </w:numPr>
      </w:pPr>
      <w:r>
        <w:rPr>
          <w:b/>
          <w:bCs/>
        </w:rPr>
        <w:t xml:space="preserve">Its methods of killing are most wondrous, for aside from its deadly and</w:t>
      </w:r>
      <w:r>
        <w:rPr>
          <w:b/>
          <w:bCs/>
        </w:rPr>
        <w:t xml:space="preserve"> </w:t>
      </w:r>
      <w:r>
        <w:rPr>
          <w:b/>
          <w:bCs/>
          <w:u w:val="single"/>
        </w:rPr>
        <w:t xml:space="preserve">venomous</w:t>
      </w:r>
      <w:r>
        <w:rPr>
          <w:b/>
          <w:bCs/>
        </w:rPr>
        <w:t xml:space="preserve"> </w:t>
      </w:r>
      <w:r>
        <w:rPr>
          <w:b/>
          <w:bCs/>
        </w:rPr>
        <w:t xml:space="preserve">fangs, the Basilisk has a murderous stare, and all who are fixed with the beam of its eye shall suffer instant death.</w:t>
      </w:r>
      <w:r>
        <w:br/>
      </w:r>
      <w:r>
        <w:t xml:space="preserve">    (a) dangerous</w:t>
      </w:r>
      <w:r>
        <w:br/>
      </w:r>
      <w:r>
        <w:t xml:space="preserve">    (b) dripping</w:t>
      </w:r>
      <w:r>
        <w:br/>
      </w:r>
      <w:r>
        <w:t xml:space="preserve">    (c) poisonous</w:t>
      </w:r>
    </w:p>
    <w:p>
      <w:pPr>
        <w:pStyle w:val="Compact"/>
        <w:numPr>
          <w:ilvl w:val="0"/>
          <w:numId w:val="1001"/>
        </w:numPr>
      </w:pPr>
      <w:r>
        <w:rPr>
          <w:b/>
          <w:bCs/>
        </w:rPr>
        <w:t xml:space="preserve">But he had no time to</w:t>
      </w:r>
      <w:r>
        <w:rPr>
          <w:b/>
          <w:bCs/>
        </w:rPr>
        <w:t xml:space="preserve"> </w:t>
      </w:r>
      <w:r>
        <w:rPr>
          <w:b/>
          <w:bCs/>
          <w:u w:val="single"/>
        </w:rPr>
        <w:t xml:space="preserve">dwell</w:t>
      </w:r>
      <w:r>
        <w:rPr>
          <w:b/>
          <w:bCs/>
        </w:rPr>
        <w:t xml:space="preserve"> </w:t>
      </w:r>
      <w:r>
        <w:rPr>
          <w:b/>
          <w:bCs/>
        </w:rPr>
        <w:t xml:space="preserve">on this; Professor McGonagall was moving along the Gryffindor table, handing out course schedules.</w:t>
      </w:r>
      <w:r>
        <w:br/>
      </w:r>
      <w:r>
        <w:t xml:space="preserve">    (a) spring</w:t>
      </w:r>
      <w:r>
        <w:br/>
      </w:r>
      <w:r>
        <w:t xml:space="preserve">    (b) focus</w:t>
      </w:r>
      <w:r>
        <w:br/>
      </w:r>
      <w:r>
        <w:t xml:space="preserve">    (c) fall</w:t>
      </w:r>
    </w:p>
    <w:p>
      <w:pPr>
        <w:pStyle w:val="Compact"/>
        <w:numPr>
          <w:ilvl w:val="0"/>
          <w:numId w:val="1001"/>
        </w:numPr>
      </w:pPr>
      <w:r>
        <w:rPr>
          <w:b/>
          <w:bCs/>
        </w:rPr>
        <w:t xml:space="preserve">They believed that I was the monster that</w:t>
      </w:r>
      <w:r>
        <w:rPr>
          <w:b/>
          <w:bCs/>
        </w:rPr>
        <w:t xml:space="preserve"> </w:t>
      </w:r>
      <w:r>
        <w:rPr>
          <w:b/>
          <w:bCs/>
          <w:u w:val="single"/>
        </w:rPr>
        <w:t xml:space="preserve">dwells</w:t>
      </w:r>
      <w:r>
        <w:rPr>
          <w:b/>
          <w:bCs/>
        </w:rPr>
        <w:t xml:space="preserve"> </w:t>
      </w:r>
      <w:r>
        <w:rPr>
          <w:b/>
          <w:bCs/>
        </w:rPr>
        <w:t xml:space="preserve">in what they call the Chamber of Secrets.</w:t>
      </w:r>
      <w:r>
        <w:br/>
      </w:r>
      <w:r>
        <w:t xml:space="preserve">    (a) avoids</w:t>
      </w:r>
      <w:r>
        <w:br/>
      </w:r>
      <w:r>
        <w:t xml:space="preserve">    (b) visits</w:t>
      </w:r>
      <w:r>
        <w:br/>
      </w:r>
      <w:r>
        <w:t xml:space="preserve">    (c) lives</w:t>
      </w:r>
    </w:p>
    <w:p>
      <w:pPr>
        <w:pStyle w:val="Compact"/>
        <w:numPr>
          <w:ilvl w:val="0"/>
          <w:numId w:val="1001"/>
        </w:numPr>
      </w:pPr>
      <w:r>
        <w:rPr>
          <w:b/>
          <w:bCs/>
        </w:rPr>
        <w:t xml:space="preserve">In the</w:t>
      </w:r>
      <w:r>
        <w:rPr>
          <w:b/>
          <w:bCs/>
        </w:rPr>
        <w:t xml:space="preserve"> </w:t>
      </w:r>
      <w:r>
        <w:rPr>
          <w:b/>
          <w:bCs/>
          <w:u w:val="single"/>
        </w:rPr>
        <w:t xml:space="preserve">relative</w:t>
      </w:r>
      <w:r>
        <w:rPr>
          <w:b/>
          <w:bCs/>
        </w:rPr>
        <w:t xml:space="preserve"> </w:t>
      </w:r>
      <w:r>
        <w:rPr>
          <w:b/>
          <w:bCs/>
        </w:rPr>
        <w:t xml:space="preserve">calm that followed, Lockhart straightened up, caught sight of Harry, Ron, and Hermione, who were almost at the door, and said, "Well, I'll ask you three to just nip the rest of them back into their cage."</w:t>
      </w:r>
      <w:r>
        <w:br/>
      </w:r>
      <w:r>
        <w:t xml:space="preserve">    (a) compared to other things</w:t>
      </w:r>
      <w:r>
        <w:br/>
      </w:r>
      <w:r>
        <w:t xml:space="preserve">    (b) seeming, but not real</w:t>
      </w:r>
      <w:r>
        <w:br/>
      </w:r>
      <w:r>
        <w:t xml:space="preserve">    (c) log-awaited</w:t>
      </w:r>
    </w:p>
    <w:p>
      <w:pPr>
        <w:pStyle w:val="Compact"/>
        <w:numPr>
          <w:ilvl w:val="0"/>
          <w:numId w:val="1001"/>
        </w:numPr>
      </w:pPr>
      <w:r>
        <w:rPr>
          <w:b/>
          <w:bCs/>
        </w:rPr>
        <w:t xml:space="preserve">The Dursleys had always forbidden questions about his wizarding</w:t>
      </w:r>
      <w:r>
        <w:rPr>
          <w:b/>
          <w:bCs/>
        </w:rPr>
        <w:t xml:space="preserve"> </w:t>
      </w:r>
      <w:r>
        <w:rPr>
          <w:b/>
          <w:bCs/>
          <w:u w:val="single"/>
        </w:rPr>
        <w:t xml:space="preserve">relatives</w:t>
      </w:r>
      <w:r>
        <w:rPr>
          <w:b/>
          <w:bCs/>
        </w:rPr>
        <w:t xml:space="preserve">.</w:t>
      </w:r>
      <w:r>
        <w:br/>
      </w:r>
      <w:r>
        <w:t xml:space="preserve">    (a) grandparents and great grandparents</w:t>
      </w:r>
      <w:r>
        <w:br/>
      </w:r>
      <w:r>
        <w:t xml:space="preserve">    (b) people related by blood or marriage</w:t>
      </w:r>
      <w:r>
        <w:br/>
      </w:r>
      <w:r>
        <w:t xml:space="preserve">    (c) family living together</w:t>
      </w:r>
    </w:p>
    <w:p>
      <w:pPr>
        <w:pStyle w:val="Compact"/>
        <w:numPr>
          <w:ilvl w:val="0"/>
          <w:numId w:val="1001"/>
        </w:numPr>
      </w:pPr>
      <w:r>
        <w:rPr>
          <w:b/>
          <w:bCs/>
        </w:rPr>
        <w:t xml:space="preserve">Since the disastrous episode of the pixies, Professor Lockhart had not brought live creatures to class. Instead, he read</w:t>
      </w:r>
      <w:r>
        <w:rPr>
          <w:b/>
          <w:bCs/>
        </w:rPr>
        <w:t xml:space="preserve"> </w:t>
      </w:r>
      <w:r>
        <w:rPr>
          <w:b/>
          <w:bCs/>
          <w:u w:val="single"/>
        </w:rPr>
        <w:t xml:space="preserve">passages</w:t>
      </w:r>
      <w:r>
        <w:rPr>
          <w:b/>
          <w:bCs/>
        </w:rPr>
        <w:t xml:space="preserve"> </w:t>
      </w:r>
      <w:r>
        <w:rPr>
          <w:b/>
          <w:bCs/>
        </w:rPr>
        <w:t xml:space="preserve">from his books to them, and sometimes reenacted some of the more dramatic bits.</w:t>
      </w:r>
      <w:r>
        <w:br/>
      </w:r>
      <w:r>
        <w:t xml:space="preserve">    (a) paragraphs</w:t>
      </w:r>
      <w:r>
        <w:br/>
      </w:r>
      <w:r>
        <w:t xml:space="preserve">    (b) chapters</w:t>
      </w:r>
      <w:r>
        <w:br/>
      </w:r>
      <w:r>
        <w:t xml:space="preserve">    (c) parts</w:t>
      </w:r>
    </w:p>
    <w:p>
      <w:pPr>
        <w:pStyle w:val="Compact"/>
        <w:numPr>
          <w:ilvl w:val="0"/>
          <w:numId w:val="1001"/>
        </w:numPr>
      </w:pPr>
      <w:r>
        <w:rPr>
          <w:b/>
          <w:bCs/>
        </w:rPr>
        <w:t xml:space="preserve">But to Harry's and Ron's</w:t>
      </w:r>
      <w:r>
        <w:rPr>
          <w:b/>
          <w:bCs/>
        </w:rPr>
        <w:t xml:space="preserve"> </w:t>
      </w:r>
      <w:r>
        <w:rPr>
          <w:b/>
          <w:bCs/>
          <w:u w:val="single"/>
        </w:rPr>
        <w:t xml:space="preserve">utter</w:t>
      </w:r>
      <w:r>
        <w:rPr>
          <w:b/>
          <w:bCs/>
        </w:rPr>
        <w:t xml:space="preserve"> </w:t>
      </w:r>
      <w:r>
        <w:rPr>
          <w:b/>
          <w:bCs/>
        </w:rPr>
        <w:t xml:space="preserve">amazement, stage one of the operation went just as smoothly as Hermione had said.</w:t>
      </w:r>
      <w:r>
        <w:br/>
      </w:r>
      <w:r>
        <w:t xml:space="preserve">    (a) complete</w:t>
      </w:r>
      <w:r>
        <w:br/>
      </w:r>
      <w:r>
        <w:t xml:space="preserve">    (b) confused</w:t>
      </w:r>
      <w:r>
        <w:br/>
      </w:r>
      <w:r>
        <w:t xml:space="preserve">    (c) voiced</w:t>
      </w:r>
    </w:p>
    <w:p>
      <w:pPr>
        <w:pStyle w:val="Compact"/>
        <w:numPr>
          <w:ilvl w:val="0"/>
          <w:numId w:val="1001"/>
        </w:numPr>
      </w:pPr>
      <w:r>
        <w:rPr>
          <w:b/>
          <w:bCs/>
        </w:rPr>
        <w:t xml:space="preserve">Harry lay facedown on the stone-cold floor, listening to Myrtle gurgling</w:t>
      </w:r>
      <w:r>
        <w:rPr>
          <w:b/>
          <w:bCs/>
        </w:rPr>
        <w:t xml:space="preserve"> </w:t>
      </w:r>
      <w:r>
        <w:rPr>
          <w:b/>
          <w:bCs/>
          <w:u w:val="single"/>
        </w:rPr>
        <w:t xml:space="preserve">morosely</w:t>
      </w:r>
      <w:r>
        <w:rPr>
          <w:b/>
          <w:bCs/>
        </w:rPr>
        <w:t xml:space="preserve"> </w:t>
      </w:r>
      <w:r>
        <w:rPr>
          <w:b/>
          <w:bCs/>
        </w:rPr>
        <w:t xml:space="preserve">in the end toilet.</w:t>
      </w:r>
      <w:r>
        <w:br/>
      </w:r>
      <w:r>
        <w:t xml:space="preserve">    (a) unhappily</w:t>
      </w:r>
      <w:r>
        <w:br/>
      </w:r>
      <w:r>
        <w:t xml:space="preserve">    (b) with laughter</w:t>
      </w:r>
      <w:r>
        <w:br/>
      </w:r>
      <w:r>
        <w:t xml:space="preserve">    (c) loudly</w:t>
      </w:r>
    </w:p>
    <w:p>
      <w:pPr>
        <w:pStyle w:val="Compact"/>
        <w:numPr>
          <w:ilvl w:val="0"/>
          <w:numId w:val="1001"/>
        </w:numPr>
      </w:pPr>
      <w:r>
        <w:rPr>
          <w:b/>
          <w:bCs/>
        </w:rPr>
        <w:t xml:space="preserve">Mr. Lucius Malfoy, a governor of Hogwarts School of Witchcraft and Wizardry, where the enchanted car crashed earlier this year, called today for Mr. Weasley's</w:t>
      </w:r>
      <w:r>
        <w:rPr>
          <w:b/>
          <w:bCs/>
        </w:rPr>
        <w:t xml:space="preserve"> </w:t>
      </w:r>
      <w:r>
        <w:rPr>
          <w:b/>
          <w:bCs/>
          <w:u w:val="single"/>
        </w:rPr>
        <w:t xml:space="preserve">resignation</w:t>
      </w:r>
      <w:r>
        <w:rPr>
          <w:b/>
          <w:bCs/>
        </w:rPr>
        <w:t xml:space="preserve">.</w:t>
      </w:r>
      <w:r>
        <w:br/>
      </w:r>
      <w:r>
        <w:t xml:space="preserve">    (a) accepting something undesired</w:t>
      </w:r>
      <w:r>
        <w:br/>
      </w:r>
      <w:r>
        <w:t xml:space="preserve">    (b) getting a promotion</w:t>
      </w:r>
      <w:r>
        <w:br/>
      </w:r>
      <w:r>
        <w:t xml:space="preserve">    (c) quitting from his position at work</w:t>
      </w:r>
    </w:p>
    <w:p>
      <w:pPr>
        <w:pStyle w:val="Compact"/>
        <w:numPr>
          <w:ilvl w:val="0"/>
          <w:numId w:val="1001"/>
        </w:numPr>
      </w:pPr>
      <w:r>
        <w:rPr>
          <w:b/>
          <w:bCs/>
        </w:rPr>
        <w:t xml:space="preserve">Ron sighed as though</w:t>
      </w:r>
      <w:r>
        <w:rPr>
          <w:b/>
          <w:bCs/>
        </w:rPr>
        <w:t xml:space="preserve"> </w:t>
      </w:r>
      <w:r>
        <w:rPr>
          <w:b/>
          <w:bCs/>
          <w:u w:val="single"/>
        </w:rPr>
        <w:t xml:space="preserve">resigned</w:t>
      </w:r>
      <w:r>
        <w:rPr>
          <w:b/>
          <w:bCs/>
        </w:rPr>
        <w:t xml:space="preserve"> </w:t>
      </w:r>
      <w:r>
        <w:rPr>
          <w:b/>
          <w:bCs/>
        </w:rPr>
        <w:t xml:space="preserve">to the worst, "I'm ready. Let's go."</w:t>
      </w:r>
      <w:r>
        <w:br/>
      </w:r>
      <w:r>
        <w:t xml:space="preserve">    (a) confident he will be successful regardless</w:t>
      </w:r>
      <w:r>
        <w:br/>
      </w:r>
      <w:r>
        <w:t xml:space="preserve">    (b) having accepted something undesired as unavoidable</w:t>
      </w:r>
      <w:r>
        <w:br/>
      </w:r>
      <w:r>
        <w:t xml:space="preserve">    (c) prepared to quit his job</w:t>
      </w:r>
    </w:p>
    <w:p>
      <w:pPr>
        <w:pStyle w:val="Compact"/>
        <w:numPr>
          <w:ilvl w:val="0"/>
          <w:numId w:val="1001"/>
        </w:numPr>
      </w:pPr>
      <w:r>
        <w:rPr>
          <w:b/>
          <w:bCs/>
        </w:rPr>
        <w:t xml:space="preserve">The</w:t>
      </w:r>
      <w:r>
        <w:rPr>
          <w:b/>
          <w:bCs/>
        </w:rPr>
        <w:t xml:space="preserve"> </w:t>
      </w:r>
      <w:r>
        <w:rPr>
          <w:b/>
          <w:bCs/>
          <w:u w:val="single"/>
        </w:rPr>
        <w:t xml:space="preserve">culprit</w:t>
      </w:r>
      <w:r>
        <w:rPr>
          <w:b/>
          <w:bCs/>
        </w:rPr>
        <w:t xml:space="preserve"> </w:t>
      </w:r>
      <w:r>
        <w:rPr>
          <w:b/>
          <w:bCs/>
        </w:rPr>
        <w:t xml:space="preserve">must have known it was only a matter of time before I caught him.</w:t>
      </w:r>
      <w:r>
        <w:br/>
      </w:r>
      <w:r>
        <w:t xml:space="preserve">    (a) criminal</w:t>
      </w:r>
      <w:r>
        <w:br/>
      </w:r>
      <w:r>
        <w:t xml:space="preserve">    (b) runner</w:t>
      </w:r>
      <w:r>
        <w:br/>
      </w:r>
      <w:r>
        <w:t xml:space="preserve">    (c) deserter</w:t>
      </w:r>
    </w:p>
    <w:p>
      <w:pPr>
        <w:pStyle w:val="Compact"/>
        <w:numPr>
          <w:ilvl w:val="0"/>
          <w:numId w:val="1001"/>
        </w:numPr>
      </w:pPr>
      <w:r>
        <w:rPr>
          <w:b/>
          <w:bCs/>
        </w:rPr>
        <w:t xml:space="preserve">"Hand it over, Malfoy," said Percy sternly.</w:t>
      </w:r>
      <w:r>
        <w:br/>
      </w:r>
      <w:r>
        <w:rPr>
          <w:b/>
          <w:bCs/>
        </w:rPr>
        <w:t xml:space="preserve">"When I've had a look," said Malfoy, waving the diary</w:t>
      </w:r>
      <w:r>
        <w:rPr>
          <w:b/>
          <w:bCs/>
        </w:rPr>
        <w:t xml:space="preserve"> </w:t>
      </w:r>
      <w:r>
        <w:rPr>
          <w:b/>
          <w:bCs/>
          <w:u w:val="single"/>
        </w:rPr>
        <w:t xml:space="preserve">tauntingly</w:t>
      </w:r>
      <w:r>
        <w:rPr>
          <w:b/>
          <w:bCs/>
        </w:rPr>
        <w:t xml:space="preserve"> </w:t>
      </w:r>
      <w:r>
        <w:rPr>
          <w:b/>
          <w:bCs/>
        </w:rPr>
        <w:t xml:space="preserve">at Harry.</w:t>
      </w:r>
      <w:r>
        <w:br/>
      </w:r>
      <w:r>
        <w:t xml:space="preserve">    (a) in an upsetting way</w:t>
      </w:r>
      <w:r>
        <w:br/>
      </w:r>
      <w:r>
        <w:t xml:space="preserve">    (b) in a hopeless way</w:t>
      </w:r>
      <w:r>
        <w:br/>
      </w:r>
      <w:r>
        <w:t xml:space="preserve">    (c) in a foolish way</w:t>
      </w:r>
    </w:p>
    <w:p>
      <w:pPr>
        <w:pStyle w:val="Compact"/>
        <w:numPr>
          <w:ilvl w:val="0"/>
          <w:numId w:val="1001"/>
        </w:numPr>
      </w:pPr>
      <w:r>
        <w:rPr>
          <w:b/>
          <w:bCs/>
        </w:rPr>
        <w:t xml:space="preserve">"Dumbledore's been driven out of this castle by the mere memory of me!" he hissed.</w:t>
      </w:r>
      <w:r>
        <w:br/>
      </w:r>
      <w:r>
        <w:rPr>
          <w:b/>
          <w:bCs/>
        </w:rPr>
        <w:t xml:space="preserve">"He's not as gone as you might think!" Harry</w:t>
      </w:r>
      <w:r>
        <w:rPr>
          <w:b/>
          <w:bCs/>
        </w:rPr>
        <w:t xml:space="preserve"> </w:t>
      </w:r>
      <w:r>
        <w:rPr>
          <w:b/>
          <w:bCs/>
          <w:u w:val="single"/>
        </w:rPr>
        <w:t xml:space="preserve">retorted</w:t>
      </w:r>
      <w:r>
        <w:rPr>
          <w:b/>
          <w:bCs/>
        </w:rPr>
        <w:t xml:space="preserve">.</w:t>
      </w:r>
      <w:r>
        <w:br/>
      </w:r>
      <w:r>
        <w:t xml:space="preserve">    (a) quickly replied</w:t>
      </w:r>
      <w:r>
        <w:br/>
      </w:r>
      <w:r>
        <w:t xml:space="preserve">    (b) thought happily</w:t>
      </w:r>
      <w:r>
        <w:br/>
      </w:r>
      <w:r>
        <w:t xml:space="preserve">    (c) said pointing</w:t>
      </w:r>
    </w:p>
    <w:p>
      <w:pPr>
        <w:pStyle w:val="Compact"/>
        <w:numPr>
          <w:ilvl w:val="0"/>
          <w:numId w:val="1001"/>
        </w:numPr>
      </w:pPr>
      <w:r>
        <w:rPr>
          <w:b/>
          <w:bCs/>
        </w:rPr>
        <w:t xml:space="preserve">"But I know why you couldn't kill me. Because my mother died to save me. My common Muggle-born mother," he added, shaking with</w:t>
      </w:r>
      <w:r>
        <w:rPr>
          <w:b/>
          <w:bCs/>
        </w:rPr>
        <w:t xml:space="preserve"> </w:t>
      </w:r>
      <w:r>
        <w:rPr>
          <w:b/>
          <w:bCs/>
          <w:u w:val="single"/>
        </w:rPr>
        <w:t xml:space="preserve">suppressed</w:t>
      </w:r>
      <w:r>
        <w:rPr>
          <w:b/>
          <w:bCs/>
        </w:rPr>
        <w:t xml:space="preserve"> </w:t>
      </w:r>
      <w:r>
        <w:rPr>
          <w:b/>
          <w:bCs/>
        </w:rPr>
        <w:t xml:space="preserve">rage.</w:t>
      </w:r>
      <w:r>
        <w:br/>
      </w:r>
      <w:r>
        <w:t xml:space="preserve">    (a) explosive</w:t>
      </w:r>
      <w:r>
        <w:br/>
      </w:r>
      <w:r>
        <w:t xml:space="preserve">    (b) held back</w:t>
      </w:r>
      <w:r>
        <w:br/>
      </w:r>
      <w:r>
        <w:t xml:space="preserve">    (c) uncontrolled</w:t>
      </w:r>
    </w:p>
    <w:p>
      <w:pPr>
        <w:pStyle w:val="Compact"/>
        <w:numPr>
          <w:ilvl w:val="0"/>
          <w:numId w:val="1001"/>
        </w:numPr>
      </w:pPr>
      <w:r>
        <w:rPr>
          <w:b/>
          <w:bCs/>
        </w:rPr>
        <w:t xml:space="preserve">Harry wanted to shout, "Don't leave me!" but what chance did a phoenix have against the king of</w:t>
      </w:r>
      <w:r>
        <w:rPr>
          <w:b/>
          <w:bCs/>
        </w:rPr>
        <w:t xml:space="preserve"> </w:t>
      </w:r>
      <w:r>
        <w:rPr>
          <w:b/>
          <w:bCs/>
          <w:u w:val="single"/>
        </w:rPr>
        <w:t xml:space="preserve">serpents</w:t>
      </w:r>
      <w:r>
        <w:rPr>
          <w:b/>
          <w:bCs/>
        </w:rPr>
        <w:t xml:space="preserve">?</w:t>
      </w:r>
      <w:r>
        <w:br/>
      </w:r>
      <w:r>
        <w:t xml:space="preserve">    (a) snakes</w:t>
      </w:r>
      <w:r>
        <w:br/>
      </w:r>
      <w:r>
        <w:t xml:space="preserve">    (b) dragons</w:t>
      </w:r>
      <w:r>
        <w:br/>
      </w:r>
      <w:r>
        <w:t xml:space="preserve">    (c) darkness</w:t>
      </w:r>
    </w:p>
    <w:p>
      <w:pPr>
        <w:pStyle w:val="Compact"/>
        <w:numPr>
          <w:ilvl w:val="0"/>
          <w:numId w:val="1001"/>
        </w:numPr>
      </w:pPr>
      <w:r>
        <w:rPr>
          <w:b/>
          <w:bCs/>
        </w:rPr>
        <w:t xml:space="preserve">Riddle was</w:t>
      </w:r>
      <w:r>
        <w:rPr>
          <w:b/>
          <w:bCs/>
        </w:rPr>
        <w:t xml:space="preserve"> </w:t>
      </w:r>
      <w:r>
        <w:rPr>
          <w:b/>
          <w:bCs/>
          <w:u w:val="single"/>
        </w:rPr>
        <w:t xml:space="preserve">writhing</w:t>
      </w:r>
      <w:r>
        <w:rPr>
          <w:b/>
          <w:bCs/>
        </w:rPr>
        <w:t xml:space="preserve"> </w:t>
      </w:r>
      <w:r>
        <w:rPr>
          <w:b/>
          <w:bCs/>
        </w:rPr>
        <w:t xml:space="preserve">and twisting, screaming and flailing and then-- He had gone.</w:t>
      </w:r>
      <w:r>
        <w:br/>
      </w:r>
      <w:r>
        <w:t xml:space="preserve">    (a) jumping</w:t>
      </w:r>
      <w:r>
        <w:br/>
      </w:r>
      <w:r>
        <w:t xml:space="preserve">    (b) screaming</w:t>
      </w:r>
      <w:r>
        <w:br/>
      </w:r>
      <w:r>
        <w:t xml:space="preserve">    (c) twisting</w:t>
      </w:r>
    </w:p>
    <w:p>
      <w:pPr>
        <w:pStyle w:val="Compact"/>
        <w:numPr>
          <w:ilvl w:val="0"/>
          <w:numId w:val="1001"/>
        </w:numPr>
      </w:pPr>
      <w:r>
        <w:rPr>
          <w:b/>
          <w:bCs/>
        </w:rPr>
        <w:t xml:space="preserve">Defense Against the Dark Arts classes were canceled ("but we've had plenty of practice at that anyway," Ron told a</w:t>
      </w:r>
      <w:r>
        <w:rPr>
          <w:b/>
          <w:bCs/>
        </w:rPr>
        <w:t xml:space="preserve"> </w:t>
      </w:r>
      <w:r>
        <w:rPr>
          <w:b/>
          <w:bCs/>
          <w:u w:val="single"/>
        </w:rPr>
        <w:t xml:space="preserve">disgruntled</w:t>
      </w:r>
      <w:r>
        <w:rPr>
          <w:b/>
          <w:bCs/>
        </w:rPr>
        <w:t xml:space="preserve"> </w:t>
      </w:r>
      <w:r>
        <w:rPr>
          <w:b/>
          <w:bCs/>
        </w:rPr>
        <w:t xml:space="preserve">Hermione)</w:t>
      </w:r>
      <w:r>
        <w:br/>
      </w:r>
      <w:r>
        <w:t xml:space="preserve">    (a) thrilled</w:t>
      </w:r>
      <w:r>
        <w:br/>
      </w:r>
      <w:r>
        <w:t xml:space="preserve">    (b) unhappy</w:t>
      </w:r>
      <w:r>
        <w:br/>
      </w:r>
      <w:r>
        <w:t xml:space="preserve">    (c) relieved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2026-07-27T15:19:29Z</dcterms:created>
  <dcterms:modified xsi:type="dcterms:W3CDTF">2026-07-27T15:19:29Z</dcterms:modified>
</cp:coreProperties>
</file>

<file path=docProps/custom.xml><?xml version="1.0" encoding="utf-8"?>
<Properties xmlns="http://schemas.openxmlformats.org/officeDocument/2006/custom-properties" xmlns:vt="http://schemas.openxmlformats.org/officeDocument/2006/docPropsVTypes"/>
</file>