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5cf07d5d6d74c0004ced4f39f836677bd96ae2"/>
    <w:p>
      <w:pPr>
        <w:pStyle w:val="Heading1"/>
      </w:pPr>
      <w:r>
        <w:rPr>
          <w:b/>
          <w:bCs/>
        </w:rPr>
        <w:t xml:space="preserve">Harry Potter and the Chamber of Secrets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Oh, no, sir, no … Dobby will have to punish himself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grievously</w:t>
      </w:r>
      <w:r>
        <w:rPr>
          <w:b/>
          <w:bCs/>
        </w:rPr>
        <w:t xml:space="preserve"> </w:t>
      </w:r>
      <w:r>
        <w:rPr>
          <w:b/>
          <w:bCs/>
        </w:rPr>
        <w:t xml:space="preserve">for coming to see you, sir.</w:t>
      </w:r>
      <w:r>
        <w:br/>
      </w:r>
      <w:r>
        <w:t xml:space="preserve">    (a) formally</w:t>
      </w:r>
      <w:r>
        <w:br/>
      </w:r>
      <w:r>
        <w:t xml:space="preserve">    (b) seriously</w:t>
      </w:r>
      <w:r>
        <w:br/>
      </w:r>
      <w:r>
        <w:t xml:space="preserve">    (c) reluctantly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Harry Potter goes back to Hogwarts, he will be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danger.</w:t>
      </w:r>
      <w:r>
        <w:br/>
      </w:r>
      <w:r>
        <w:t xml:space="preserve">    (a) likely</w:t>
      </w:r>
      <w:r>
        <w:br/>
      </w:r>
      <w:r>
        <w:t xml:space="preserve">    (b) extreme</w:t>
      </w:r>
      <w:r>
        <w:br/>
      </w:r>
      <w:r>
        <w:t xml:space="preserve">    (c)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OR GHOST IS SAFE!</w:t>
      </w:r>
      <w:r>
        <w:br/>
      </w:r>
      <w:r>
        <w:t xml:space="preserve">    (a) human</w:t>
      </w:r>
      <w:r>
        <w:br/>
      </w:r>
      <w:r>
        <w:t xml:space="preserve">    (b) wizard</w:t>
      </w:r>
      <w:r>
        <w:br/>
      </w:r>
      <w:r>
        <w:t xml:space="preserve">    (c) animal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"Read it!" he hissed evilly,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brandishing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letter the owl had delivered.</w:t>
      </w:r>
      <w:r>
        <w:br/>
      </w:r>
      <w:r>
        <w:t xml:space="preserve">    (a) withholding</w:t>
      </w:r>
      <w:r>
        <w:br/>
      </w:r>
      <w:r>
        <w:t xml:space="preserve">    (b) waving</w:t>
      </w:r>
      <w:r>
        <w:br/>
      </w:r>
      <w:r>
        <w:t xml:space="preserve">    (c) throwing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told them all about Dobby, the warning he'd given Harry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 </w:t>
      </w:r>
      <w:r>
        <w:rPr>
          <w:b/>
          <w:bCs/>
        </w:rPr>
        <w:t xml:space="preserve">of the violet pudding.</w:t>
      </w:r>
      <w:r>
        <w:br/>
      </w:r>
      <w:r>
        <w:t xml:space="preserve">    (a) success</w:t>
      </w:r>
      <w:r>
        <w:br/>
      </w:r>
      <w:r>
        <w:t xml:space="preserve">    (b) failure</w:t>
      </w:r>
      <w:r>
        <w:br/>
      </w:r>
      <w:r>
        <w:t xml:space="preserve">    (c) challenge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House-elves come with big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manors</w:t>
      </w:r>
      <w:r>
        <w:rPr>
          <w:b/>
          <w:bCs/>
        </w:rPr>
        <w:t xml:space="preserve"> </w:t>
      </w:r>
      <w:r>
        <w:rPr>
          <w:b/>
          <w:bCs/>
        </w:rPr>
        <w:t xml:space="preserve">and castles and places like that; you wouldn't catch one in our house ….</w:t>
      </w:r>
      <w:r>
        <w:br/>
      </w:r>
      <w:r>
        <w:t xml:space="preserve">    (a) castles built for defense</w:t>
      </w:r>
      <w:r>
        <w:br/>
      </w:r>
      <w:r>
        <w:t xml:space="preserve">    (b) palaces of royalty</w:t>
      </w:r>
      <w:r>
        <w:br/>
      </w:r>
      <w:r>
        <w:t xml:space="preserve">    (c) large houses of a wealthy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"Arthur Weasley, you made sure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loophole</w:t>
      </w:r>
      <w:r>
        <w:rPr>
          <w:b/>
          <w:bCs/>
        </w:rPr>
        <w:t xml:space="preserve"> </w:t>
      </w:r>
      <w:r>
        <w:rPr>
          <w:b/>
          <w:bCs/>
        </w:rPr>
        <w:t xml:space="preserve">when you wrote that law!" shouted Mrs. Weasley.</w:t>
      </w:r>
      <w:r>
        <w:br/>
      </w:r>
      <w:r>
        <w:t xml:space="preserve">    (a) majority vote opposed</w:t>
      </w:r>
      <w:r>
        <w:br/>
      </w:r>
      <w:r>
        <w:t xml:space="preserve">    (b) "unintended" exception to a rule</w:t>
      </w:r>
      <w:r>
        <w:br/>
      </w:r>
      <w:r>
        <w:t xml:space="preserve">    (c) majority vote in favor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name Malfoy still commands a certain respect, yet the Ministry grows ever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meddlesome</w:t>
      </w:r>
      <w:r>
        <w:rPr>
          <w:b/>
          <w:bCs/>
        </w:rPr>
        <w:t xml:space="preserve">.</w:t>
      </w:r>
      <w:r>
        <w:br/>
      </w:r>
      <w:r>
        <w:t xml:space="preserve">    (a) changed</w:t>
      </w:r>
      <w:r>
        <w:br/>
      </w:r>
      <w:r>
        <w:t xml:space="preserve">    (b) intrusive</w:t>
      </w:r>
      <w:r>
        <w:br/>
      </w:r>
      <w:r>
        <w:t xml:space="preserve">    (c) disrespected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tale told to frighten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gullible</w:t>
      </w:r>
      <w:r>
        <w:rPr>
          <w:b/>
          <w:bCs/>
        </w:rPr>
        <w:t xml:space="preserve">.</w:t>
      </w:r>
      <w:r>
        <w:br/>
      </w:r>
      <w:r>
        <w:t xml:space="preserve">    (a) too weak</w:t>
      </w:r>
      <w:r>
        <w:br/>
      </w:r>
      <w:r>
        <w:t xml:space="preserve">    (b) too excitable</w:t>
      </w:r>
      <w:r>
        <w:br/>
      </w:r>
      <w:r>
        <w:t xml:space="preserve">    (c) too trusting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within five minutes, the class had sunk back into its usual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torpor</w:t>
      </w:r>
      <w:r>
        <w:rPr>
          <w:b/>
          <w:bCs/>
        </w:rPr>
        <w:t xml:space="preserve">.</w:t>
      </w:r>
      <w:r>
        <w:br/>
      </w:r>
      <w:r>
        <w:t xml:space="preserve">    (a) focused concentration</w:t>
      </w:r>
      <w:r>
        <w:br/>
      </w:r>
      <w:r>
        <w:t xml:space="preserve">    (b) realistic outlook</w:t>
      </w:r>
      <w:r>
        <w:br/>
      </w:r>
      <w:r>
        <w:t xml:space="preserve">    (c) lack of 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Gilderoy Lockhart was walking onto the stage,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in robes of deep plum and accompanied by none other than Snape, wearing his usual black.</w:t>
      </w:r>
      <w:r>
        <w:br/>
      </w:r>
      <w:r>
        <w:t xml:space="preserve">    (a) magnificent</w:t>
      </w:r>
      <w:r>
        <w:br/>
      </w:r>
      <w:r>
        <w:t xml:space="preserve">    (b) purple</w:t>
      </w:r>
      <w:r>
        <w:br/>
      </w:r>
      <w:r>
        <w:t xml:space="preserve">    (c) awkward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watched,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aghast</w:t>
      </w:r>
      <w:r>
        <w:rPr>
          <w:b/>
          <w:bCs/>
        </w:rPr>
        <w:t xml:space="preserve">, as a long black snake shot out of it, fell heavily onto the floor between them, and raised itself, ready to strike.</w:t>
      </w:r>
      <w:r>
        <w:br/>
      </w:r>
      <w:r>
        <w:t xml:space="preserve">    (a) suddenly alarmed</w:t>
      </w:r>
      <w:r>
        <w:br/>
      </w:r>
      <w:r>
        <w:t xml:space="preserve">    (b) suddenly quiet</w:t>
      </w:r>
      <w:r>
        <w:br/>
      </w:r>
      <w:r>
        <w:t xml:space="preserve">    (c) suddenly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"For heaven's sake, Harry," said Hermione,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exasperated</w:t>
      </w:r>
      <w:r>
        <w:rPr>
          <w:b/>
          <w:bCs/>
        </w:rPr>
        <w:t xml:space="preserve">,</w:t>
      </w:r>
      <w:r>
        <w:br/>
      </w:r>
      <w:r>
        <w:t xml:space="preserve">    (a) greatly confused</w:t>
      </w:r>
      <w:r>
        <w:br/>
      </w:r>
      <w:r>
        <w:t xml:space="preserve">    (b) greatly annoyed</w:t>
      </w:r>
      <w:r>
        <w:br/>
      </w:r>
      <w:r>
        <w:t xml:space="preserve">    (c) greatly amused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turned on his heel and stormed out of the library, earning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reproving</w:t>
      </w:r>
      <w:r>
        <w:rPr>
          <w:b/>
          <w:bCs/>
        </w:rPr>
        <w:t xml:space="preserve"> </w:t>
      </w:r>
      <w:r>
        <w:rPr>
          <w:b/>
          <w:bCs/>
        </w:rPr>
        <w:t xml:space="preserve">glare from Madam Pince,</w:t>
      </w:r>
      <w:r>
        <w:br/>
      </w:r>
      <w:r>
        <w:t xml:space="preserve">    (a) curious</w:t>
      </w:r>
      <w:r>
        <w:br/>
      </w:r>
      <w:r>
        <w:t xml:space="preserve">    (b) long</w:t>
      </w:r>
      <w:r>
        <w:br/>
      </w:r>
      <w:r>
        <w:t xml:space="preserve">    (c) disapproving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Herbology class was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subdued</w:t>
      </w:r>
      <w:r>
        <w:rPr>
          <w:b/>
          <w:bCs/>
        </w:rPr>
        <w:t xml:space="preserve">; there were now two missing from their number, Justin and Hermione.</w:t>
      </w:r>
      <w:r>
        <w:br/>
      </w:r>
      <w:r>
        <w:t xml:space="preserve">    (a) upset</w:t>
      </w:r>
      <w:r>
        <w:br/>
      </w:r>
      <w:r>
        <w:t xml:space="preserve">    (b) worried</w:t>
      </w:r>
      <w:r>
        <w:br/>
      </w:r>
      <w:r>
        <w:t xml:space="preserve">    (c)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Didn't you say that the whole affair had been bungled, and that you should have been given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free rein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first?</w:t>
      </w:r>
      <w:r>
        <w:br/>
      </w:r>
      <w:r>
        <w:t xml:space="preserve">    (a) more help and resources</w:t>
      </w:r>
      <w:r>
        <w:br/>
      </w:r>
      <w:r>
        <w:t xml:space="preserve">    (b) permission to act free of constraints</w:t>
      </w:r>
      <w:r>
        <w:br/>
      </w:r>
      <w:r>
        <w:t xml:space="preserve">    (c) a better understanding of the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nearly a quarter of an hour he spoke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</w:t>
      </w:r>
      <w:r>
        <w:rPr>
          <w:b/>
          <w:bCs/>
        </w:rPr>
        <w:t xml:space="preserve"> </w:t>
      </w:r>
      <w:r>
        <w:rPr>
          <w:b/>
          <w:bCs/>
        </w:rPr>
        <w:t xml:space="preserve">silence: He told them about hearing the disembodied voice, how Hermione had finally realized that he was hearing a basilisk in the pipes; how he and Ron had followed the spiders...</w:t>
      </w:r>
      <w:r>
        <w:br/>
      </w:r>
      <w:r>
        <w:t xml:space="preserve">    (a) surprising</w:t>
      </w:r>
      <w:r>
        <w:br/>
      </w:r>
      <w:r>
        <w:t xml:space="preserve">    (b) fascinated</w:t>
      </w:r>
      <w:r>
        <w:br/>
      </w:r>
      <w:r>
        <w:t xml:space="preserve">    (c) soundless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turned around to the Weasleys, who were looking utterly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terrified</w:t>
      </w:r>
      <w:r>
        <w:br/>
      </w:r>
      <w:r>
        <w:t xml:space="preserve">    (b) confused</w:t>
      </w:r>
      <w:r>
        <w:br/>
      </w:r>
      <w:r>
        <w:t xml:space="preserve">    (c) amused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disappeared after leaving the school … traveled far and wide … sank so deeply into the Dark Arts,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very worst of our kind, underwent so many dangerous, magical transformations, that when he resurfaced as Lord Voldemort, he was barely recognizable.</w:t>
      </w:r>
      <w:r>
        <w:br/>
      </w:r>
      <w:r>
        <w:t xml:space="preserve">    (a) associated</w:t>
      </w:r>
      <w:r>
        <w:br/>
      </w:r>
      <w:r>
        <w:t xml:space="preserve">    (b) argued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Dobby went scurrying in after him, crouching at the hem of his cloak, a look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terror on his face.</w:t>
      </w:r>
      <w:r>
        <w:br/>
      </w:r>
      <w:r>
        <w:t xml:space="preserve">    (a) remembered</w:t>
      </w:r>
      <w:r>
        <w:br/>
      </w:r>
      <w:r>
        <w:t xml:space="preserve">    (b) extreme</w:t>
      </w:r>
      <w:r>
        <w:br/>
      </w:r>
      <w:r>
        <w:t xml:space="preserve">    (c) surprised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2026-07-27T15:19:30Z</dcterms:created>
  <dcterms:modified xsi:type="dcterms:W3CDTF">2026-07-27T15:19:30Z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