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a1016a4356081bba2030dc1477bca2595b6b5e"/>
    <w:p>
      <w:pPr>
        <w:pStyle w:val="Heading1"/>
      </w:pPr>
      <w:r>
        <w:rPr>
          <w:b/>
          <w:bCs/>
        </w:rPr>
        <w:t xml:space="preserve">Harrison Bergeron</w:t>
      </w:r>
      <w:r>
        <w:br/>
      </w:r>
      <w:r>
        <w:rPr>
          <w:i/>
          <w:iCs/>
        </w:rPr>
        <w:t xml:space="preserve">Kurt Vonnegut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sensor needs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calibrated</w:t>
      </w:r>
      <w:r>
        <w:rPr>
          <w:b/>
          <w:bCs/>
        </w:rPr>
        <w:t xml:space="preserve"> </w:t>
      </w:r>
      <w:r>
        <w:rPr>
          <w:b/>
          <w:bCs/>
        </w:rPr>
        <w:t xml:space="preserve">in extreme weather.</w:t>
      </w:r>
      <w:r>
        <w:br/>
      </w:r>
      <w:r>
        <w:t xml:space="preserve">    (a) used carefully</w:t>
      </w:r>
      <w:r>
        <w:br/>
      </w:r>
      <w:r>
        <w:t xml:space="preserve">    (b) finely adjusted</w:t>
      </w:r>
      <w:r>
        <w:br/>
      </w:r>
      <w:r>
        <w:t xml:space="preserve">    (c) protected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injunction requires that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cease</w:t>
      </w:r>
      <w:r>
        <w:rPr>
          <w:b/>
          <w:bCs/>
        </w:rPr>
        <w:t xml:space="preserve"> </w:t>
      </w:r>
      <w:r>
        <w:rPr>
          <w:b/>
          <w:bCs/>
        </w:rPr>
        <w:t xml:space="preserve">all activity on the site.</w:t>
      </w:r>
      <w:r>
        <w:br/>
      </w:r>
      <w:r>
        <w:t xml:space="preserve">    (a) stop</w:t>
      </w:r>
      <w:r>
        <w:br/>
      </w:r>
      <w:r>
        <w:t xml:space="preserve">    (b) record</w:t>
      </w:r>
      <w:r>
        <w:br/>
      </w:r>
      <w:r>
        <w:t xml:space="preserve">    (c) permit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the two cars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collide</w:t>
      </w:r>
      <w:r>
        <w:rPr>
          <w:b/>
          <w:bCs/>
        </w:rPr>
        <w:t xml:space="preserve"> </w:t>
      </w:r>
      <w:r>
        <w:rPr>
          <w:b/>
          <w:bCs/>
        </w:rPr>
        <w:t xml:space="preserve">at high speed, the damage will be severe.</w:t>
      </w:r>
      <w:r>
        <w:br/>
      </w:r>
      <w:r>
        <w:t xml:space="preserve">    (a) split</w:t>
      </w:r>
      <w:r>
        <w:br/>
      </w:r>
      <w:r>
        <w:t xml:space="preserve">    (b) crash</w:t>
      </w:r>
      <w:r>
        <w:br/>
      </w:r>
      <w:r>
        <w:t xml:space="preserve">    (c) wait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a natural athlete, but to the coach's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consternation</w:t>
      </w:r>
      <w:r>
        <w:rPr>
          <w:b/>
          <w:bCs/>
        </w:rPr>
        <w:t xml:space="preserve">, she tends to forget the play in the heat of the moment.</w:t>
      </w:r>
      <w:r>
        <w:br/>
      </w:r>
      <w:r>
        <w:t xml:space="preserve">    (a) prediction</w:t>
      </w:r>
      <w:r>
        <w:br/>
      </w:r>
      <w:r>
        <w:t xml:space="preserve">    (b) dismay</w:t>
      </w:r>
      <w:r>
        <w:br/>
      </w:r>
      <w:r>
        <w:t xml:space="preserve">    (c) blame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cowered</w:t>
      </w:r>
      <w:r>
        <w:rPr>
          <w:b/>
          <w:bCs/>
        </w:rPr>
        <w:t xml:space="preserve"> </w:t>
      </w:r>
      <w:r>
        <w:rPr>
          <w:b/>
          <w:bCs/>
        </w:rPr>
        <w:t xml:space="preserve">behind her big sister.</w:t>
      </w:r>
      <w:r>
        <w:br/>
      </w:r>
      <w:r>
        <w:t xml:space="preserve">    (a) walked slowly</w:t>
      </w:r>
      <w:r>
        <w:br/>
      </w:r>
      <w:r>
        <w:t xml:space="preserve">    (b) walked proudly</w:t>
      </w:r>
      <w:r>
        <w:br/>
      </w:r>
      <w:r>
        <w:t xml:space="preserve">    (c) fearfully hid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lambs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gamboling</w:t>
      </w:r>
      <w:r>
        <w:rPr>
          <w:b/>
          <w:bCs/>
        </w:rPr>
        <w:t xml:space="preserve"> </w:t>
      </w:r>
      <w:r>
        <w:rPr>
          <w:b/>
          <w:bCs/>
        </w:rPr>
        <w:t xml:space="preserve">in the meadow.</w:t>
      </w:r>
      <w:r>
        <w:br/>
      </w:r>
      <w:r>
        <w:t xml:space="preserve">    (a) eating</w:t>
      </w:r>
      <w:r>
        <w:br/>
      </w:r>
      <w:r>
        <w:t xml:space="preserve">    (b) frolicking</w:t>
      </w:r>
      <w:r>
        <w:br/>
      </w:r>
      <w:r>
        <w:t xml:space="preserve">    (c) hiding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day after the funeral, she was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grave</w:t>
      </w:r>
      <w:r>
        <w:rPr>
          <w:b/>
          <w:bCs/>
        </w:rPr>
        <w:t xml:space="preserve"> </w:t>
      </w:r>
      <w:r>
        <w:rPr>
          <w:b/>
          <w:bCs/>
        </w:rPr>
        <w:t xml:space="preserve">mood.</w:t>
      </w:r>
      <w:r>
        <w:br/>
      </w:r>
      <w:r>
        <w:t xml:space="preserve">    (a) fearful</w:t>
      </w:r>
      <w:r>
        <w:br/>
      </w:r>
      <w:r>
        <w:t xml:space="preserve">    (b) hysterical</w:t>
      </w:r>
      <w:r>
        <w:br/>
      </w:r>
      <w:r>
        <w:t xml:space="preserve">    (c) solemn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hideous</w:t>
      </w:r>
      <w:r>
        <w:rPr>
          <w:b/>
          <w:bCs/>
        </w:rPr>
        <w:t xml:space="preserve"> </w:t>
      </w:r>
      <w:r>
        <w:rPr>
          <w:b/>
          <w:bCs/>
        </w:rPr>
        <w:t xml:space="preserve">scar running from his forehead to his jaw.</w:t>
      </w:r>
      <w:r>
        <w:br/>
      </w:r>
      <w:r>
        <w:t xml:space="preserve">    (a) barely noticeable</w:t>
      </w:r>
      <w:r>
        <w:br/>
      </w:r>
      <w:r>
        <w:t xml:space="preserve">    (b) perfectly healed</w:t>
      </w:r>
      <w:r>
        <w:br/>
      </w:r>
      <w:r>
        <w:t xml:space="preserve">    (c) extremely ugly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snow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luminous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moonlight.</w:t>
      </w:r>
      <w:r>
        <w:br/>
      </w:r>
      <w:r>
        <w:t xml:space="preserve">    (a) wet and slushy</w:t>
      </w:r>
      <w:r>
        <w:br/>
      </w:r>
      <w:r>
        <w:t xml:space="preserve">    (b) soft and silent</w:t>
      </w:r>
      <w:r>
        <w:br/>
      </w:r>
      <w:r>
        <w:t xml:space="preserve">    (c) bright and glowing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2026-07-31T18:43:24Z</dcterms:created>
  <dcterms:modified xsi:type="dcterms:W3CDTF">2026-07-31T18:43:24Z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