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c2623f00f0bd5061f977844eec9587b7bd797d"/>
    <w:p>
      <w:pPr>
        <w:pStyle w:val="Heading1"/>
      </w:pPr>
      <w:r>
        <w:rPr>
          <w:b/>
          <w:bCs/>
        </w:rPr>
        <w:t xml:space="preserve">Harrison Bergeron</w:t>
      </w:r>
      <w:r>
        <w:br/>
      </w:r>
      <w:r>
        <w:rPr>
          <w:i/>
          <w:iCs/>
        </w:rPr>
        <w:t xml:space="preserve">Kurt Vonnegut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this equality was due to the 211th, 212th, and 213th Amendments to the Constitution, and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unceasing</w:t>
      </w:r>
      <w:r>
        <w:rPr>
          <w:b/>
          <w:bCs/>
        </w:rPr>
        <w:t xml:space="preserve"> </w:t>
      </w:r>
      <w:r>
        <w:rPr>
          <w:b/>
          <w:bCs/>
        </w:rPr>
        <w:t xml:space="preserve">vigilance of agents of the United States Handicapper General.</w:t>
      </w:r>
      <w:r>
        <w:br/>
      </w:r>
      <w:r>
        <w:t xml:space="preserve">    (a) not mirroring back (an image)</w:t>
      </w:r>
      <w:r>
        <w:br/>
      </w:r>
      <w:r>
        <w:t xml:space="preserve">    (b) in the way mentioned or shown</w:t>
      </w:r>
      <w:r>
        <w:br/>
      </w:r>
      <w:r>
        <w:t xml:space="preserve">    (c) not stopping or discontinuing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must have been extraordinarily beautiful, because the mask she wore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hideous</w:t>
      </w:r>
      <w:r>
        <w:rPr>
          <w:b/>
          <w:bCs/>
        </w:rPr>
        <w:t xml:space="preserve">.</w:t>
      </w:r>
      <w:r>
        <w:br/>
      </w:r>
      <w:r>
        <w:t xml:space="preserve">    (a) extremely ugly, offensive, and/or frightening</w:t>
      </w:r>
      <w:r>
        <w:br/>
      </w:r>
      <w:r>
        <w:t xml:space="preserve">    (b) the characteristic of demonstrating something</w:t>
      </w:r>
      <w:r>
        <w:br/>
      </w:r>
      <w:r>
        <w:t xml:space="preserve">    (c) the quality of not being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voice was a warm,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luminous</w:t>
      </w:r>
      <w:r>
        <w:rPr>
          <w:b/>
          <w:bCs/>
        </w:rPr>
        <w:t xml:space="preserve">, timeless melody.</w:t>
      </w:r>
      <w:r>
        <w:br/>
      </w:r>
      <w:r>
        <w:t xml:space="preserve">    (a) glowing or shining</w:t>
      </w:r>
      <w:r>
        <w:br/>
      </w:r>
      <w:r>
        <w:br/>
      </w:r>
      <w:r>
        <w:t xml:space="preserve">(also used metaphorically to describe beauty or intelligence)</w:t>
      </w:r>
      <w:r>
        <w:br/>
      </w:r>
      <w:r>
        <w:t xml:space="preserve">    (b) able to be persuaded to do something by tempting with pleasure or something desired</w:t>
      </w:r>
      <w:r>
        <w:br/>
      </w:r>
      <w:r>
        <w:t xml:space="preserve">    (c) relating to one-sided information that is purposefully spread to influence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picture showed the full length of Harrison against a background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calibrated</w:t>
      </w:r>
      <w:r>
        <w:rPr>
          <w:b/>
          <w:bCs/>
        </w:rPr>
        <w:t xml:space="preserve"> </w:t>
      </w:r>
      <w:r>
        <w:rPr>
          <w:b/>
          <w:bCs/>
        </w:rPr>
        <w:t xml:space="preserve">in feet and inches.</w:t>
      </w:r>
      <w:r>
        <w:br/>
      </w:r>
      <w:r>
        <w:t xml:space="preserve">    (a) interfered (in another's affairs or business); or handled (something that shouldn't be handled)</w:t>
      </w:r>
      <w:r>
        <w:br/>
      </w:r>
      <w:r>
        <w:t xml:space="preserve">    (b) divided into marked intervals to measure</w:t>
      </w:r>
      <w:r>
        <w:br/>
      </w:r>
      <w:r>
        <w:t xml:space="preserve">    (c) separated two things to prevent passage of something such as heat, cold, noise, or electricity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Screams and barking cries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consternation</w:t>
      </w:r>
      <w:r>
        <w:rPr>
          <w:b/>
          <w:bCs/>
        </w:rPr>
        <w:t xml:space="preserve"> </w:t>
      </w:r>
      <w:r>
        <w:rPr>
          <w:b/>
          <w:bCs/>
        </w:rPr>
        <w:t xml:space="preserve">came from the television set.</w:t>
      </w:r>
      <w:r>
        <w:br/>
      </w:r>
      <w:r>
        <w:t xml:space="preserve">    (a) dismay (unhappiness, worry, and often confusion) -- typically over something unexpected</w:t>
      </w:r>
      <w:r>
        <w:br/>
      </w:r>
      <w:r>
        <w:t xml:space="preserve">    (b) related to the smallest part of any material that cannot be broken up by chemical means</w:t>
      </w:r>
      <w:r>
        <w:br/>
      </w:r>
      <w:r>
        <w:t xml:space="preserve">    (c) a type of vocal music that originated in African-American churches in the United States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realization was blasted from his mind instantly by the sound of an automobile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collision</w:t>
      </w:r>
      <w:r>
        <w:rPr>
          <w:b/>
          <w:bCs/>
        </w:rPr>
        <w:t xml:space="preserve"> </w:t>
      </w:r>
      <w:r>
        <w:rPr>
          <w:b/>
          <w:bCs/>
        </w:rPr>
        <w:t xml:space="preserve">in his head.</w:t>
      </w:r>
      <w:r>
        <w:br/>
      </w:r>
      <w:r>
        <w:t xml:space="preserve">    (a) the crashing of things with violent impact; or coming together into conflict</w:t>
      </w:r>
      <w:r>
        <w:br/>
      </w:r>
      <w:r>
        <w:t xml:space="preserve">    (b) microorganisms (living creatures so small it takes a microscope to see them)</w:t>
      </w:r>
      <w:r>
        <w:br/>
      </w:r>
      <w:r>
        <w:t xml:space="preserve">    (c) the smallest part of any material that cannot be broken up by chemical means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Ballerinas, technicians, musicians, and announcers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cowered</w:t>
      </w:r>
      <w:r>
        <w:rPr>
          <w:b/>
          <w:bCs/>
        </w:rPr>
        <w:t xml:space="preserve"> </w:t>
      </w:r>
      <w:r>
        <w:rPr>
          <w:b/>
          <w:bCs/>
        </w:rPr>
        <w:t xml:space="preserve">on their knees before him, expecting to die.</w:t>
      </w:r>
      <w:r>
        <w:br/>
      </w:r>
      <w:r>
        <w:t xml:space="preserve">    (a) showed fear by positioning the body as though afraid of being hit</w:t>
      </w:r>
      <w:r>
        <w:br/>
      </w:r>
      <w:r>
        <w:t xml:space="preserve">    (b) deeply involved; or intermixed with complications or difficulties</w:t>
      </w:r>
      <w:r>
        <w:br/>
      </w:r>
      <w:r>
        <w:t xml:space="preserve">    (c) entered into a place of religious seclusion (such as a monastery)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Harrison and his Empress merely listened to the music for a while — listened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gravely</w:t>
      </w:r>
      <w:r>
        <w:rPr>
          <w:b/>
          <w:bCs/>
        </w:rPr>
        <w:t xml:space="preserve">, as though synchronizing their heartbeats with it.</w:t>
      </w:r>
      <w:r>
        <w:br/>
      </w:r>
      <w:r>
        <w:t xml:space="preserve">    (a) in a manner that does not stop</w:t>
      </w:r>
      <w:r>
        <w:br/>
      </w:r>
      <w:r>
        <w:t xml:space="preserve">    (b) in a serious and solemn manner</w:t>
      </w:r>
      <w:r>
        <w:br/>
      </w:r>
      <w:r>
        <w:t xml:space="preserve">    (c) in a good or beneficial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reeled, whirled, swiveled, flounced, capered,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gamboled</w:t>
      </w:r>
      <w:r>
        <w:rPr>
          <w:b/>
          <w:bCs/>
        </w:rPr>
        <w:t xml:space="preserve">, and spun.</w:t>
      </w:r>
      <w:r>
        <w:br/>
      </w:r>
      <w:r>
        <w:t xml:space="preserve">    (a) (verb) drew pictures to accompany  OR  (adjective) accompanied by pictures</w:t>
      </w:r>
      <w:r>
        <w:br/>
      </w:r>
      <w:r>
        <w:t xml:space="preserve">    (b) frolicked (skipped, jumped, and/or ran around in a happy, playful manner)</w:t>
      </w:r>
      <w:r>
        <w:br/>
      </w:r>
      <w:r>
        <w:t xml:space="preserve">    (c) related such that a change in one thing helps predict a change in another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2026-07-31T18:43:25Z</dcterms:created>
  <dcterms:modified xsi:type="dcterms:W3CDTF">2026-07-31T18:43:25Z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