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1aae5bf8d8bf41e263bd6abbfc701a49b928ee"/>
    <w:p>
      <w:pPr>
        <w:pStyle w:val="Heading1"/>
      </w:pPr>
      <w:r>
        <w:rPr>
          <w:b/>
          <w:bCs/>
        </w:rPr>
        <w:t xml:space="preserve">Harriet Tubman</w:t>
      </w:r>
      <w:r>
        <w:br/>
      </w:r>
      <w:r>
        <w:rPr>
          <w:i/>
          <w:iCs/>
        </w:rPr>
        <w:t xml:space="preserve">Ann Petry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Fishing and hunting were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integral</w:t>
      </w:r>
      <w:r>
        <w:rPr>
          <w:b/>
          <w:bCs/>
        </w:rPr>
        <w:t xml:space="preserve"> </w:t>
      </w:r>
      <w:r>
        <w:rPr>
          <w:b/>
          <w:bCs/>
        </w:rPr>
        <w:t xml:space="preserve">part of it, just as it had been part of the life of the Indians, who had practically disappeared from the Eastern Shore by 1750.</w:t>
      </w:r>
      <w:r>
        <w:br/>
      </w:r>
      <w:r>
        <w:t xml:space="preserve">    (a) unimportant</w:t>
      </w:r>
      <w:r>
        <w:br/>
      </w:r>
      <w:r>
        <w:t xml:space="preserve">    (b) an essential part or characteristic</w:t>
      </w:r>
      <w:r>
        <w:br/>
      </w:r>
      <w:r>
        <w:t xml:space="preserve">    (c) extra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mumbling old voice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evoked</w:t>
      </w:r>
      <w:r>
        <w:rPr>
          <w:b/>
          <w:bCs/>
        </w:rPr>
        <w:t xml:space="preserve"> </w:t>
      </w:r>
      <w:r>
        <w:rPr>
          <w:b/>
          <w:bCs/>
        </w:rPr>
        <w:t xml:space="preserve">the clank of chains, the horror of thirst, the black smell of death, below deck in the hold of a slave ship.</w:t>
      </w:r>
      <w:r>
        <w:br/>
      </w:r>
      <w:r>
        <w:t xml:space="preserve">    (a) not roughly calculated</w:t>
      </w:r>
      <w:r>
        <w:br/>
      </w:r>
      <w:r>
        <w:t xml:space="preserve">    (b) called forth or caused</w:t>
      </w:r>
      <w:r>
        <w:br/>
      </w:r>
      <w:r>
        <w:t xml:space="preserve">    (c) consistent or the same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Things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infinitely</w:t>
      </w:r>
      <w:r>
        <w:rPr>
          <w:b/>
          <w:bCs/>
        </w:rPr>
        <w:t xml:space="preserve"> </w:t>
      </w:r>
      <w:r>
        <w:rPr>
          <w:b/>
          <w:bCs/>
        </w:rPr>
        <w:t xml:space="preserve">worse because of Denmark and all his plots and plans for freedom.</w:t>
      </w:r>
      <w:r>
        <w:br/>
      </w:r>
      <w:r>
        <w:t xml:space="preserve">    (a) inadequately (in a manner that does not provide enough)</w:t>
      </w:r>
      <w:r>
        <w:br/>
      </w:r>
      <w:r>
        <w:t xml:space="preserve">    (b) in a manner that is open to arguments, ideas, or change</w:t>
      </w:r>
      <w:r>
        <w:br/>
      </w:r>
      <w:r>
        <w:t xml:space="preserve">    (c) unlimited; without boundaries; or too numerous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came harvest, one of the best times of the year, when the big full moon lit the fields and the slaves worked late, singing songs that had a lilt in them, songs that were like a thanksgiving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crop.</w:t>
      </w:r>
      <w:r>
        <w:br/>
      </w:r>
      <w:r>
        <w:t xml:space="preserve">    (a) sharpness or intenseness</w:t>
      </w:r>
      <w:r>
        <w:br/>
      </w:r>
      <w:r>
        <w:t xml:space="preserve">    (b) conflict or disagreement</w:t>
      </w:r>
      <w:r>
        <w:br/>
      </w:r>
      <w:r>
        <w:t xml:space="preserve">    (c) large amount or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asked for some kind of agreement in regard to the return of the hundreds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fugitive</w:t>
      </w:r>
      <w:r>
        <w:rPr>
          <w:b/>
          <w:bCs/>
        </w:rPr>
        <w:t xml:space="preserve"> </w:t>
      </w:r>
      <w:r>
        <w:rPr>
          <w:b/>
          <w:bCs/>
        </w:rPr>
        <w:t xml:space="preserve">slaves living in Canada.</w:t>
      </w:r>
      <w:r>
        <w:br/>
      </w:r>
      <w:r>
        <w:t xml:space="preserve">    (a) the state of doing something unintentionally</w:t>
      </w:r>
      <w:r>
        <w:br/>
      </w:r>
      <w:r>
        <w:t xml:space="preserve">    (b) someone hiding from law enforcement officers</w:t>
      </w:r>
      <w:r>
        <w:br/>
      </w:r>
      <w:r>
        <w:t xml:space="preserve">    (c) the state or degree of agreeing or approving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subject of slavery was introduced because some of the counties, alarmed by the Nat Turner insurrection, had petitioned for the gradual emancipation of the slaves or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abolition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groupings of Egyptian rulers sharing a common origin some time between 3150 BC when Upper and Lower Egypt were united, and 31 BC when Rome conquered Egypt</w:t>
      </w:r>
      <w:r>
        <w:br/>
      </w:r>
      <w:r>
        <w:t xml:space="preserve">    (b) obsessive-compulsive disorder -- an anxiety disorder characterized by recurrent and persistent thoughts and feelings and repetitive, ritualized behaviors</w:t>
      </w:r>
      <w:r>
        <w:br/>
      </w:r>
      <w:r>
        <w:t xml:space="preserve">    (c) ending a system or practice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swiftly moving figure was in strange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to the languorous slow motion of his hands just a few minutes before.</w:t>
      </w:r>
      <w:r>
        <w:br/>
      </w:r>
      <w:r>
        <w:t xml:space="preserve">    (a) come to terms with</w:t>
      </w:r>
      <w:r>
        <w:br/>
      </w:r>
      <w:r>
        <w:t xml:space="preserve">    (b) notable difference</w:t>
      </w:r>
      <w:r>
        <w:br/>
      </w:r>
      <w:r>
        <w:t xml:space="preserve">    (c) block or interfere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Boston, on January r, 1831, William Lloyd Garrison published the first issue of his antislavery newspaper,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Liberator</w:t>
      </w:r>
      <w:r>
        <w:rPr>
          <w:b/>
          <w:bCs/>
        </w:rPr>
        <w:t xml:space="preserve">.</w:t>
      </w:r>
      <w:r>
        <w:br/>
      </w:r>
      <w:r>
        <w:t xml:space="preserve">    (a) someone who sets others free</w:t>
      </w:r>
      <w:r>
        <w:br/>
      </w:r>
      <w:r>
        <w:t xml:space="preserve">    (b) someone who lies or misleads</w:t>
      </w:r>
      <w:r>
        <w:br/>
      </w:r>
      <w:r>
        <w:t xml:space="preserve">    (c) one who eliminates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Boston, on October 21, 1835, William Lloyd Garrison, publisher of The Liberator, was rescued from a mob of some two thousand well-dressed,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eminently</w:t>
      </w:r>
      <w:r>
        <w:rPr>
          <w:b/>
          <w:bCs/>
        </w:rPr>
        <w:t xml:space="preserve"> </w:t>
      </w:r>
      <w:r>
        <w:rPr>
          <w:b/>
          <w:bCs/>
        </w:rPr>
        <w:t xml:space="preserve">respectable men who were intent on hanging him.</w:t>
      </w:r>
      <w:r>
        <w:br/>
      </w:r>
      <w:r>
        <w:t xml:space="preserve">    (a) with strong desire</w:t>
      </w:r>
      <w:r>
        <w:br/>
      </w:r>
      <w:r>
        <w:t xml:space="preserve">    (b) in a sloped manner</w:t>
      </w:r>
      <w:r>
        <w:br/>
      </w:r>
      <w:r>
        <w:t xml:space="preserve">    (c) with high 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taken her years to save five dollars, 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hoarded</w:t>
      </w:r>
      <w:r>
        <w:rPr>
          <w:b/>
          <w:bCs/>
        </w:rPr>
        <w:t xml:space="preserve"> </w:t>
      </w:r>
      <w:r>
        <w:rPr>
          <w:b/>
          <w:bCs/>
        </w:rPr>
        <w:t xml:space="preserve">pennies to accumulate such a sum.</w:t>
      </w:r>
      <w:r>
        <w:br/>
      </w:r>
      <w:r>
        <w:t xml:space="preserve">    (a) caused great mental or physical suffering</w:t>
      </w:r>
      <w:r>
        <w:br/>
      </w:r>
      <w:r>
        <w:t xml:space="preserve">    (b) extremely embarrassed (decreased dignity)</w:t>
      </w:r>
      <w:r>
        <w:br/>
      </w:r>
      <w:r>
        <w:t xml:space="preserve">    (c) gathered something valuable and stored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in this office, upstairs in Lebanon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Seminary</w:t>
      </w:r>
      <w:r>
        <w:rPr>
          <w:b/>
          <w:bCs/>
        </w:rPr>
        <w:t xml:space="preserve">, that she learned the extent of the network of stops on the Underground Railroad.</w:t>
      </w:r>
      <w:r>
        <w:br/>
      </w:r>
      <w:r>
        <w:t xml:space="preserve">    (a) a school for training clerics -- usually ministers, priests, or rabbis</w:t>
      </w:r>
      <w:r>
        <w:br/>
      </w:r>
      <w:r>
        <w:t xml:space="preserve">    (b) the reason for doing something; or the level of desire to do something</w:t>
      </w:r>
      <w:r>
        <w:br/>
      </w:r>
      <w:r>
        <w:t xml:space="preserve">    (c) a drug that calms or puts to sleep; or describing something as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would, however, rely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ingenuity</w:t>
      </w:r>
      <w:r>
        <w:rPr>
          <w:b/>
          <w:bCs/>
        </w:rPr>
        <w:t xml:space="preserve"> </w:t>
      </w:r>
      <w:r>
        <w:rPr>
          <w:b/>
          <w:bCs/>
        </w:rPr>
        <w:t xml:space="preserve">of the Vigilance Committee to take care of the matter after the merchandise reached Baltimore.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ability to solve problems in smart creative ways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of the Fugitive Slave Law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 to</w:t>
      </w:r>
      <w:r>
        <w:rPr>
          <w:b/>
          <w:bCs/>
        </w:rPr>
        <w:t xml:space="preserve"> </w:t>
      </w:r>
      <w:r>
        <w:rPr>
          <w:b/>
          <w:bCs/>
        </w:rPr>
        <w:t xml:space="preserve">be arrested at any moment even though she was living in a free state.</w:t>
      </w:r>
      <w:r>
        <w:br/>
      </w:r>
      <w:r>
        <w:t xml:space="preserve">    (a) likely to; or maybe going to; or subject to</w:t>
      </w:r>
      <w:r>
        <w:br/>
      </w:r>
      <w:r>
        <w:t xml:space="preserve">    (b) devices that convert light into electricity</w:t>
      </w:r>
      <w:r>
        <w:br/>
      </w:r>
      <w:r>
        <w:t xml:space="preserve">    (c) temperature scale used in most of the 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told them about Frederick Douglass, the most famous of the escaped slaves,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eloquence</w:t>
      </w:r>
      <w:r>
        <w:rPr>
          <w:b/>
          <w:bCs/>
        </w:rPr>
        <w:t xml:space="preserve">, of his magnificent appearance.</w:t>
      </w:r>
      <w:r>
        <w:br/>
      </w:r>
      <w:r>
        <w:t xml:space="preserve">    (a) changing or not reliable</w:t>
      </w:r>
      <w:r>
        <w:br/>
      </w:r>
      <w:r>
        <w:t xml:space="preserve">    (b) powerful use of language</w:t>
      </w:r>
      <w:r>
        <w:br/>
      </w:r>
      <w:r>
        <w:t xml:space="preserve">    (c) lowering moral standards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the impression of being a short, muscular,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woman who could never be defeated.</w:t>
      </w:r>
      <w:r>
        <w:br/>
      </w:r>
      <w:r>
        <w:t xml:space="preserve">    (a) impossible to defeat or discourage; or showing unshakable strength, determination, or spirit</w:t>
      </w:r>
      <w:r>
        <w:br/>
      </w:r>
      <w:r>
        <w:t xml:space="preserve">    (b) of something temporarily treated as true to advance a discussion or to further investigation</w:t>
      </w:r>
      <w:r>
        <w:br/>
      </w:r>
      <w:r>
        <w:t xml:space="preserve">    (c) relating to the threadlike structures in the cell nucleus that carry genes in a linear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sat with his head on his hand, and nobody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</w:t>
      </w:r>
      <w:r>
        <w:rPr>
          <w:b/>
          <w:bCs/>
        </w:rPr>
        <w:t xml:space="preserve"> </w:t>
      </w:r>
      <w:r>
        <w:rPr>
          <w:b/>
          <w:bCs/>
        </w:rPr>
        <w:t xml:space="preserve">him, or make him take any interest in anything.</w:t>
      </w:r>
      <w:r>
        <w:br/>
      </w:r>
      <w:r>
        <w:t xml:space="preserve">    (a) explains something in a particular way</w:t>
      </w:r>
      <w:r>
        <w:br/>
      </w:r>
      <w:r>
        <w:t xml:space="preserve">    (b) to awaken, make more active, or excite</w:t>
      </w:r>
      <w:r>
        <w:br/>
      </w:r>
      <w:r>
        <w:t xml:space="preserve">    (c) beyond the permitted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very little money to make a down payment, so there was a rather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mortgage</w:t>
      </w:r>
      <w:r>
        <w:rPr>
          <w:b/>
          <w:bCs/>
        </w:rPr>
        <w:t xml:space="preserve">.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a real estate loan; or pledging something for a loan</w:t>
      </w:r>
      <w:r>
        <w:br/>
      </w:r>
      <w:r>
        <w:t xml:space="preserve">    (c) enter another's property without right or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seemed to her amazing that a white man, free, independent, should have held such strong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convictions</w:t>
      </w:r>
      <w:r>
        <w:rPr>
          <w:b/>
          <w:bCs/>
        </w:rPr>
        <w:t xml:space="preserve"> </w:t>
      </w:r>
      <w:r>
        <w:rPr>
          <w:b/>
          <w:bCs/>
        </w:rPr>
        <w:t xml:space="preserve">on the subject of slavery that he was willing to risk his life in order that slaves should be free.</w:t>
      </w:r>
      <w:r>
        <w:br/>
      </w:r>
      <w:r>
        <w:t xml:space="preserve">    (a) not working or not operating</w:t>
      </w:r>
      <w:r>
        <w:br/>
      </w:r>
      <w:r>
        <w:t xml:space="preserve">    (b) a strong, firmly held belief</w:t>
      </w:r>
      <w:r>
        <w:br/>
      </w:r>
      <w:r>
        <w:t xml:space="preserve">    (c) calculates or judges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many other former Abolitionists, she became interested in the movement for women's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suffrage</w:t>
      </w:r>
      <w:r>
        <w:rPr>
          <w:b/>
          <w:bCs/>
        </w:rPr>
        <w:t xml:space="preserve">.</w:t>
      </w:r>
      <w:r>
        <w:br/>
      </w:r>
      <w:r>
        <w:t xml:space="preserve">    (a) determination</w:t>
      </w:r>
      <w:r>
        <w:br/>
      </w:r>
      <w:r>
        <w:t xml:space="preserve">    (b) use of reason</w:t>
      </w:r>
      <w:r>
        <w:br/>
      </w:r>
      <w:r>
        <w:t xml:space="preserve">    (c) right to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Harriet was, however, neither old nor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</w:t>
      </w:r>
      <w:r>
        <w:rPr>
          <w:b/>
          <w:bCs/>
        </w:rPr>
        <w:t xml:space="preserve">.</w:t>
      </w:r>
      <w:r>
        <w:br/>
      </w:r>
      <w:r>
        <w:t xml:space="preserve">    (a) not good at making decisions</w:t>
      </w:r>
      <w:r>
        <w:br/>
      </w:r>
      <w:r>
        <w:t xml:space="preserve">    (b) without boundaries or limits</w:t>
      </w:r>
      <w:r>
        <w:br/>
      </w:r>
      <w:r>
        <w:t xml:space="preserve">    (c) weak from old age or disease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2026-07-31T18:59:27Z</dcterms:created>
  <dcterms:modified xsi:type="dcterms:W3CDTF">2026-07-31T18:59:27Z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