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37ed45a9cf83afcaa28d28897711471ff4b2c5"/>
    <w:p>
      <w:pPr>
        <w:pStyle w:val="Heading1"/>
      </w:pPr>
      <w:r>
        <w:rPr>
          <w:b/>
          <w:bCs/>
        </w:rPr>
        <w:t xml:space="preserve">Hard Times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precede</w:t>
      </w:r>
      <w:r>
        <w:br/>
      </w:r>
      <w:r>
        <w:t xml:space="preserve">    (b) follow</w:t>
      </w:r>
      <w:r>
        <w:br/>
      </w:r>
      <w:r>
        <w:t xml:space="preserve">    (c) go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Anyone who plays a musical instrument is encouraged to come to tryouts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the choir.</w:t>
      </w:r>
      <w:r>
        <w:br/>
      </w:r>
      <w:r>
        <w:t xml:space="preserve">    (a) enjoy</w:t>
      </w:r>
      <w:r>
        <w:br/>
      </w:r>
      <w:r>
        <w:t xml:space="preserve">    (b) perform with</w:t>
      </w:r>
      <w:r>
        <w:br/>
      </w:r>
      <w:r>
        <w:t xml:space="preserve">    (c) help evaluate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keeping</w:t>
      </w:r>
      <w:r>
        <w:br/>
      </w:r>
      <w:r>
        <w:t xml:space="preserve">    (b) opposition</w:t>
      </w:r>
      <w:r>
        <w:br/>
      </w:r>
      <w:r>
        <w:t xml:space="preserve">    (c)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mind</w:t>
      </w:r>
      <w:r>
        <w:br/>
      </w:r>
      <w:r>
        <w:t xml:space="preserve">    (b) own fear</w:t>
      </w:r>
      <w:r>
        <w:br/>
      </w:r>
      <w:r>
        <w:t xml:space="preserve">    (c) own safety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singer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assented</w:t>
      </w:r>
      <w:r>
        <w:rPr>
          <w:b/>
          <w:bCs/>
        </w:rPr>
        <w:t xml:space="preserve"> </w:t>
      </w:r>
      <w:r>
        <w:rPr>
          <w:b/>
          <w:bCs/>
        </w:rPr>
        <w:t xml:space="preserve">to the request for an encore.</w:t>
      </w:r>
      <w:r>
        <w:br/>
      </w:r>
      <w:r>
        <w:t xml:space="preserve">    (a) declined or refused</w:t>
      </w:r>
      <w:r>
        <w:br/>
      </w:r>
      <w:r>
        <w:t xml:space="preserve">    (b) dislike or resented</w:t>
      </w:r>
      <w:r>
        <w:br/>
      </w:r>
      <w:r>
        <w:t xml:space="preserve">    (c) consented or agreed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result</w:t>
      </w:r>
      <w:r>
        <w:br/>
      </w:r>
      <w:r>
        <w:t xml:space="preserve">    (c) unimportant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important</w:t>
      </w:r>
      <w:r>
        <w:br/>
      </w:r>
      <w:r>
        <w:t xml:space="preserve">    (b) harmful</w:t>
      </w:r>
      <w:r>
        <w:br/>
      </w:r>
      <w:r>
        <w:t xml:space="preserve">    (c) unethical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disparity</w:t>
      </w:r>
      <w:r>
        <w:rPr>
          <w:b/>
          <w:bCs/>
        </w:rPr>
        <w:t xml:space="preserve"> </w:t>
      </w:r>
      <w:r>
        <w:rPr>
          <w:b/>
          <w:bCs/>
        </w:rPr>
        <w:t xml:space="preserve">in access to education between urban and rural areas is a significant issue.</w:t>
      </w:r>
      <w:r>
        <w:br/>
      </w:r>
      <w:r>
        <w:t xml:space="preserve">    (a) difference</w:t>
      </w:r>
      <w:r>
        <w:br/>
      </w:r>
      <w:r>
        <w:t xml:space="preserve">    (b) agreement</w:t>
      </w:r>
      <w:r>
        <w:br/>
      </w:r>
      <w:r>
        <w:t xml:space="preserve">    (c) improvement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</w:t>
      </w:r>
      <w:r>
        <w:rPr>
          <w:b/>
          <w:bCs/>
        </w:rPr>
        <w:t xml:space="preserve"> </w:t>
      </w:r>
      <w:r>
        <w:rPr>
          <w:b/>
          <w:bCs/>
        </w:rPr>
        <w:t xml:space="preserve">status in the art world, she remained humble and approachable.</w:t>
      </w:r>
      <w:r>
        <w:br/>
      </w:r>
      <w:r>
        <w:t xml:space="preserve">    (a) respected and well-known</w:t>
      </w:r>
      <w:r>
        <w:br/>
      </w:r>
      <w:r>
        <w:t xml:space="preserve">    (b) newly acquired</w:t>
      </w:r>
      <w:r>
        <w:br/>
      </w:r>
      <w:r>
        <w:t xml:space="preserve">    (c) barely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bribed (with gifts)</w:t>
      </w:r>
      <w:r>
        <w:br/>
      </w:r>
      <w:r>
        <w:t xml:space="preserve">    (b) threatened</w:t>
      </w:r>
      <w:r>
        <w:br/>
      </w:r>
      <w:r>
        <w:t xml:space="preserve">    (c) asked earnestly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disinclined</w:t>
      </w:r>
      <w:r>
        <w:br/>
      </w:r>
      <w:r>
        <w:t xml:space="preserve">    (b) afraid</w:t>
      </w:r>
      <w:r>
        <w:br/>
      </w:r>
      <w:r>
        <w:t xml:space="preserve">    (c) tending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 ramp has a steep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</w:t>
      </w:r>
      <w:r>
        <w:rPr>
          <w:b/>
          <w:bCs/>
        </w:rPr>
        <w:t xml:space="preserve">.</w:t>
      </w:r>
      <w:r>
        <w:br/>
      </w:r>
      <w:r>
        <w:t xml:space="preserve">    (a) price</w:t>
      </w:r>
      <w:r>
        <w:br/>
      </w:r>
      <w:r>
        <w:t xml:space="preserve">    (b) danger</w:t>
      </w:r>
      <w:r>
        <w:br/>
      </w:r>
      <w:r>
        <w:t xml:space="preserve">    (c) slope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sad</w:t>
      </w:r>
      <w:r>
        <w:br/>
      </w:r>
      <w:r>
        <w:t xml:space="preserve">    (b) feel like singing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Years of broken promises taught the team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</w:t>
      </w:r>
      <w:r>
        <w:rPr>
          <w:b/>
          <w:bCs/>
        </w:rPr>
        <w:t xml:space="preserve"> </w:t>
      </w:r>
      <w:r>
        <w:rPr>
          <w:b/>
          <w:bCs/>
        </w:rPr>
        <w:t xml:space="preserve">anything he said.</w:t>
      </w:r>
      <w:r>
        <w:br/>
      </w:r>
      <w:r>
        <w:t xml:space="preserve">    (a) not question</w:t>
      </w:r>
      <w:r>
        <w:br/>
      </w:r>
      <w:r>
        <w:t xml:space="preserve">    (b) not trust</w:t>
      </w:r>
      <w:r>
        <w:br/>
      </w:r>
      <w:r>
        <w:t xml:space="preserve">    (c) not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the success of the United States, most new democracies choose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parliamentary</w:t>
      </w:r>
      <w:r>
        <w:rPr>
          <w:b/>
          <w:bCs/>
        </w:rPr>
        <w:t xml:space="preserve"> </w:t>
      </w:r>
      <w:r>
        <w:rPr>
          <w:b/>
          <w:bCs/>
        </w:rPr>
        <w:t xml:space="preserve">or hybrid form of government because of the political instability and authoritarianism associated with the many Latin American countries that have chosen a presidential system.</w:t>
      </w:r>
      <w:r>
        <w:br/>
      </w:r>
      <w:r>
        <w:t xml:space="preserve">    (a) government in which the court selects the leader</w:t>
      </w:r>
      <w:r>
        <w:br/>
      </w:r>
      <w:r>
        <w:t xml:space="preserve">    (b) government in which the legislature selects the leader</w:t>
      </w:r>
      <w:r>
        <w:br/>
      </w:r>
      <w:r>
        <w:t xml:space="preserve">    (c) government in which the military selects the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maintains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pretense</w:t>
      </w:r>
      <w:r>
        <w:rPr>
          <w:b/>
          <w:bCs/>
        </w:rPr>
        <w:t xml:space="preserve"> </w:t>
      </w:r>
      <w:r>
        <w:rPr>
          <w:b/>
          <w:bCs/>
        </w:rPr>
        <w:t xml:space="preserve">of a free press.</w:t>
      </w:r>
      <w:r>
        <w:br/>
      </w:r>
      <w:r>
        <w:t xml:space="preserve">    (a) false appearance</w:t>
      </w:r>
      <w:r>
        <w:br/>
      </w:r>
      <w:r>
        <w:t xml:space="preserve">    (b) strong presence</w:t>
      </w:r>
      <w:r>
        <w:br/>
      </w:r>
      <w:r>
        <w:t xml:space="preserve">    (c) diverse presence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protest</w:t>
      </w:r>
      <w:r>
        <w:br/>
      </w:r>
      <w:r>
        <w:t xml:space="preserve">    (b) promise</w:t>
      </w:r>
      <w:r>
        <w:br/>
      </w:r>
      <w:r>
        <w:t xml:space="preserve">    (c) explain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criticize</w:t>
      </w:r>
      <w:r>
        <w:br/>
      </w:r>
      <w:r>
        <w:t xml:space="preserve">    (c) accept honor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"Takes one to know one."</w:t>
      </w:r>
      <w:r>
        <w:br/>
      </w:r>
      <w:r>
        <w:t xml:space="preserve">    (a) insulted back</w:t>
      </w:r>
      <w:r>
        <w:br/>
      </w:r>
      <w:r>
        <w:t xml:space="preserve">    (b) quickly replied</w:t>
      </w:r>
      <w:r>
        <w:br/>
      </w:r>
      <w:r>
        <w:t xml:space="preserve">    (c) joyfully laughed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losing everything, he lived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 </w:t>
      </w:r>
      <w:r>
        <w:rPr>
          <w:b/>
          <w:bCs/>
        </w:rPr>
        <w:t xml:space="preserve">for nearly five years.</w:t>
      </w:r>
      <w:r>
        <w:br/>
      </w:r>
      <w:r>
        <w:t xml:space="preserve">    (a) wealthy landowner</w:t>
      </w:r>
      <w:r>
        <w:br/>
      </w:r>
      <w:r>
        <w:t xml:space="preserve">    (b) wandering drifter</w:t>
      </w:r>
      <w:r>
        <w:br/>
      </w:r>
      <w:r>
        <w:t xml:space="preserve">    (c) settled farmer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2026-07-31T14:46:32Z</dcterms:created>
  <dcterms:modified xsi:type="dcterms:W3CDTF">2026-07-31T14:46:32Z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