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00e3e6615828539f27318e9e6e37bb86bb06e8"/>
    <w:p>
      <w:pPr>
        <w:pStyle w:val="Heading1"/>
      </w:pPr>
      <w:r>
        <w:rPr>
          <w:b/>
          <w:bCs/>
        </w:rPr>
        <w:t xml:space="preserve">Hard Times</w:t>
      </w:r>
      <w:r>
        <w:br/>
      </w:r>
      <w:r>
        <w:rPr>
          <w:i/>
          <w:iCs/>
        </w:rPr>
        <w:t xml:space="preserve">Charles Dickens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team's victory depended 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aggregate</w:t>
      </w:r>
      <w:r>
        <w:rPr>
          <w:b/>
          <w:bCs/>
        </w:rPr>
        <w:t xml:space="preserve"> </w:t>
      </w:r>
      <w:r>
        <w:rPr>
          <w:b/>
          <w:bCs/>
        </w:rPr>
        <w:t xml:space="preserve">of every player's contributions.</w:t>
      </w:r>
      <w:r>
        <w:br/>
      </w:r>
      <w:r>
        <w:t xml:space="preserve">    (a) total combined sum</w:t>
      </w:r>
      <w:r>
        <w:br/>
      </w:r>
      <w:r>
        <w:t xml:space="preserve">    (b) final desperate push</w:t>
      </w:r>
      <w:r>
        <w:br/>
      </w:r>
      <w:r>
        <w:t xml:space="preserve">    (c) single key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innovative approach to solving problems earned her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approbation</w:t>
      </w:r>
      <w:r>
        <w:rPr>
          <w:b/>
          <w:bCs/>
        </w:rPr>
        <w:t xml:space="preserve"> </w:t>
      </w:r>
      <w:r>
        <w:rPr>
          <w:b/>
          <w:bCs/>
        </w:rPr>
        <w:t xml:space="preserve">of her peers.</w:t>
      </w:r>
      <w:r>
        <w:br/>
      </w:r>
      <w:r>
        <w:t xml:space="preserve">    (a) sympathy</w:t>
      </w:r>
      <w:r>
        <w:br/>
      </w:r>
      <w:r>
        <w:t xml:space="preserve">    (b) distrust</w:t>
      </w:r>
      <w:r>
        <w:br/>
      </w:r>
      <w:r>
        <w:t xml:space="preserve">    (c) approval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police chief made a statement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assuaged</w:t>
      </w:r>
      <w:r>
        <w:rPr>
          <w:b/>
          <w:bCs/>
        </w:rPr>
        <w:t xml:space="preserve"> </w:t>
      </w:r>
      <w:r>
        <w:rPr>
          <w:b/>
          <w:bCs/>
        </w:rPr>
        <w:t xml:space="preserve">many people's worst fears.</w:t>
      </w:r>
      <w:r>
        <w:br/>
      </w:r>
      <w:r>
        <w:t xml:space="preserve">    (a) made worse</w:t>
      </w:r>
      <w:r>
        <w:br/>
      </w:r>
      <w:r>
        <w:t xml:space="preserve">    (b) made a joke of</w:t>
      </w:r>
      <w:r>
        <w:br/>
      </w:r>
      <w:r>
        <w:t xml:space="preserve">    (c) soothed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Congressional power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constrained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court.</w:t>
      </w:r>
      <w:r>
        <w:br/>
      </w:r>
      <w:r>
        <w:t xml:space="preserve">    (a) enforced</w:t>
      </w:r>
      <w:r>
        <w:br/>
      </w:r>
      <w:r>
        <w:t xml:space="preserve">    (b) threatened</w:t>
      </w:r>
      <w:r>
        <w:br/>
      </w:r>
      <w:r>
        <w:t xml:space="preserve">    (c) restricted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victors write the history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disparage</w:t>
      </w:r>
      <w:r>
        <w:rPr>
          <w:b/>
          <w:bCs/>
        </w:rPr>
        <w:t xml:space="preserve"> </w:t>
      </w:r>
      <w:r>
        <w:rPr>
          <w:b/>
          <w:bCs/>
        </w:rPr>
        <w:t xml:space="preserve">their enemies.</w:t>
      </w:r>
      <w:r>
        <w:br/>
      </w:r>
      <w:r>
        <w:t xml:space="preserve">    (a) erase from history</w:t>
      </w:r>
      <w:r>
        <w:br/>
      </w:r>
      <w:r>
        <w:t xml:space="preserve">    (b) criticize</w:t>
      </w:r>
      <w:r>
        <w:br/>
      </w:r>
      <w:r>
        <w:t xml:space="preserve">    (c) defeat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union organizer promised to fight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downtrodden</w:t>
      </w:r>
      <w:r>
        <w:rPr>
          <w:b/>
          <w:bCs/>
        </w:rPr>
        <w:t xml:space="preserve"> </w:t>
      </w:r>
      <w:r>
        <w:rPr>
          <w:b/>
          <w:bCs/>
        </w:rPr>
        <w:t xml:space="preserve">laborers who had spent their lives working for low wages in the dangerous coal mines.</w:t>
      </w:r>
      <w:r>
        <w:br/>
      </w:r>
      <w:r>
        <w:t xml:space="preserve">    (a) hard-working</w:t>
      </w:r>
      <w:r>
        <w:br/>
      </w:r>
      <w:r>
        <w:t xml:space="preserve">    (b) older</w:t>
      </w:r>
      <w:r>
        <w:br/>
      </w:r>
      <w:r>
        <w:t xml:space="preserve">    (c) oppressed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patience or tolerance</w:t>
      </w:r>
      <w:r>
        <w:br/>
      </w:r>
      <w:r>
        <w:t xml:space="preserve">    (b) family concerns</w:t>
      </w:r>
      <w:r>
        <w:br/>
      </w:r>
      <w:r>
        <w:t xml:space="preserve">    (c) financial loan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brace I have to wear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hindering</w:t>
      </w:r>
      <w:r>
        <w:rPr>
          <w:b/>
          <w:bCs/>
        </w:rPr>
        <w:t xml:space="preserve"> </w:t>
      </w:r>
      <w:r>
        <w:rPr>
          <w:b/>
          <w:bCs/>
        </w:rPr>
        <w:t xml:space="preserve">my movements</w:t>
      </w:r>
      <w:r>
        <w:br/>
      </w:r>
      <w:r>
        <w:t xml:space="preserve">    (a) helping or assisting</w:t>
      </w:r>
      <w:r>
        <w:br/>
      </w:r>
      <w:r>
        <w:t xml:space="preserve">    (b) making difficult</w:t>
      </w:r>
      <w:r>
        <w:br/>
      </w:r>
      <w:r>
        <w:t xml:space="preserve">    (c) drawing attention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too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indolent</w:t>
      </w:r>
      <w:r>
        <w:rPr>
          <w:b/>
          <w:bCs/>
        </w:rPr>
        <w:t xml:space="preserve"> </w:t>
      </w:r>
      <w:r>
        <w:rPr>
          <w:b/>
          <w:bCs/>
        </w:rPr>
        <w:t xml:space="preserve">for med school.</w:t>
      </w:r>
      <w:r>
        <w:br/>
      </w:r>
      <w:r>
        <w:t xml:space="preserve">    (a) lazy</w:t>
      </w:r>
      <w:r>
        <w:br/>
      </w:r>
      <w:r>
        <w:t xml:space="preserve">    (b) calm</w:t>
      </w:r>
      <w:r>
        <w:br/>
      </w:r>
      <w:r>
        <w:t xml:space="preserve">    (c) kind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Things have changed, but she remains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inflexible</w:t>
      </w:r>
      <w:r>
        <w:rPr>
          <w:b/>
          <w:bCs/>
        </w:rPr>
        <w:t xml:space="preserve">.</w:t>
      </w:r>
      <w:r>
        <w:br/>
      </w:r>
      <w:r>
        <w:t xml:space="preserve">    (a) not skilled</w:t>
      </w:r>
      <w:r>
        <w:br/>
      </w:r>
      <w:r>
        <w:t xml:space="preserve">    (b) unbending (not able to adjust well to different conditions)</w:t>
      </w:r>
      <w:r>
        <w:br/>
      </w:r>
      <w:r>
        <w:t xml:space="preserve">    (c)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on the side of our enemy.</w:t>
      </w:r>
      <w:r>
        <w:br/>
      </w:r>
      <w:r>
        <w:t xml:space="preserve">    (a) been seen</w:t>
      </w:r>
      <w:r>
        <w:br/>
      </w:r>
      <w:r>
        <w:t xml:space="preserve">    (b) hidden</w:t>
      </w:r>
      <w:r>
        <w:br/>
      </w:r>
      <w:r>
        <w:t xml:space="preserve">    (c) inserted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bond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matrimony</w:t>
      </w:r>
      <w:r>
        <w:rPr>
          <w:b/>
          <w:bCs/>
        </w:rPr>
        <w:t xml:space="preserve"> </w:t>
      </w:r>
      <w:r>
        <w:rPr>
          <w:b/>
          <w:bCs/>
        </w:rPr>
        <w:t xml:space="preserve">lasted for over fifty years.</w:t>
      </w:r>
      <w:r>
        <w:br/>
      </w:r>
      <w:r>
        <w:t xml:space="preserve">    (a) friendship</w:t>
      </w:r>
      <w:r>
        <w:br/>
      </w:r>
      <w:r>
        <w:t xml:space="preserve">    (b) marriage</w:t>
      </w:r>
      <w:r>
        <w:br/>
      </w:r>
      <w:r>
        <w:t xml:space="preserve">    (c) divorce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 story about a prince who changes places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pauper</w:t>
      </w:r>
      <w:r>
        <w:rPr>
          <w:b/>
          <w:bCs/>
        </w:rPr>
        <w:t xml:space="preserve">.</w:t>
      </w:r>
      <w:r>
        <w:br/>
      </w:r>
      <w:r>
        <w:t xml:space="preserve">    (a) wealthy person</w:t>
      </w:r>
      <w:r>
        <w:br/>
      </w:r>
      <w:r>
        <w:t xml:space="preserve">    (b) palace visitor</w:t>
      </w:r>
      <w:r>
        <w:br/>
      </w:r>
      <w:r>
        <w:t xml:space="preserve">    (c) poor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breaking the window,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penitent</w:t>
      </w:r>
      <w:r>
        <w:rPr>
          <w:b/>
          <w:bCs/>
        </w:rPr>
        <w:t xml:space="preserve"> </w:t>
      </w:r>
      <w:r>
        <w:rPr>
          <w:b/>
          <w:bCs/>
        </w:rPr>
        <w:t xml:space="preserve">boy apologized to his neighbor.</w:t>
      </w:r>
      <w:r>
        <w:br/>
      </w:r>
      <w:r>
        <w:t xml:space="preserve">    (a) feeling regret for wrongdoing</w:t>
      </w:r>
      <w:r>
        <w:br/>
      </w:r>
      <w:r>
        <w:t xml:space="preserve">    (b) confused about the rules</w:t>
      </w:r>
      <w:r>
        <w:br/>
      </w:r>
      <w:r>
        <w:t xml:space="preserve">    (c) proud of one's actions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pinnacle</w:t>
      </w:r>
      <w:r>
        <w:rPr>
          <w:b/>
          <w:bCs/>
        </w:rPr>
        <w:t xml:space="preserve"> </w:t>
      </w:r>
      <w:r>
        <w:rPr>
          <w:b/>
          <w:bCs/>
        </w:rPr>
        <w:t xml:space="preserve">of her success, she was earning over a million dollars a year.</w:t>
      </w:r>
      <w:r>
        <w:br/>
      </w:r>
      <w:r>
        <w:t xml:space="preserve">    (a) end</w:t>
      </w:r>
      <w:r>
        <w:br/>
      </w:r>
      <w:r>
        <w:t xml:space="preserve">    (b) beginning</w:t>
      </w:r>
      <w:r>
        <w:br/>
      </w:r>
      <w:r>
        <w:t xml:space="preserve">    (c) highest point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group, the people with a family history of heart disease have a higher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propensity</w:t>
      </w:r>
      <w:r>
        <w:rPr>
          <w:b/>
          <w:bCs/>
        </w:rPr>
        <w:t xml:space="preserve"> </w:t>
      </w:r>
      <w:r>
        <w:rPr>
          <w:b/>
          <w:bCs/>
        </w:rPr>
        <w:t xml:space="preserve">to develop the condition themselves.</w:t>
      </w:r>
      <w:r>
        <w:br/>
      </w:r>
      <w:r>
        <w:t xml:space="preserve">    (a) tendency</w:t>
      </w:r>
      <w:r>
        <w:br/>
      </w:r>
      <w:r>
        <w:t xml:space="preserve">    (b) avoidance</w:t>
      </w:r>
      <w:r>
        <w:br/>
      </w:r>
      <w:r>
        <w:t xml:space="preserve">    (c)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company made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reparations</w:t>
      </w:r>
      <w:r>
        <w:rPr>
          <w:b/>
          <w:bCs/>
        </w:rPr>
        <w:t xml:space="preserve"> </w:t>
      </w:r>
      <w:r>
        <w:rPr>
          <w:b/>
          <w:bCs/>
        </w:rPr>
        <w:t xml:space="preserve">to the community for the environmental damage it caused.</w:t>
      </w:r>
      <w:r>
        <w:br/>
      </w:r>
      <w:r>
        <w:t xml:space="preserve">    (a) payments</w:t>
      </w:r>
      <w:r>
        <w:br/>
      </w:r>
      <w:r>
        <w:t xml:space="preserve">    (b) excuses</w:t>
      </w:r>
      <w:r>
        <w:br/>
      </w:r>
      <w:r>
        <w:t xml:space="preserve">    (c) apologies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been making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sagacious</w:t>
      </w:r>
      <w:r>
        <w:rPr>
          <w:b/>
          <w:bCs/>
        </w:rPr>
        <w:t xml:space="preserve"> </w:t>
      </w:r>
      <w:r>
        <w:rPr>
          <w:b/>
          <w:bCs/>
        </w:rPr>
        <w:t xml:space="preserve">business decisions for more than 30 years.</w:t>
      </w:r>
      <w:r>
        <w:br/>
      </w:r>
      <w:r>
        <w:t xml:space="preserve">    (a) impatient</w:t>
      </w:r>
      <w:r>
        <w:br/>
      </w:r>
      <w:r>
        <w:t xml:space="preserve">    (b) careless</w:t>
      </w:r>
      <w:r>
        <w:br/>
      </w:r>
      <w:r>
        <w:t xml:space="preserve">    (c) wise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warm smile and friendly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salutation</w:t>
      </w:r>
      <w:r>
        <w:rPr>
          <w:b/>
          <w:bCs/>
        </w:rPr>
        <w:t xml:space="preserve"> </w:t>
      </w:r>
      <w:r>
        <w:rPr>
          <w:b/>
          <w:bCs/>
        </w:rPr>
        <w:t xml:space="preserve">set the tone for the entire meeting.</w:t>
      </w:r>
      <w:r>
        <w:br/>
      </w:r>
      <w:r>
        <w:t xml:space="preserve">    (a) introduction</w:t>
      </w:r>
      <w:r>
        <w:br/>
      </w:r>
      <w:r>
        <w:t xml:space="preserve">    (b) smile</w:t>
      </w:r>
      <w:r>
        <w:br/>
      </w:r>
      <w:r>
        <w:t xml:space="preserve">    (c) greeting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spurned</w:t>
      </w:r>
      <w:r>
        <w:rPr>
          <w:b/>
          <w:bCs/>
        </w:rPr>
        <w:t xml:space="preserve"> </w:t>
      </w:r>
      <w:r>
        <w:rPr>
          <w:b/>
          <w:bCs/>
        </w:rPr>
        <w:t xml:space="preserve">both major parties in the last election.</w:t>
      </w:r>
      <w:r>
        <w:br/>
      </w:r>
      <w:r>
        <w:t xml:space="preserve">    (a) rejected</w:t>
      </w:r>
      <w:r>
        <w:br/>
      </w:r>
      <w:r>
        <w:t xml:space="preserve">    (b) joined</w:t>
      </w:r>
      <w:r>
        <w:br/>
      </w:r>
      <w:r>
        <w:t xml:space="preserve">    (c) founded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2026-07-31T14:46:33Z</dcterms:created>
  <dcterms:modified xsi:type="dcterms:W3CDTF">2026-07-31T14:46:33Z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