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e444314f039dfccfb6d7f1b7dadaa239a8a89e"/>
    <w:p>
      <w:pPr>
        <w:pStyle w:val="Heading1"/>
      </w:pPr>
      <w:r>
        <w:rPr>
          <w:b/>
          <w:bCs/>
        </w:rPr>
        <w:t xml:space="preserve">Hard Times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always pleased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eminently</w:t>
      </w:r>
      <w:r>
        <w:rPr>
          <w:b/>
          <w:bCs/>
        </w:rPr>
        <w:t xml:space="preserve"> </w:t>
      </w:r>
      <w:r>
        <w:rPr>
          <w:b/>
          <w:bCs/>
        </w:rPr>
        <w:t xml:space="preserve">practical friend.</w:t>
      </w:r>
      <w:r>
        <w:br/>
      </w:r>
      <w:r>
        <w:t xml:space="preserve">    (a) in a sloped manner</w:t>
      </w:r>
      <w:r>
        <w:br/>
      </w:r>
      <w:r>
        <w:t xml:space="preserve">    (b) with high standing</w:t>
      </w:r>
      <w:r>
        <w:br/>
      </w:r>
      <w:r>
        <w:t xml:space="preserve">    (c) with strong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'Now, to think of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vagabonds</w:t>
      </w:r>
      <w:r>
        <w:rPr>
          <w:b/>
          <w:bCs/>
        </w:rPr>
        <w:t xml:space="preserve">,' said he, 'attracting the young rabble from a model school.'</w:t>
      </w:r>
      <w:r>
        <w:br/>
      </w:r>
      <w:r>
        <w:t xml:space="preserve">    (a) degrades (decreases) the purity, quality, or status of something</w:t>
      </w:r>
      <w:r>
        <w:br/>
      </w:r>
      <w:r>
        <w:t xml:space="preserve">    (b) a person who wanders from town to town with no fixed home or job</w:t>
      </w:r>
      <w:r>
        <w:br/>
      </w:r>
      <w:r>
        <w:t xml:space="preserve">    (c) shows fear by positioning the body as though afraid of being hit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stopped just as his eminently practical friend,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two young culprits, entered the room.</w:t>
      </w:r>
      <w:r>
        <w:br/>
      </w:r>
      <w:r>
        <w:t xml:space="preserve">    (a) made possible</w:t>
      </w:r>
      <w:r>
        <w:br/>
      </w:r>
      <w:r>
        <w:t xml:space="preserve">    (b) got closer to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…Mr. E. W. B. Childers, so justly celebrated for his daring vaulting act as the Wild Huntsman of the North American Prairies; in which popular performance, a diminutive boy with an old face, who now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him, assisted as his infant son:</w:t>
      </w:r>
      <w:r>
        <w:br/>
      </w:r>
      <w:r>
        <w:t xml:space="preserve">    (a) began fighting</w:t>
      </w:r>
      <w:r>
        <w:br/>
      </w:r>
      <w:r>
        <w:t xml:space="preserve">    (b) performed with</w:t>
      </w:r>
      <w:r>
        <w:br/>
      </w:r>
      <w:r>
        <w:t xml:space="preserve">    (c) not controlled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brother sulkily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remonstrated</w:t>
      </w:r>
      <w:r>
        <w:rPr>
          <w:b/>
          <w:bCs/>
        </w:rPr>
        <w:t xml:space="preserve">.</w:t>
      </w:r>
      <w:r>
        <w:br/>
      </w:r>
      <w:r>
        <w:t xml:space="preserve">    (a) selected (on a computer screen)</w:t>
      </w:r>
      <w:r>
        <w:br/>
      </w:r>
      <w:r>
        <w:t xml:space="preserve">    (b) argued in protest or opposition</w:t>
      </w:r>
      <w:r>
        <w:br/>
      </w:r>
      <w:r>
        <w:t xml:space="preserve">    (c) took up or received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'Well known,'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assented</w:t>
      </w:r>
      <w:r>
        <w:rPr>
          <w:b/>
          <w:bCs/>
        </w:rPr>
        <w:t xml:space="preserve"> </w:t>
      </w:r>
      <w:r>
        <w:rPr>
          <w:b/>
          <w:bCs/>
        </w:rPr>
        <w:t xml:space="preserve">Mr. Sleary, rolling his loose eye.</w:t>
      </w:r>
      <w:r>
        <w:br/>
      </w:r>
      <w:r>
        <w:t xml:space="preserve">    (a) became less intense, less severe, or less active -- perhaps went away entirely</w:t>
      </w:r>
      <w:r>
        <w:br/>
      </w:r>
      <w:r>
        <w:t xml:space="preserve">    (b) to express agreement -- especially with a statement or proposal to do something</w:t>
      </w:r>
      <w:r>
        <w:br/>
      </w:r>
      <w:r>
        <w:t xml:space="preserve">    (c) campaigned or worked for a cause that was passionately believed to be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Parliamentary</w:t>
      </w:r>
      <w:r>
        <w:rPr>
          <w:b/>
          <w:bCs/>
        </w:rPr>
        <w:t xml:space="preserve">, this morning.</w:t>
      </w:r>
      <w:r>
        <w:br/>
      </w:r>
      <w:r>
        <w:t xml:space="preserve">    (a) relating to a form of democracy where the chief executive is selected by and answerable to and the legislature</w:t>
      </w:r>
      <w:r>
        <w:br/>
      </w:r>
      <w:r>
        <w:t xml:space="preserve">    (b) post-traumatic stress disorder -- an anxiety disorder that can develop after exposure to traumatic experiences</w:t>
      </w:r>
      <w:r>
        <w:br/>
      </w:r>
      <w:r>
        <w:t xml:space="preserve">    (c) a condition where the body cannot properly regulate blood sugar levels because doesn't use insulin effectively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sometimes seen a shade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on her blessed face, that smote him with remorse and despair.</w:t>
      </w:r>
      <w:r>
        <w:br/>
      </w:r>
      <w:r>
        <w:t xml:space="preserve">    (a) sadness</w:t>
      </w:r>
      <w:r>
        <w:br/>
      </w:r>
      <w:r>
        <w:t xml:space="preserve">    (b) about (but not exactly)</w:t>
      </w:r>
      <w:r>
        <w:br/>
      </w:r>
      <w:r>
        <w:t xml:space="preserve">    (c) relating to the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disparity</w:t>
      </w:r>
      <w:r>
        <w:rPr>
          <w:b/>
          <w:bCs/>
        </w:rPr>
        <w:t xml:space="preserve"> </w:t>
      </w:r>
      <w:r>
        <w:rPr>
          <w:b/>
          <w:bCs/>
        </w:rPr>
        <w:t xml:space="preserve">in your respective years, but in your means and positions there is none; on the contrary, there is a great suitability.</w:t>
      </w:r>
      <w:r>
        <w:br/>
      </w:r>
      <w:r>
        <w:t xml:space="preserve">    (a) the highest-ranking manager</w:t>
      </w:r>
      <w:r>
        <w:br/>
      </w:r>
      <w:r>
        <w:t xml:space="preserve">    (b) result or predictable value</w:t>
      </w:r>
      <w:r>
        <w:br/>
      </w:r>
      <w:r>
        <w:t xml:space="preserve">    (c) a difference between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could not make up his mind how to do that, or what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consequences</w:t>
      </w:r>
      <w:r>
        <w:rPr>
          <w:b/>
          <w:bCs/>
        </w:rPr>
        <w:t xml:space="preserve"> </w:t>
      </w:r>
      <w:r>
        <w:rPr>
          <w:b/>
          <w:bCs/>
        </w:rPr>
        <w:t xml:space="preserve">of the step might be.</w:t>
      </w:r>
      <w:r>
        <w:br/>
      </w:r>
      <w:r>
        <w:t xml:space="preserve">    (a) results (things that will happen because)</w:t>
      </w:r>
      <w:r>
        <w:br/>
      </w:r>
      <w:r>
        <w:t xml:space="preserve">    (b) desires</w:t>
      </w:r>
      <w:r>
        <w:br/>
      </w:r>
      <w:r>
        <w:t xml:space="preserve">    (c) battles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why doesn't she choose, when I tell her of 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it is?</w:t>
      </w:r>
      <w:r>
        <w:br/>
      </w:r>
      <w:r>
        <w:t xml:space="preserve">    (a) importance</w:t>
      </w:r>
      <w:r>
        <w:br/>
      </w:r>
      <w:r>
        <w:t xml:space="preserve">    (b) sticks out</w:t>
      </w:r>
      <w:r>
        <w:br/>
      </w:r>
      <w:r>
        <w:t xml:space="preserve">    (c)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Harthouse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his head in assent,</w:t>
      </w:r>
      <w:r>
        <w:br/>
      </w:r>
      <w:r>
        <w:t xml:space="preserve">    (a) told (a story)</w:t>
      </w:r>
      <w:r>
        <w:br/>
      </w:r>
      <w:r>
        <w:t xml:space="preserve">    (b) bent</w:t>
      </w:r>
      <w:r>
        <w:br/>
      </w:r>
      <w:r>
        <w:t xml:space="preserve">    (c) lied or misled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Sparsit was in good spirits,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be conversational.</w:t>
      </w:r>
      <w:r>
        <w:br/>
      </w:r>
      <w:r>
        <w:t xml:space="preserve">    (a) not capable of being suffered through (or put up with)</w:t>
      </w:r>
      <w:r>
        <w:br/>
      </w:r>
      <w:r>
        <w:t xml:space="preserve">    (b) the degree to which something can be solved or settled</w:t>
      </w:r>
      <w:r>
        <w:br/>
      </w:r>
      <w:r>
        <w:t xml:space="preserve">    (c) in the mood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very quick upon her with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</w:t>
      </w:r>
      <w:r>
        <w:rPr>
          <w:b/>
          <w:bCs/>
        </w:rPr>
        <w:t xml:space="preserve">.</w:t>
      </w:r>
      <w:r>
        <w:br/>
      </w:r>
      <w:r>
        <w:t xml:space="preserve">    (a) make possible</w:t>
      </w:r>
      <w:r>
        <w:br/>
      </w:r>
      <w:r>
        <w:t xml:space="preserve">    (b) stop fighting</w:t>
      </w:r>
      <w:r>
        <w:br/>
      </w:r>
      <w:r>
        <w:t xml:space="preserve">    (c) quickly reply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never made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pretence</w:t>
      </w:r>
      <w:r>
        <w:rPr>
          <w:b/>
          <w:bCs/>
        </w:rPr>
        <w:t xml:space="preserve"> </w:t>
      </w:r>
      <w:r>
        <w:rPr>
          <w:b/>
          <w:bCs/>
        </w:rPr>
        <w:t xml:space="preserve">to him or you that I loved him.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a general feeling of not being as good as others</w:t>
      </w:r>
      <w:r>
        <w:br/>
      </w:r>
      <w:r>
        <w:t xml:space="preserve">    (c) pretending 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you, father, I make no complaint.</w:t>
      </w:r>
      <w:r>
        <w:br/>
      </w:r>
      <w:r>
        <w:t xml:space="preserve">    (a) to spread to other parts of the body</w:t>
      </w:r>
      <w:r>
        <w:br/>
      </w:r>
      <w:r>
        <w:t xml:space="preserve">    (b) criticize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</w:t>
      </w:r>
      <w:r>
        <w:rPr>
          <w:b/>
          <w:bCs/>
        </w:rPr>
        <w:t xml:space="preserve"> </w:t>
      </w:r>
      <w:r>
        <w:rPr>
          <w:b/>
          <w:bCs/>
        </w:rPr>
        <w:t xml:space="preserve">you, for your own sake and for hers, to be more quiet.</w:t>
      </w:r>
      <w:r>
        <w:br/>
      </w:r>
      <w:r>
        <w:t xml:space="preserve">    (a) ask</w:t>
      </w:r>
      <w:r>
        <w:br/>
      </w:r>
      <w:r>
        <w:t xml:space="preserve">    (b) make possible</w:t>
      </w:r>
      <w:r>
        <w:br/>
      </w:r>
      <w:r>
        <w:t xml:space="preserve">    (c) stop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...on account of most people being judged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 to</w:t>
      </w:r>
      <w:r>
        <w:rPr>
          <w:b/>
          <w:bCs/>
        </w:rPr>
        <w:t xml:space="preserve"> </w:t>
      </w:r>
      <w:r>
        <w:rPr>
          <w:b/>
          <w:bCs/>
        </w:rPr>
        <w:t xml:space="preserve">the company they keep.</w:t>
      </w:r>
      <w:r>
        <w:br/>
      </w:r>
      <w:r>
        <w:t xml:space="preserve">    (a) idiom meaning</w:t>
      </w:r>
      <w:r>
        <w:t xml:space="preserve"> </w:t>
      </w:r>
      <w:r>
        <w:rPr>
          <w:i/>
          <w:iCs/>
        </w:rPr>
        <w:t xml:space="preserve">"won the day"</w:t>
      </w:r>
      <w:r>
        <w:br/>
      </w:r>
      <w:r>
        <w:t xml:space="preserve">    (b) based upon (in keeping with)</w:t>
      </w:r>
      <w:r>
        <w:br/>
      </w:r>
      <w:r>
        <w:t xml:space="preserve">    (c) U.S. history:  pre-Civil War period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his coming back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, and showing himself innocent</w:t>
      </w:r>
      <w:r>
        <w:br/>
      </w:r>
      <w:r>
        <w:t xml:space="preserve">    (a) the achievement of 3 positive feats in a sport</w:t>
      </w:r>
      <w:r>
        <w:br/>
      </w:r>
      <w:r>
        <w:t xml:space="preserve">    (b) tropical viral disease transmitted by a mosquito</w:t>
      </w:r>
      <w:r>
        <w:br/>
      </w:r>
      <w:r>
        <w:t xml:space="preserve">    (c) own mind (voluntarily without anyone forcing him to)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'It goes against me,' Rachael answered, in a gentler manner, 'to mistrust any one; but when I am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mistrusted</w:t>
      </w:r>
      <w:r>
        <w:rPr>
          <w:b/>
          <w:bCs/>
        </w:rPr>
        <w:t xml:space="preserve"> </w:t>
      </w:r>
      <w:r>
        <w:rPr>
          <w:b/>
          <w:bCs/>
        </w:rPr>
        <w:t xml:space="preserve">— when we all are — I cannot keep such things quite out of my mind.</w:t>
      </w:r>
      <w:r>
        <w:br/>
      </w:r>
      <w:r>
        <w:t xml:space="preserve">    (a) past-tense of the verb</w:t>
      </w:r>
      <w:r>
        <w:t xml:space="preserve"> </w:t>
      </w:r>
      <w:r>
        <w:rPr>
          <w:i/>
          <w:iCs/>
        </w:rPr>
        <w:t xml:space="preserve">lead</w:t>
      </w:r>
      <w:r>
        <w:br/>
      </w:r>
      <w:r>
        <w:t xml:space="preserve">    (b) didn't trust or have confidence in</w:t>
      </w:r>
      <w:r>
        <w:br/>
      </w:r>
      <w:r>
        <w:t xml:space="preserve">    (c) fruit cooked with sugar (like jam)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2026-07-31T14:46:33Z</dcterms:created>
  <dcterms:modified xsi:type="dcterms:W3CDTF">2026-07-31T14:46:33Z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