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08af99103840ca7722d7ad432932827f1b3ff8"/>
    <w:p>
      <w:pPr>
        <w:pStyle w:val="Heading1"/>
      </w:pPr>
      <w:r>
        <w:rPr>
          <w:b/>
          <w:bCs/>
        </w:rPr>
        <w:t xml:space="preserve">Hard Times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emphasis was helped by the speaker's voice, which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inflexible</w:t>
      </w:r>
      <w:r>
        <w:rPr>
          <w:b/>
          <w:bCs/>
        </w:rPr>
        <w:t xml:space="preserve">, dry, and dictatorial.</w:t>
      </w:r>
      <w:r>
        <w:br/>
      </w:r>
      <w:r>
        <w:t xml:space="preserve">    (a) not able to be translated</w:t>
      </w:r>
      <w:r>
        <w:br/>
      </w:r>
      <w:r>
        <w:t xml:space="preserve">    (b) not bendable or adaptable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Gradgrind nodded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.</w:t>
      </w:r>
      <w:r>
        <w:br/>
      </w:r>
      <w:r>
        <w:t xml:space="preserve">    (a) allowing</w:t>
      </w:r>
      <w:r>
        <w:br/>
      </w:r>
      <w:r>
        <w:t xml:space="preserve">    (b) not real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truth, Mrs. Gradgrind's stock of facts in general was woefully defective; but Mr. Gradgrind in raising her to her high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matrimonial</w:t>
      </w:r>
      <w:r>
        <w:rPr>
          <w:b/>
          <w:bCs/>
        </w:rPr>
        <w:t xml:space="preserve"> </w:t>
      </w:r>
      <w:r>
        <w:rPr>
          <w:b/>
          <w:bCs/>
        </w:rPr>
        <w:t xml:space="preserve">position, had been influenced by two reasons.</w:t>
      </w:r>
      <w:r>
        <w:br/>
      </w:r>
      <w:r>
        <w:t xml:space="preserve">    (a) able to be stopped from happening</w:t>
      </w:r>
      <w:r>
        <w:br/>
      </w:r>
      <w:r>
        <w:t xml:space="preserve">    (b) marriage (or related to marriage)</w:t>
      </w:r>
      <w:r>
        <w:br/>
      </w:r>
      <w:r>
        <w:t xml:space="preserve">    (c) improper, awkward, or unfavorable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solitary exception was the New Church; a stuccoed edifice with a square steeple over the door, terminating in four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pinnacles</w:t>
      </w:r>
      <w:r>
        <w:rPr>
          <w:b/>
          <w:bCs/>
        </w:rPr>
        <w:t xml:space="preserve"> </w:t>
      </w:r>
      <w:r>
        <w:rPr>
          <w:b/>
          <w:bCs/>
        </w:rPr>
        <w:t xml:space="preserve">like florid wooden legs.</w:t>
      </w:r>
      <w:r>
        <w:br/>
      </w:r>
      <w:r>
        <w:t xml:space="preserve">    (a) a pointed, high tower of a building</w:t>
      </w:r>
      <w:r>
        <w:br/>
      </w:r>
      <w:r>
        <w:t xml:space="preserve">    (b) removes or suppress anything considered obscene, immoral, or politically unacceptable  OR  people who does such suppression</w:t>
      </w:r>
      <w:r>
        <w:br/>
      </w:r>
      <w:r>
        <w:t xml:space="preserve">    (c) atones (demonstrates sorrow for a wrong either by doing something good in return for the wrong, or by accepting punishment)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could I do t'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her?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slowed down or caused problems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 This was so distinctly one of his subjects that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.</w:t>
      </w:r>
      <w:r>
        <w:br/>
      </w:r>
      <w:r>
        <w:t xml:space="preserve">    (a) not justified or explained as an understandable reaction to another action</w:t>
      </w:r>
      <w:r>
        <w:br/>
      </w:r>
      <w:r>
        <w:t xml:space="preserve">    (b) to insert between other elements; or to interrupt or stop action by others</w:t>
      </w:r>
      <w:r>
        <w:br/>
      </w:r>
      <w:r>
        <w:t xml:space="preserve">    (c) (verb) drew pictures to accompany  OR  (adjective) accompanied by pictures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Still,' said Mr. Gradgrind, 'I need not point out to you, Louisa, that it is governed by the laws which govern lives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aggregate</w:t>
      </w:r>
      <w:r>
        <w:rPr>
          <w:b/>
          <w:bCs/>
        </w:rPr>
        <w:t xml:space="preserve">.'</w:t>
      </w:r>
      <w:r>
        <w:br/>
      </w:r>
      <w:r>
        <w:t xml:space="preserve">    (a) disorder</w:t>
      </w:r>
      <w:r>
        <w:br/>
      </w:r>
      <w:r>
        <w:t xml:space="preserve">    (b) combined</w:t>
      </w:r>
      <w:r>
        <w:br/>
      </w:r>
      <w:r>
        <w:t xml:space="preserve">    (c) reporter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Sparsit sedately resumed her work and occasionally gave a small cough, which sounded like the cough of conscious strength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refraining (holding back) from acting  OR  patience, tolerance, or self-control</w:t>
      </w:r>
      <w:r>
        <w:br/>
      </w:r>
      <w:r>
        <w:t xml:space="preserve">    (b) a right that is naturally due because of human nature and the natural condition</w:t>
      </w:r>
      <w:r>
        <w:br/>
      </w:r>
      <w:r>
        <w:t xml:space="preserve">    (c) something suggested indirectly; or something that can be concluded; or a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indolence</w:t>
      </w:r>
      <w:r>
        <w:rPr>
          <w:b/>
          <w:bCs/>
        </w:rPr>
        <w:t xml:space="preserve"> </w:t>
      </w:r>
      <w:r>
        <w:rPr>
          <w:b/>
          <w:bCs/>
        </w:rPr>
        <w:t xml:space="preserve">of his manner</w:t>
      </w:r>
      <w:r>
        <w:br/>
      </w:r>
      <w:r>
        <w:t xml:space="preserve">    (a) not real</w:t>
      </w:r>
      <w:r>
        <w:br/>
      </w:r>
      <w:r>
        <w:t xml:space="preserve">    (b) allowing</w:t>
      </w:r>
      <w:r>
        <w:br/>
      </w:r>
      <w:r>
        <w:t xml:space="preserve">    (c) slowness or laziness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, and yet so careless; so reserved, and yet so watchful; so cold and proud, and yet so sensitively ashamed of her husband's braggart humility — from which she shrunk as if every example of it were a cut or a blow; that it was quite a new sensation to observe her.</w:t>
      </w:r>
      <w:r>
        <w:br/>
      </w:r>
      <w:r>
        <w:t xml:space="preserve">    (a) not provided with investment funds</w:t>
      </w:r>
      <w:r>
        <w:br/>
      </w:r>
      <w:r>
        <w:t xml:space="preserve">    (b) restricted; or lacking spontaneity</w:t>
      </w:r>
      <w:r>
        <w:br/>
      </w:r>
      <w:r>
        <w:t xml:space="preserve">    (c) stopped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Oh, men and Englishmen,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down-trodden</w:t>
      </w:r>
      <w:r>
        <w:rPr>
          <w:b/>
          <w:bCs/>
        </w:rPr>
        <w:t xml:space="preserve"> </w:t>
      </w:r>
      <w:r>
        <w:rPr>
          <w:b/>
          <w:bCs/>
        </w:rPr>
        <w:t xml:space="preserve">operatives of Coketown!</w:t>
      </w:r>
      <w:r>
        <w:br/>
      </w:r>
      <w:r>
        <w:t xml:space="preserve">    (a) holds together (connects or unites) or wraps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oppressed (often dispirited or disheartened)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Something to be worked so much and paid so much, and there ended; something to be infallibly settled by laws of supply and demand; something that blundered against those laws, and floundered into difficulty; something that was a little pinched when wheat was dear, and over-ate itself when wheat was cheap; something that increased at such a rate of percentage, and yielded such another percentage of crime, and such another percentage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pauperism</w:t>
      </w:r>
      <w:r>
        <w:rPr>
          <w:b/>
          <w:bCs/>
        </w:rPr>
        <w:t xml:space="preserve">; something wholesale, of which vast fortunes were made; something that occasionally rose like a sea, and did some harm and waste (chiefly to itself), and fell again; this she knew the Coketown Hands to be.</w:t>
      </w:r>
      <w:r>
        <w:br/>
      </w:r>
      <w:r>
        <w:t xml:space="preserve">    (a) sharpness or intenseness</w:t>
      </w:r>
      <w:r>
        <w:br/>
      </w:r>
      <w:r>
        <w:t xml:space="preserve">    (b) large amount or quantity</w:t>
      </w:r>
      <w:r>
        <w:br/>
      </w:r>
      <w:r>
        <w:t xml:space="preserve">    (c) someone who is very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 curious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call Mrs. Bounderby 'Miss Gradgrind,' and yielded to it some three or four score times in the course of the evening.</w:t>
      </w:r>
      <w:r>
        <w:br/>
      </w:r>
      <w:r>
        <w:t xml:space="preserve">    (a) interaction or interest</w:t>
      </w:r>
      <w:r>
        <w:br/>
      </w:r>
      <w:r>
        <w:t xml:space="preserve">    (b) tendency or inclination</w:t>
      </w:r>
      <w:r>
        <w:br/>
      </w:r>
      <w:r>
        <w:t xml:space="preserve">    (c) a subtle characteristic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 wretched boy looked cautiously up and found her gone, crept out of bed, fastened his door, and threw himself upon his pillow again: tearing his hair, morosely crying, grudgingly loving her, hatefully but impenitently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spurning</w:t>
      </w:r>
      <w:r>
        <w:rPr>
          <w:b/>
          <w:bCs/>
        </w:rPr>
        <w:t xml:space="preserve"> </w:t>
      </w:r>
      <w:r>
        <w:rPr>
          <w:b/>
          <w:bCs/>
        </w:rPr>
        <w:t xml:space="preserve">himself, and no less hatefully and unprofitably spurning all the good in the world.</w:t>
      </w:r>
      <w:r>
        <w:br/>
      </w:r>
      <w:r>
        <w:t xml:space="preserve">    (a) gradually adding or removing</w:t>
      </w:r>
      <w:r>
        <w:br/>
      </w:r>
      <w:r>
        <w:t xml:space="preserve">    (b) subsequent (happening later)</w:t>
      </w:r>
      <w:r>
        <w:br/>
      </w:r>
      <w:r>
        <w:t xml:space="preserve">    (c) rejecting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indeed, sir," said Mrs. Sparsit.</w:t>
      </w:r>
      <w:r>
        <w:br/>
      </w:r>
      <w:r>
        <w:t xml:space="preserve">    (a) real</w:t>
      </w:r>
      <w:r>
        <w:br/>
      </w:r>
      <w:r>
        <w:t xml:space="preserve">    (b) wise</w:t>
      </w:r>
      <w:r>
        <w:br/>
      </w:r>
      <w:r>
        <w:t xml:space="preserve">    (c)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 am quite sure,' repeated Sissy, 'that it is the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</w:t>
      </w:r>
      <w:r>
        <w:rPr>
          <w:b/>
          <w:bCs/>
        </w:rPr>
        <w:t xml:space="preserve"> </w:t>
      </w:r>
      <w:r>
        <w:rPr>
          <w:b/>
          <w:bCs/>
        </w:rPr>
        <w:t xml:space="preserve">in your power, sir.</w:t>
      </w:r>
      <w:r>
        <w:br/>
      </w:r>
      <w:r>
        <w:t xml:space="preserve">    (a) something that is different than others of its type (synonyms could include: adaptation, version, alternate form)</w:t>
      </w:r>
      <w:r>
        <w:br/>
      </w:r>
      <w:r>
        <w:t xml:space="preserve">    (b) compensation for a wrong -- usually an amount of money -- often payment required from the losing country in a war</w:t>
      </w:r>
      <w:r>
        <w:br/>
      </w:r>
      <w:r>
        <w:t xml:space="preserve">    (c) related to a theory that views history as class struggle and argues that capitalism will be replaced by communism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Perhaps,' said Bounderby, staring with all his might at his so quiet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assuasive</w:t>
      </w:r>
      <w:r>
        <w:rPr>
          <w:b/>
          <w:bCs/>
        </w:rPr>
        <w:t xml:space="preserve"> </w:t>
      </w:r>
      <w:r>
        <w:rPr>
          <w:b/>
          <w:bCs/>
        </w:rPr>
        <w:t xml:space="preserve">father-in-law, 'you know where your daughter is at the present time!'</w:t>
      </w:r>
      <w:r>
        <w:br/>
      </w:r>
      <w:r>
        <w:t xml:space="preserve">    (a) to soothe (make something less unpleasant or frightening)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parting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which he delivered himself was a sulky 'Good night, father!'</w:t>
      </w:r>
      <w:r>
        <w:br/>
      </w:r>
      <w:r>
        <w:t xml:space="preserve">    (a) a small hole or a series of small holes such as are used to make it easy to tear a piece of paper along a specific line</w:t>
      </w:r>
      <w:r>
        <w:br/>
      </w:r>
      <w:r>
        <w:t xml:space="preserve">    (b) a highly educated person interested in learning and exploring ideas -- sometimes while ignoring practical considerations</w:t>
      </w:r>
      <w:r>
        <w:br/>
      </w:r>
      <w:r>
        <w:t xml:space="preserve">    (c)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your judgment.</w:t>
      </w:r>
      <w:r>
        <w:br/>
      </w:r>
      <w:r>
        <w:t xml:space="preserve">    (a) to spoil something so it is not desirable</w:t>
      </w:r>
      <w:r>
        <w:br/>
      </w:r>
      <w:r>
        <w:t xml:space="preserve">    (b) criticize or make seem less good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then a letter, in a strange hand, saying 'he died in hospital, of fever, such a day, and died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penitence</w:t>
      </w:r>
      <w:r>
        <w:rPr>
          <w:b/>
          <w:bCs/>
        </w:rPr>
        <w:t xml:space="preserve"> </w:t>
      </w:r>
      <w:r>
        <w:rPr>
          <w:b/>
          <w:bCs/>
        </w:rPr>
        <w:t xml:space="preserve">and love of you:'</w:t>
      </w:r>
      <w:r>
        <w:br/>
      </w:r>
      <w:r>
        <w:t xml:space="preserve">    (a) a government, country, or ruling family of a country ruled by a king of queen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expressing sorrow for having done wrong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2026-07-31T14:46:33Z</dcterms:created>
  <dcterms:modified xsi:type="dcterms:W3CDTF">2026-07-31T14:46:33Z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