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f056d184b7c39509de86d08456ccf42e07fc21"/>
    <w:p>
      <w:pPr>
        <w:pStyle w:val="Heading1"/>
      </w:pPr>
      <w:r>
        <w:rPr>
          <w:b/>
          <w:bCs/>
        </w:rPr>
        <w:t xml:space="preserve">Hana's Suitcase</w:t>
      </w:r>
      <w:r>
        <w:br/>
      </w:r>
      <w:r>
        <w:rPr>
          <w:i/>
          <w:iCs/>
        </w:rPr>
        <w:t xml:space="preserve">Karen Levine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olden days, when the town was under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siege</w:t>
      </w:r>
      <w:r>
        <w:rPr>
          <w:b/>
          <w:bCs/>
        </w:rPr>
        <w:t xml:space="preserve">, it was used by soldiers to store food and supplies for the people of Nove Mesto.</w:t>
      </w:r>
      <w:r>
        <w:br/>
      </w:r>
      <w:r>
        <w:t xml:space="preserve">    (a) a military tactic in which a fortified place is surrounded and isolated while it is attacked over time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any prolonged attack, effort, or period of trouble</w:t>
      </w:r>
      <w:r>
        <w:br/>
      </w:r>
      <w:r>
        <w:t xml:space="preserve">    (b) the act of forcing into an undesired activity or situation -- such as legally sentencing someone to punishment  OR  the act of finding guilty -- especially in court</w:t>
      </w:r>
      <w:r>
        <w:br/>
      </w:r>
      <w:r>
        <w:t xml:space="preserve">    (c) a workplace where people do scientific or medical research, or produce drugs or chemicals (also used figuratively)  OR  (as an adjective) related to such a place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Hana was more than willing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demonstrate</w:t>
      </w:r>
      <w:r>
        <w:rPr>
          <w:b/>
          <w:bCs/>
        </w:rPr>
        <w:t xml:space="preserve"> </w:t>
      </w:r>
      <w:r>
        <w:rPr>
          <w:b/>
          <w:bCs/>
        </w:rPr>
        <w:t xml:space="preserve">her skill on the piano to anyone who would listen.</w:t>
      </w:r>
      <w:r>
        <w:br/>
      </w:r>
      <w:r>
        <w:t xml:space="preserve">    (a) quit</w:t>
      </w:r>
      <w:r>
        <w:br/>
      </w:r>
      <w:r>
        <w:t xml:space="preserve">    (b) show</w:t>
      </w:r>
      <w:r>
        <w:br/>
      </w:r>
      <w:r>
        <w:t xml:space="preserve">    (c) draw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astonished by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optimism</w:t>
      </w:r>
      <w:r>
        <w:rPr>
          <w:b/>
          <w:bCs/>
        </w:rPr>
        <w:t xml:space="preserve"> </w:t>
      </w:r>
      <w:r>
        <w:rPr>
          <w:b/>
          <w:bCs/>
        </w:rPr>
        <w:t xml:space="preserve">and their joy in living, despite everything they had been through.</w:t>
      </w:r>
      <w:r>
        <w:br/>
      </w:r>
      <w:r>
        <w:t xml:space="preserve">    (a) a particular way of seeing or thinking about things</w:t>
      </w:r>
      <w:r>
        <w:br/>
      </w:r>
      <w:r>
        <w:t xml:space="preserve">    (b) collection of star systems held together by gravity</w:t>
      </w:r>
      <w:r>
        <w:br/>
      </w:r>
      <w:r>
        <w:t xml:space="preserve">    (c) a tendency to expect and see the best in all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Once in a while, Hana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provoke</w:t>
      </w:r>
      <w:r>
        <w:rPr>
          <w:b/>
          <w:bCs/>
        </w:rPr>
        <w:t xml:space="preserve"> </w:t>
      </w:r>
      <w:r>
        <w:rPr>
          <w:b/>
          <w:bCs/>
        </w:rPr>
        <w:t xml:space="preserve">a battle with George, just to show off her muscles.</w:t>
      </w:r>
      <w:r>
        <w:br/>
      </w:r>
      <w:r>
        <w:t xml:space="preserve">    (a) cause (a reaction)</w:t>
      </w:r>
      <w:r>
        <w:br/>
      </w:r>
      <w:r>
        <w:t xml:space="preserve">    (b) notable difference</w:t>
      </w:r>
      <w:r>
        <w:br/>
      </w:r>
      <w:r>
        <w:t xml:space="preserve">    (c) come to terms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Refugees</w:t>
      </w:r>
      <w:r>
        <w:rPr>
          <w:b/>
          <w:bCs/>
        </w:rPr>
        <w:t xml:space="preserve"> </w:t>
      </w:r>
      <w:r>
        <w:rPr>
          <w:b/>
          <w:bCs/>
        </w:rPr>
        <w:t xml:space="preserve">— people trying to escape the Nazis — started appearing at the Bradys' door, asking for money, food and shelter.</w:t>
      </w:r>
      <w:r>
        <w:br/>
      </w:r>
      <w:r>
        <w:t xml:space="preserve">    (a) understandings or explanations</w:t>
      </w:r>
      <w:r>
        <w:br/>
      </w:r>
      <w:r>
        <w:t xml:space="preserve">    (b) people who fled their homeland</w:t>
      </w:r>
      <w:r>
        <w:br/>
      </w:r>
      <w:r>
        <w:t xml:space="preserve">    (c) quiet voices; or a quiet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Father hatched a plan,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ingenious</w:t>
      </w:r>
      <w:r>
        <w:rPr>
          <w:b/>
          <w:bCs/>
        </w:rPr>
        <w:t xml:space="preserve"> </w:t>
      </w:r>
      <w:r>
        <w:rPr>
          <w:b/>
          <w:bCs/>
        </w:rPr>
        <w:t xml:space="preserve">way to get around the Nazi rules.</w:t>
      </w:r>
      <w:r>
        <w:br/>
      </w:r>
      <w:r>
        <w:t xml:space="preserve">    (a) a tendency to think back on things</w:t>
      </w:r>
      <w:r>
        <w:br/>
      </w:r>
      <w:r>
        <w:t xml:space="preserve">    (b) showing cleverness and originality</w:t>
      </w:r>
      <w:r>
        <w:br/>
      </w:r>
      <w:r>
        <w:t xml:space="preserve">    (c) aware or concerned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humiliating</w:t>
      </w:r>
      <w:r>
        <w:rPr>
          <w:b/>
          <w:bCs/>
        </w:rPr>
        <w:t xml:space="preserve">.</w:t>
      </w:r>
      <w:r>
        <w:br/>
      </w:r>
      <w:r>
        <w:t xml:space="preserve">    (a) protecting something or keeping it as it is</w:t>
      </w:r>
      <w:r>
        <w:br/>
      </w:r>
      <w:r>
        <w:t xml:space="preserve">    (b) extremely embarrassing (decreasing dignity)</w:t>
      </w:r>
      <w:r>
        <w:br/>
      </w:r>
      <w:r>
        <w:t xml:space="preserve">    (c) compensating for a loss; or paying a reward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on a late September day in 1941, he left his house feeling 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brazen</w:t>
      </w:r>
      <w:r>
        <w:rPr>
          <w:b/>
          <w:bCs/>
        </w:rPr>
        <w:t xml:space="preserve">.</w:t>
      </w:r>
      <w:r>
        <w:br/>
      </w:r>
      <w:r>
        <w:t xml:space="preserve">    (a) make one's home in; or live in; or stay (in a place)</w:t>
      </w:r>
      <w:r>
        <w:br/>
      </w:r>
      <w:r>
        <w:t xml:space="preserve">    (b) to concentrate, look at; or the act of concentration</w:t>
      </w:r>
      <w:r>
        <w:br/>
      </w:r>
      <w:r>
        <w:t xml:space="preserve">    (c) bold and unrestrained by what others consider proper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wanted to see the face of this little girl whose story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yearned</w:t>
      </w:r>
      <w:r>
        <w:rPr>
          <w:b/>
          <w:bCs/>
        </w:rPr>
        <w:t xml:space="preserve"> </w:t>
      </w:r>
      <w:r>
        <w:rPr>
          <w:b/>
          <w:bCs/>
        </w:rPr>
        <w:t xml:space="preserve">to know.</w:t>
      </w:r>
      <w:r>
        <w:br/>
      </w:r>
      <w:r>
        <w:t xml:space="preserve">    (a) strongly desired</w:t>
      </w:r>
      <w:r>
        <w:br/>
      </w:r>
      <w:r>
        <w:t xml:space="preserve">    (b) stopped fighting</w:t>
      </w:r>
      <w:r>
        <w:br/>
      </w:r>
      <w:r>
        <w:t xml:space="preserve">    (c) not concentrated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 </w:t>
      </w:r>
      <w:r>
        <w:rPr>
          <w:b/>
          <w:bCs/>
        </w:rPr>
        <w:t xml:space="preserve">she managed to finish a blue blouse of which she was very proud.</w:t>
      </w:r>
      <w:r>
        <w:br/>
      </w:r>
      <w:r>
        <w:t xml:space="preserve">    (a) therefore (for that reason)</w:t>
      </w:r>
      <w:r>
        <w:br/>
      </w:r>
      <w:r>
        <w:t xml:space="preserve">    (b) in spite of that (used to connect contrasting ideas)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based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Monopoly</w:t>
      </w:r>
      <w:r>
        <w:rPr>
          <w:b/>
          <w:bCs/>
        </w:rPr>
        <w:t xml:space="preserve">, created for the children by an engineer named Oswald Pock who had been deported to Terezin.</w:t>
      </w:r>
      <w:r>
        <w:br/>
      </w:r>
      <w:r>
        <w:t xml:space="preserve">    (a) in a manner that tries to obtain a result through gentle and careful effort -- often gently persuading</w:t>
      </w:r>
      <w:r>
        <w:br/>
      </w:r>
      <w:r>
        <w:t xml:space="preserve">    (b) complete control over a product, service, or resource -- usually by a single person, company, or group</w:t>
      </w:r>
      <w:r>
        <w:br/>
      </w:r>
      <w:r>
        <w:t xml:space="preserve">    (c) in the manner of someone who consumes more than they should -- especially eating and drinking too much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Hana soon learned that old people in Theresienstadt were given the smallest and worst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rations</w:t>
      </w:r>
      <w:r>
        <w:rPr>
          <w:b/>
          <w:bCs/>
        </w:rPr>
        <w:t xml:space="preserve">.</w:t>
      </w:r>
      <w:r>
        <w:br/>
      </w:r>
      <w:r>
        <w:t xml:space="preserve">    (a) atones (demonstrates sorrow for a wrong either by doing something good in return for the wrong, or by accepting punishment)</w:t>
      </w:r>
      <w:r>
        <w:br/>
      </w:r>
      <w:r>
        <w:t xml:space="preserve">    (b) removes or suppress anything considered obscene, immoral, or politically unacceptable  OR  people who does such suppression</w:t>
      </w:r>
      <w:r>
        <w:br/>
      </w:r>
      <w:r>
        <w:t xml:space="preserve">    (c) a fixed share of something, especially scarce goods like food or fuel; or to limit and distribute something in fixed shares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Hana became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despondent</w:t>
      </w:r>
      <w:r>
        <w:rPr>
          <w:b/>
          <w:bCs/>
        </w:rPr>
        <w:t xml:space="preserve">.</w:t>
      </w:r>
      <w:r>
        <w:br/>
      </w:r>
      <w:r>
        <w:t xml:space="preserve">    (a) disbelief</w:t>
      </w:r>
      <w:r>
        <w:br/>
      </w:r>
      <w:r>
        <w:t xml:space="preserve">    (b) not human</w:t>
      </w:r>
      <w:r>
        <w:br/>
      </w:r>
      <w:r>
        <w:t xml:space="preserve">    (c) depressed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Only gentle Ella could convince her to eat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meager</w:t>
      </w:r>
      <w:r>
        <w:rPr>
          <w:b/>
          <w:bCs/>
        </w:rPr>
        <w:t xml:space="preserve"> </w:t>
      </w:r>
      <w:r>
        <w:rPr>
          <w:b/>
          <w:bCs/>
        </w:rPr>
        <w:t xml:space="preserve">rations.</w:t>
      </w:r>
      <w:r>
        <w:br/>
      </w:r>
      <w:r>
        <w:t xml:space="preserve">    (a) a sensible view of a situation</w:t>
      </w:r>
      <w:r>
        <w:br/>
      </w:r>
      <w:r>
        <w:t xml:space="preserve">    (b) lacking in quantity or quality</w:t>
      </w:r>
      <w:r>
        <w:br/>
      </w:r>
      <w:r>
        <w:t xml:space="preserve">    (c) made by taking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throats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parched</w:t>
      </w:r>
      <w:r>
        <w:rPr>
          <w:b/>
          <w:bCs/>
        </w:rPr>
        <w:t xml:space="preserve">, their bones ached, their stomachs twitched with hunger.</w:t>
      </w:r>
      <w:r>
        <w:br/>
      </w:r>
      <w:r>
        <w:t xml:space="preserve">    (a) convinced (someone) that an idea previously believed was not correct</w:t>
      </w:r>
      <w:r>
        <w:br/>
      </w:r>
      <w:r>
        <w:t xml:space="preserve">    (b) not with energy redirected from a negative impulse to a positive one</w:t>
      </w:r>
      <w:r>
        <w:br/>
      </w:r>
      <w:r>
        <w:t xml:space="preserve">    (c) dried out by heat or excessive exposure to sunlight; or very thirsty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Auschwitz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liberated</w:t>
      </w:r>
      <w:r>
        <w:rPr>
          <w:b/>
          <w:bCs/>
        </w:rPr>
        <w:t xml:space="preserve"> </w:t>
      </w:r>
      <w:r>
        <w:rPr>
          <w:b/>
          <w:bCs/>
        </w:rPr>
        <w:t xml:space="preserve">in January 1945, George Brady was seventeen years old.</w:t>
      </w:r>
      <w:r>
        <w:br/>
      </w:r>
      <w:r>
        <w:t xml:space="preserve">    (a) set free</w:t>
      </w:r>
      <w:r>
        <w:br/>
      </w:r>
      <w:r>
        <w:t xml:space="preserve">    (b) collided</w:t>
      </w:r>
      <w:r>
        <w:br/>
      </w:r>
      <w:r>
        <w:t xml:space="preserve">    (c) restored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searched for her in every young girl's face he saw, in every ponytail that swished by, in every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jaunty</w:t>
      </w:r>
      <w:r>
        <w:rPr>
          <w:b/>
          <w:bCs/>
        </w:rPr>
        <w:t xml:space="preserve"> </w:t>
      </w:r>
      <w:r>
        <w:rPr>
          <w:b/>
          <w:bCs/>
        </w:rPr>
        <w:t xml:space="preserve">step of a healthy child on the street.</w:t>
      </w:r>
      <w:r>
        <w:br/>
      </w:r>
      <w:r>
        <w:t xml:space="preserve">    (a) with the involvement of other people or things</w:t>
      </w:r>
      <w:r>
        <w:br/>
      </w:r>
      <w:r>
        <w:t xml:space="preserve">    (b) appearing cheerful, lively, and self-confident</w:t>
      </w:r>
      <w:r>
        <w:br/>
      </w:r>
      <w:r>
        <w:t xml:space="preserve">    (c) the state or degree of being greater than zero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want to understand what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prejudice</w:t>
      </w:r>
      <w:r>
        <w:rPr>
          <w:b/>
          <w:bCs/>
        </w:rPr>
        <w:t xml:space="preserve">, intolerance, and hatred did to young Jewish children.</w:t>
      </w:r>
      <w:r>
        <w:br/>
      </w:r>
      <w:r>
        <w:t xml:space="preserve">    (a) to expression feelings or thoughts enthusiastically  OR  to squirt or give off (typically under pressure such as blood or leaking gas)</w:t>
      </w:r>
      <w:r>
        <w:br/>
      </w:r>
      <w:r>
        <w:t xml:space="preserve">    (b) fear, or anticipate with worry (commonly only seen in the forms "apprehensive" and "apprehension," but seen in this form in classic literature)</w:t>
      </w:r>
      <w:r>
        <w:br/>
      </w:r>
      <w:r>
        <w:t xml:space="preserve">    (c) bias that prevents objective consideration -- especially an unreasonable belief that is unfair to members of a race, religion, or other group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beautiful, strong,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mischievous</w:t>
      </w:r>
      <w:r>
        <w:rPr>
          <w:b/>
          <w:bCs/>
        </w:rPr>
        <w:t xml:space="preserve">, generous, fun-loving sister.</w:t>
      </w:r>
      <w:r>
        <w:br/>
      </w:r>
      <w:r>
        <w:t xml:space="preserve">    (a) the quality of behaving in an instinctive, uninhibited, and unplanned manner</w:t>
      </w:r>
      <w:r>
        <w:br/>
      </w:r>
      <w:r>
        <w:t xml:space="preserve">    (b) the state or degree of having the ability to change for different situations</w:t>
      </w:r>
      <w:r>
        <w:br/>
      </w:r>
      <w:r>
        <w:t xml:space="preserve">    (c) playfully causing minor trouble; or describing the smile of someone doing so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Because of her — her suitcase and her story — thousands of Japanese children were learning about what George believed to be the most important values in the world: tolerance, respect,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compassion</w:t>
      </w:r>
      <w:r>
        <w:rPr>
          <w:b/>
          <w:bCs/>
        </w:rPr>
        <w:t xml:space="preserve">.</w:t>
      </w:r>
      <w:r>
        <w:br/>
      </w:r>
      <w:r>
        <w:t xml:space="preserve">    (a) sympathy for another's suffering and wanting to help</w:t>
      </w:r>
      <w:r>
        <w:br/>
      </w:r>
      <w:r>
        <w:t xml:space="preserve">    (b) the taking on or adoption of power or responsibility</w:t>
      </w:r>
      <w:r>
        <w:br/>
      </w:r>
      <w:r>
        <w:t xml:space="preserve">    (c) the process of controlling (how something turns out)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2026-07-31T20:00:00Z</dcterms:created>
  <dcterms:modified xsi:type="dcterms:W3CDTF">2026-07-31T20:00:00Z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