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7b7b1ddb17f4fef3606d0aae7a4881f9e1da449"/>
    <w:p>
      <w:pPr>
        <w:pStyle w:val="Heading1"/>
      </w:pPr>
      <w:r>
        <w:rPr>
          <w:b/>
          <w:bCs/>
        </w:rPr>
        <w:t xml:space="preserve">Hamlet, Prince of Denmark</w:t>
      </w:r>
      <w:r>
        <w:br/>
      </w:r>
      <w:r>
        <w:rPr>
          <w:i/>
          <w:iCs/>
        </w:rPr>
        <w:t xml:space="preserve">William Shakespeare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honey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adulterated</w:t>
      </w:r>
      <w:r>
        <w:rPr>
          <w:b/>
          <w:bCs/>
        </w:rPr>
        <w:t xml:space="preserve">.</w:t>
      </w:r>
      <w:r>
        <w:br/>
      </w:r>
      <w:r>
        <w:t xml:space="preserve">    (a) not pure</w:t>
      </w:r>
      <w:r>
        <w:br/>
      </w:r>
      <w:r>
        <w:t xml:space="preserve">    (b) inexpensive</w:t>
      </w:r>
      <w:r>
        <w:br/>
      </w:r>
      <w:r>
        <w:t xml:space="preserve">    (c) organic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Clear skies and a warm breeze made for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auspicious</w:t>
      </w:r>
      <w:r>
        <w:rPr>
          <w:b/>
          <w:bCs/>
        </w:rPr>
        <w:t xml:space="preserve"> </w:t>
      </w:r>
      <w:r>
        <w:rPr>
          <w:b/>
          <w:bCs/>
        </w:rPr>
        <w:t xml:space="preserve">start to the journey.</w:t>
      </w:r>
      <w:r>
        <w:br/>
      </w:r>
      <w:r>
        <w:t xml:space="preserve">    (a) favorable and promising</w:t>
      </w:r>
      <w:r>
        <w:br/>
      </w:r>
      <w:r>
        <w:t xml:space="preserve">    (b) ominous and dark</w:t>
      </w:r>
      <w:r>
        <w:br/>
      </w:r>
      <w:r>
        <w:t xml:space="preserve">    (c) dull and ordinary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like Twitter for its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brevity</w:t>
      </w:r>
      <w:r>
        <w:rPr>
          <w:b/>
          <w:bCs/>
        </w:rPr>
        <w:t xml:space="preserve">.</w:t>
      </w:r>
      <w:r>
        <w:br/>
      </w:r>
      <w:r>
        <w:t xml:space="preserve">    (a) varied texts</w:t>
      </w:r>
      <w:r>
        <w:br/>
      </w:r>
      <w:r>
        <w:t xml:space="preserve">    (b) short texts</w:t>
      </w:r>
      <w:r>
        <w:br/>
      </w:r>
      <w:r>
        <w:t xml:space="preserve">    (c) clever texts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can expect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calumny</w:t>
      </w:r>
      <w:r>
        <w:rPr>
          <w:b/>
          <w:bCs/>
        </w:rPr>
        <w:t xml:space="preserve"> </w:t>
      </w:r>
      <w:r>
        <w:rPr>
          <w:b/>
          <w:bCs/>
        </w:rPr>
        <w:t xml:space="preserve">from our critics.</w:t>
      </w:r>
      <w:r>
        <w:br/>
      </w:r>
      <w:r>
        <w:t xml:space="preserve">    (a) foolish mistakes</w:t>
      </w:r>
      <w:r>
        <w:br/>
      </w:r>
      <w:r>
        <w:t xml:space="preserve">    (b) false accusations</w:t>
      </w:r>
      <w:r>
        <w:br/>
      </w:r>
      <w:r>
        <w:t xml:space="preserve">    (c) criticism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algebra, letters often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denote</w:t>
      </w:r>
      <w:r>
        <w:rPr>
          <w:b/>
          <w:bCs/>
        </w:rPr>
        <w:t xml:space="preserve"> </w:t>
      </w:r>
      <w:r>
        <w:rPr>
          <w:b/>
          <w:bCs/>
        </w:rPr>
        <w:t xml:space="preserve">unknown numbers in equations.</w:t>
      </w:r>
      <w:r>
        <w:br/>
      </w:r>
      <w:r>
        <w:t xml:space="preserve">    (a) confuse</w:t>
      </w:r>
      <w:r>
        <w:br/>
      </w:r>
      <w:r>
        <w:t xml:space="preserve">    (b) scatter</w:t>
      </w:r>
      <w:r>
        <w:br/>
      </w:r>
      <w:r>
        <w:t xml:space="preserve">    (c) represent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is too much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discord</w:t>
      </w:r>
      <w:r>
        <w:rPr>
          <w:b/>
          <w:bCs/>
        </w:rPr>
        <w:t xml:space="preserve"> </w:t>
      </w:r>
      <w:r>
        <w:rPr>
          <w:b/>
          <w:bCs/>
        </w:rPr>
        <w:t xml:space="preserve">in their home.</w:t>
      </w:r>
      <w:r>
        <w:br/>
      </w:r>
      <w:r>
        <w:t xml:space="preserve">    (a) loud noise</w:t>
      </w:r>
      <w:r>
        <w:br/>
      </w:r>
      <w:r>
        <w:t xml:space="preserve">    (b) conflict</w:t>
      </w:r>
      <w:r>
        <w:br/>
      </w:r>
      <w:r>
        <w:t xml:space="preserve">    (c) uncritical agreement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both entertains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edifies</w:t>
      </w:r>
      <w:r>
        <w:rPr>
          <w:b/>
          <w:bCs/>
        </w:rPr>
        <w:t xml:space="preserve"> </w:t>
      </w:r>
      <w:r>
        <w:rPr>
          <w:b/>
          <w:bCs/>
        </w:rPr>
        <w:t xml:space="preserve">when she speaks.</w:t>
      </w:r>
      <w:r>
        <w:br/>
      </w:r>
      <w:r>
        <w:t xml:space="preserve">    (a) puzzles listeners</w:t>
      </w:r>
      <w:r>
        <w:br/>
      </w:r>
      <w:r>
        <w:t xml:space="preserve">    (b) teaches or instructs</w:t>
      </w:r>
      <w:r>
        <w:br/>
      </w:r>
      <w:r>
        <w:t xml:space="preserve">    (c) learns from others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family chose a short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epitaph</w:t>
      </w:r>
      <w:r>
        <w:rPr>
          <w:b/>
          <w:bCs/>
        </w:rPr>
        <w:t xml:space="preserve"> </w:t>
      </w:r>
      <w:r>
        <w:rPr>
          <w:b/>
          <w:bCs/>
        </w:rPr>
        <w:t xml:space="preserve">to carve on her gravestone.</w:t>
      </w:r>
      <w:r>
        <w:br/>
      </w:r>
      <w:r>
        <w:t xml:space="preserve">    (a) wedding speech</w:t>
      </w:r>
      <w:r>
        <w:br/>
      </w:r>
      <w:r>
        <w:t xml:space="preserve">    (b) legal warning</w:t>
      </w:r>
      <w:r>
        <w:br/>
      </w:r>
      <w:r>
        <w:t xml:space="preserve">    (c) tombstone words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few of the old traditions are still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extant</w:t>
      </w:r>
      <w:r>
        <w:rPr>
          <w:b/>
          <w:bCs/>
        </w:rPr>
        <w:t xml:space="preserve"> </w:t>
      </w:r>
      <w:r>
        <w:rPr>
          <w:b/>
          <w:bCs/>
        </w:rPr>
        <w:t xml:space="preserve">in rural areas.</w:t>
      </w:r>
      <w:r>
        <w:br/>
      </w:r>
      <w:r>
        <w:t xml:space="preserve">    (a) restarted (a fire)</w:t>
      </w:r>
      <w:r>
        <w:br/>
      </w:r>
      <w:r>
        <w:t xml:space="preserve">    (b) wrongly translates</w:t>
      </w:r>
      <w:r>
        <w:br/>
      </w:r>
      <w:r>
        <w:t xml:space="preserve">    (c) still in existence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appreciate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forbearance</w:t>
      </w:r>
      <w:r>
        <w:rPr>
          <w:b/>
          <w:bCs/>
        </w:rPr>
        <w:t xml:space="preserve">.</w:t>
      </w:r>
      <w:r>
        <w:br/>
      </w:r>
      <w:r>
        <w:t xml:space="preserve">    (a) financial loan</w:t>
      </w:r>
      <w:r>
        <w:br/>
      </w:r>
      <w:r>
        <w:t xml:space="preserve">    (b) family concerns</w:t>
      </w:r>
      <w:r>
        <w:br/>
      </w:r>
      <w:r>
        <w:t xml:space="preserve">    (c) patience or tolerance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decided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forgo</w:t>
      </w:r>
      <w:r>
        <w:rPr>
          <w:b/>
          <w:bCs/>
        </w:rPr>
        <w:t xml:space="preserve"> </w:t>
      </w:r>
      <w:r>
        <w:rPr>
          <w:b/>
          <w:bCs/>
        </w:rPr>
        <w:t xml:space="preserve">dessert in order to stick to her diet.</w:t>
      </w:r>
      <w:r>
        <w:br/>
      </w:r>
      <w:r>
        <w:t xml:space="preserve">    (a) do without</w:t>
      </w:r>
      <w:r>
        <w:br/>
      </w:r>
      <w:r>
        <w:t xml:space="preserve">    (b) share with all</w:t>
      </w:r>
      <w:r>
        <w:br/>
      </w:r>
      <w:r>
        <w:t xml:space="preserve">    (c) ask for more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lambs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gamboling</w:t>
      </w:r>
      <w:r>
        <w:rPr>
          <w:b/>
          <w:bCs/>
        </w:rPr>
        <w:t xml:space="preserve"> </w:t>
      </w:r>
      <w:r>
        <w:rPr>
          <w:b/>
          <w:bCs/>
        </w:rPr>
        <w:t xml:space="preserve">in the meadow.</w:t>
      </w:r>
      <w:r>
        <w:br/>
      </w:r>
      <w:r>
        <w:t xml:space="preserve">    (a) frolicking</w:t>
      </w:r>
      <w:r>
        <w:br/>
      </w:r>
      <w:r>
        <w:t xml:space="preserve">    (b) eating</w:t>
      </w:r>
      <w:r>
        <w:br/>
      </w:r>
      <w:r>
        <w:t xml:space="preserve">    (c) hiding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Roses grow best in well-drained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loam</w:t>
      </w:r>
      <w:r>
        <w:rPr>
          <w:b/>
          <w:bCs/>
        </w:rPr>
        <w:t xml:space="preserve"> </w:t>
      </w:r>
      <w:r>
        <w:rPr>
          <w:b/>
          <w:bCs/>
        </w:rPr>
        <w:t xml:space="preserve">mixed with a bit of compost.</w:t>
      </w:r>
      <w:r>
        <w:br/>
      </w:r>
      <w:r>
        <w:t xml:space="preserve">    (a) fresh hay</w:t>
      </w:r>
      <w:r>
        <w:br/>
      </w:r>
      <w:r>
        <w:t xml:space="preserve">    (b) old straw</w:t>
      </w:r>
      <w:r>
        <w:br/>
      </w:r>
      <w:r>
        <w:t xml:space="preserve">    (c) rich soil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considered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paragon</w:t>
      </w:r>
      <w:r>
        <w:rPr>
          <w:b/>
          <w:bCs/>
        </w:rPr>
        <w:t xml:space="preserve"> </w:t>
      </w:r>
      <w:r>
        <w:rPr>
          <w:b/>
          <w:bCs/>
        </w:rPr>
        <w:t xml:space="preserve">of patience by all her coworkers.</w:t>
      </w:r>
      <w:r>
        <w:br/>
      </w:r>
      <w:r>
        <w:t xml:space="preserve">    (a) an average sample</w:t>
      </w:r>
      <w:r>
        <w:br/>
      </w:r>
      <w:r>
        <w:t xml:space="preserve">    (b) a clear failure</w:t>
      </w:r>
      <w:r>
        <w:br/>
      </w:r>
      <w:r>
        <w:t xml:space="preserve">    (c) a perfect example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became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precept</w:t>
      </w:r>
      <w:r>
        <w:rPr>
          <w:b/>
          <w:bCs/>
        </w:rPr>
        <w:t xml:space="preserve"> </w:t>
      </w:r>
      <w:r>
        <w:rPr>
          <w:b/>
          <w:bCs/>
        </w:rPr>
        <w:t xml:space="preserve">of U.S. foreign policy.</w:t>
      </w:r>
      <w:r>
        <w:br/>
      </w:r>
      <w:r>
        <w:t xml:space="preserve">    (a) sign</w:t>
      </w:r>
      <w:r>
        <w:br/>
      </w:r>
      <w:r>
        <w:t xml:space="preserve">    (b) problem</w:t>
      </w:r>
      <w:r>
        <w:br/>
      </w:r>
      <w:r>
        <w:t xml:space="preserve">    (c) rule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repugnant</w:t>
      </w:r>
      <w:r>
        <w:rPr>
          <w:b/>
          <w:bCs/>
        </w:rPr>
        <w:t xml:space="preserve"> </w:t>
      </w:r>
      <w:r>
        <w:rPr>
          <w:b/>
          <w:bCs/>
        </w:rPr>
        <w:t xml:space="preserve">behavior at the party made everyone want to go home early.</w:t>
      </w:r>
      <w:r>
        <w:br/>
      </w:r>
      <w:r>
        <w:t xml:space="preserve">    (a) deeply offensive</w:t>
      </w:r>
      <w:r>
        <w:br/>
      </w:r>
      <w:r>
        <w:t xml:space="preserve">    (b) warmly welcomed</w:t>
      </w:r>
      <w:r>
        <w:br/>
      </w:r>
      <w:r>
        <w:t xml:space="preserve">    (c) highly amusing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scruples</w:t>
      </w:r>
      <w:r>
        <w:rPr>
          <w:b/>
          <w:bCs/>
        </w:rPr>
        <w:t xml:space="preserve"> </w:t>
      </w:r>
      <w:r>
        <w:rPr>
          <w:b/>
          <w:bCs/>
        </w:rPr>
        <w:t xml:space="preserve">were not so strong as to withstand her friend's arguments.</w:t>
      </w:r>
      <w:r>
        <w:br/>
      </w:r>
      <w:r>
        <w:t xml:space="preserve">    (a) known facts</w:t>
      </w:r>
      <w:r>
        <w:br/>
      </w:r>
      <w:r>
        <w:t xml:space="preserve">    (b) principles that discourage certain kinds of action</w:t>
      </w:r>
      <w:r>
        <w:br/>
      </w:r>
      <w:r>
        <w:t xml:space="preserve">    (c) firmness of purpose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Speaker of the House is second in the line of the U.S. presidential line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succession</w:t>
      </w:r>
      <w:r>
        <w:rPr>
          <w:b/>
          <w:bCs/>
        </w:rPr>
        <w:t xml:space="preserve">.</w:t>
      </w:r>
      <w:r>
        <w:br/>
      </w:r>
      <w:r>
        <w:t xml:space="preserve">    (a) formula (a mathematical expression that describe a relationship between variables)</w:t>
      </w:r>
      <w:r>
        <w:br/>
      </w:r>
      <w:r>
        <w:t xml:space="preserve">    (b) officially telling someone about something; or something that contains the message</w:t>
      </w:r>
      <w:r>
        <w:br/>
      </w:r>
      <w:r>
        <w:t xml:space="preserve">    (c) replacement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Everyone liked the idea. The arguments I prepared to support it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superfluous</w:t>
      </w:r>
      <w:r>
        <w:rPr>
          <w:b/>
          <w:bCs/>
        </w:rPr>
        <w:t xml:space="preserve">.</w:t>
      </w:r>
      <w:r>
        <w:br/>
      </w:r>
      <w:r>
        <w:t xml:space="preserve">    (a) unnecessary</w:t>
      </w:r>
      <w:r>
        <w:br/>
      </w:r>
      <w:r>
        <w:t xml:space="preserve">    (b) important</w:t>
      </w:r>
      <w:r>
        <w:br/>
      </w:r>
      <w:r>
        <w:t xml:space="preserve">    (c) appreciated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quick to take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umbrage</w:t>
      </w:r>
      <w:r>
        <w:rPr>
          <w:b/>
          <w:bCs/>
        </w:rPr>
        <w:t xml:space="preserve"> </w:t>
      </w:r>
      <w:r>
        <w:rPr>
          <w:b/>
          <w:bCs/>
        </w:rPr>
        <w:t xml:space="preserve">when someone critiques her work.</w:t>
      </w:r>
      <w:r>
        <w:br/>
      </w:r>
      <w:r>
        <w:t xml:space="preserve">    (a) her leave</w:t>
      </w:r>
      <w:r>
        <w:br/>
      </w:r>
      <w:r>
        <w:t xml:space="preserve">    (b) constructive criticism</w:t>
      </w:r>
      <w:r>
        <w:br/>
      </w:r>
      <w:r>
        <w:t xml:space="preserve">    (c) offense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2026-07-31T14:28:24Z</dcterms:created>
  <dcterms:modified xsi:type="dcterms:W3CDTF">2026-07-31T14:28:24Z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