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b7cb75554edb6aa52fcbf99b44060850db8b1c"/>
    <w:p>
      <w:pPr>
        <w:pStyle w:val="Heading1"/>
      </w:pPr>
      <w:r>
        <w:rPr>
          <w:b/>
          <w:bCs/>
        </w:rPr>
        <w:t xml:space="preserve">Hamlet, Prince of Denmark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Therefore I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entreated</w:t>
      </w:r>
      <w:r>
        <w:rPr>
          <w:b/>
          <w:bCs/>
        </w:rPr>
        <w:t xml:space="preserve"> </w:t>
      </w:r>
      <w:r>
        <w:rPr>
          <w:b/>
          <w:bCs/>
        </w:rPr>
        <w:t xml:space="preserve">him along</w:t>
      </w:r>
      <w:r>
        <w:br/>
      </w:r>
      <w:r>
        <w:rPr>
          <w:b/>
          <w:bCs/>
        </w:rPr>
        <w:t xml:space="preserve">With us to watch the minutes of this night;</w:t>
      </w:r>
      <w:r>
        <w:br/>
      </w:r>
      <w:r>
        <w:rPr>
          <w:b/>
          <w:bCs/>
        </w:rPr>
        <w:t xml:space="preserve">That, if again this apparition come</w:t>
      </w:r>
      <w:r>
        <w:br/>
      </w:r>
      <w:r>
        <w:rPr>
          <w:b/>
          <w:bCs/>
        </w:rPr>
        <w:t xml:space="preserve">He may approve our eyes and speak to it.</w:t>
      </w:r>
      <w:r>
        <w:br/>
      </w:r>
      <w:r>
        <w:t xml:space="preserve">    (a) said indirectly</w:t>
      </w:r>
      <w:r>
        <w:br/>
      </w:r>
      <w:r>
        <w:t xml:space="preserve">    (b) asked</w:t>
      </w:r>
      <w:r>
        <w:br/>
      </w:r>
      <w:r>
        <w:t xml:space="preserve">    (c) became 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can I.</w:t>
      </w:r>
      <w:r>
        <w:br/>
      </w:r>
      <w:r>
        <w:rPr>
          <w:b/>
          <w:bCs/>
        </w:rPr>
        <w:t xml:space="preserve">At least the whisper goes so: our last king,</w:t>
      </w:r>
      <w:r>
        <w:br/>
      </w:r>
      <w:r>
        <w:rPr>
          <w:b/>
          <w:bCs/>
        </w:rPr>
        <w:t xml:space="preserve">Whose image even but now appeared to us,</w:t>
      </w:r>
      <w:r>
        <w:br/>
      </w:r>
      <w:r>
        <w:rPr>
          <w:b/>
          <w:bCs/>
        </w:rPr>
        <w:t xml:space="preserve">Was, as you know, by Fortinbras of Norway,</w:t>
      </w:r>
      <w:r>
        <w:br/>
      </w:r>
      <w:r>
        <w:rPr>
          <w:b/>
          <w:bCs/>
        </w:rPr>
        <w:t xml:space="preserve">Thereto pricked on by a most emulate pride,</w:t>
      </w:r>
      <w:r>
        <w:br/>
      </w:r>
      <w:r>
        <w:rPr>
          <w:b/>
          <w:bCs/>
        </w:rPr>
        <w:t xml:space="preserve">Dared to the combat; in which our valiant Hamlet</w:t>
      </w:r>
      <w:r>
        <w:br/>
      </w:r>
      <w:r>
        <w:rPr>
          <w:b/>
          <w:bCs/>
        </w:rPr>
        <w:t xml:space="preserve">(For so this side of our known world esteemed him)</w:t>
      </w:r>
      <w:r>
        <w:br/>
      </w:r>
      <w:r>
        <w:rPr>
          <w:b/>
          <w:bCs/>
        </w:rPr>
        <w:t xml:space="preserve">Did slay this Fortinbras, who by a sealed compact,</w:t>
      </w:r>
      <w:r>
        <w:br/>
      </w:r>
      <w:r>
        <w:rPr>
          <w:b/>
          <w:bCs/>
        </w:rPr>
        <w:t xml:space="preserve">Well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ratified</w:t>
      </w:r>
      <w:r>
        <w:rPr>
          <w:b/>
          <w:bCs/>
        </w:rPr>
        <w:t xml:space="preserve"> </w:t>
      </w:r>
      <w:r>
        <w:rPr>
          <w:b/>
          <w:bCs/>
        </w:rPr>
        <w:t xml:space="preserve">by law and heraldry,</w:t>
      </w:r>
      <w:r>
        <w:br/>
      </w:r>
      <w:r>
        <w:rPr>
          <w:b/>
          <w:bCs/>
        </w:rPr>
        <w:t xml:space="preserve">Did forfeit, with his life, all those his lands</w:t>
      </w:r>
      <w:r>
        <w:br/>
      </w:r>
      <w:r>
        <w:rPr>
          <w:b/>
          <w:bCs/>
        </w:rPr>
        <w:t xml:space="preserve">Which he stood seized of, to the conqueror.</w:t>
      </w:r>
      <w:r>
        <w:br/>
      </w:r>
      <w:r>
        <w:t xml:space="preserve">    (a) approved</w:t>
      </w:r>
      <w:r>
        <w:br/>
      </w:r>
      <w:r>
        <w:t xml:space="preserve">    (b) restored</w:t>
      </w:r>
      <w:r>
        <w:br/>
      </w:r>
      <w:r>
        <w:t xml:space="preserve">    (c) not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more in sorrow than in anger.</w:t>
      </w:r>
      <w:r>
        <w:br/>
      </w:r>
      <w:r>
        <w:t xml:space="preserve">    (a) a secret agreement or plot</w:t>
      </w:r>
      <w:r>
        <w:br/>
      </w:r>
      <w:r>
        <w:t xml:space="preserve">    (b) the best or most important</w:t>
      </w:r>
      <w:r>
        <w:br/>
      </w:r>
      <w:r>
        <w:t xml:space="preserve">    (c)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Ay, sir; that soaks up the King's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, his rewards, his authorities.</w:t>
      </w:r>
      <w:r>
        <w:br/>
      </w:r>
      <w:r>
        <w:t xml:space="preserve">    (a) approval</w:t>
      </w:r>
      <w:r>
        <w:br/>
      </w:r>
      <w:r>
        <w:t xml:space="preserve">    (b) cancel or annul a formal ruling or contract</w:t>
      </w:r>
      <w:r>
        <w:br/>
      </w:r>
      <w:r>
        <w:t xml:space="preserve">    (c) return to an undesirable previous condition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requite</w:t>
      </w:r>
      <w:r>
        <w:rPr>
          <w:b/>
          <w:bCs/>
        </w:rPr>
        <w:t xml:space="preserve"> </w:t>
      </w:r>
      <w:r>
        <w:rPr>
          <w:b/>
          <w:bCs/>
        </w:rPr>
        <w:t xml:space="preserve">your loves.</w:t>
      </w:r>
      <w:r>
        <w:br/>
      </w:r>
      <w:r>
        <w:t xml:space="preserve">    (a) strongly desire</w:t>
      </w:r>
      <w:r>
        <w:br/>
      </w:r>
      <w:r>
        <w:t xml:space="preserve">    (b) think carefully</w:t>
      </w:r>
      <w:r>
        <w:br/>
      </w:r>
      <w:r>
        <w:t xml:space="preserve">    (c) repay or return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 each man's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, but reserve thy judgment.</w:t>
      </w:r>
      <w:r>
        <w:br/>
      </w:r>
      <w:r>
        <w:t xml:space="preserve">    (a) find, search, or research</w:t>
      </w:r>
      <w:r>
        <w:br/>
      </w:r>
      <w:r>
        <w:t xml:space="preserve">    (b) criticism</w:t>
      </w:r>
      <w:r>
        <w:br/>
      </w:r>
      <w:r>
        <w:t xml:space="preserve">    (c) being a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Breathing like sanctified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bawds, The better to beguile.</w:t>
      </w:r>
      <w:r>
        <w:br/>
      </w:r>
      <w:r>
        <w:t xml:space="preserve">    (a) not able to be translated</w:t>
      </w:r>
      <w:r>
        <w:br/>
      </w:r>
      <w:r>
        <w:t xml:space="preserve">    (b) able to be disagreed with</w:t>
      </w:r>
      <w:r>
        <w:br/>
      </w:r>
      <w:r>
        <w:t xml:space="preserve">    (c) highly religious and moral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—We are oft to blame in this,— 'tis too much prov'd,—that with devotion's visage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pious</w:t>
      </w:r>
      <w:r>
        <w:rPr>
          <w:b/>
          <w:bCs/>
        </w:rPr>
        <w:t xml:space="preserve"> </w:t>
      </w:r>
      <w:r>
        <w:rPr>
          <w:b/>
          <w:bCs/>
        </w:rPr>
        <w:t xml:space="preserve">action we do sugar o'er The Devil himself.</w:t>
      </w:r>
      <w:r>
        <w:br/>
      </w:r>
      <w:r>
        <w:t xml:space="preserve">    (a) relating to a residential area located near the outer edge of a city where it isn't as crowded</w:t>
      </w:r>
      <w:r>
        <w:br/>
      </w:r>
      <w:r>
        <w:t xml:space="preserve">    (b) appearing highly religious and moral even though it's not true</w:t>
      </w:r>
      <w:r>
        <w:br/>
      </w:r>
      <w:r>
        <w:t xml:space="preserve">    (c) not relating to practice or belief that is long-established or was previously long-established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, adieu, adieu.</w:t>
      </w:r>
      <w:r>
        <w:br/>
      </w:r>
      <w:r>
        <w:t xml:space="preserve">    (a) goodbye</w:t>
      </w:r>
      <w:r>
        <w:br/>
      </w:r>
      <w:r>
        <w:t xml:space="preserve">    (b) hello</w:t>
      </w:r>
      <w:r>
        <w:br/>
      </w:r>
      <w:r>
        <w:t xml:space="preserve">    (c) greetings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is the very ecstasy of love,</w:t>
      </w:r>
      <w:r>
        <w:br/>
      </w:r>
      <w:r>
        <w:rPr>
          <w:b/>
          <w:bCs/>
        </w:rPr>
        <w:t xml:space="preserve">Whose violent property fordoes itself</w:t>
      </w:r>
      <w:r>
        <w:br/>
      </w:r>
      <w:r>
        <w:rPr>
          <w:b/>
          <w:bCs/>
        </w:rPr>
        <w:t xml:space="preserve">And leads the will to desperate undertakings</w:t>
      </w:r>
      <w:r>
        <w:br/>
      </w:r>
      <w:r>
        <w:rPr>
          <w:b/>
          <w:bCs/>
        </w:rPr>
        <w:t xml:space="preserve">As oft as any passions under heaven</w:t>
      </w:r>
      <w:r>
        <w:br/>
      </w:r>
      <w:r>
        <w:rPr>
          <w:b/>
          <w:bCs/>
        </w:rPr>
        <w:t xml:space="preserve">That does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</w:t>
      </w:r>
      <w:r>
        <w:rPr>
          <w:b/>
          <w:bCs/>
        </w:rPr>
        <w:t xml:space="preserve"> </w:t>
      </w:r>
      <w:r>
        <w:rPr>
          <w:b/>
          <w:bCs/>
        </w:rPr>
        <w:t xml:space="preserve">our natures.</w:t>
      </w:r>
      <w:r>
        <w:br/>
      </w:r>
      <w:r>
        <w:t xml:space="preserve">    (a) cause suffering</w:t>
      </w:r>
      <w:r>
        <w:br/>
      </w:r>
      <w:r>
        <w:t xml:space="preserve">    (b) strongly desire</w:t>
      </w:r>
      <w:r>
        <w:br/>
      </w:r>
      <w:r>
        <w:t xml:space="preserve">    (c) think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was (as I received it, and others whose judgments in such matters cried in the top of mine) an excellent play, well digested in the scenes, set down with as much modesty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related to the natural world (life, air, water, land...)</w:t>
      </w:r>
      <w:r>
        <w:br/>
      </w:r>
      <w:r>
        <w:t xml:space="preserve">    (c) good at achieving goals through cleverness and deception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—Good my lord, will you see the players well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bestowed</w:t>
      </w:r>
      <w:r>
        <w:rPr>
          <w:b/>
          <w:bCs/>
        </w:rPr>
        <w:t xml:space="preserve">?</w:t>
      </w:r>
      <w:r>
        <w:br/>
      </w:r>
      <w:r>
        <w:t xml:space="preserve">    (a) gave</w:t>
      </w:r>
      <w:r>
        <w:br/>
      </w:r>
      <w:r>
        <w:t xml:space="preserve">    (b) drew</w:t>
      </w:r>
      <w:r>
        <w:br/>
      </w:r>
      <w:r>
        <w:t xml:space="preserve">    (c) quit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—We are oft to blame in this</w:t>
      </w:r>
      <w:r>
        <w:br/>
      </w:r>
      <w:r>
        <w:rPr>
          <w:b/>
          <w:bCs/>
        </w:rPr>
        <w:t xml:space="preserve">('Tis too much proved), that with devotion's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br/>
      </w:r>
      <w:r>
        <w:rPr>
          <w:b/>
          <w:bCs/>
        </w:rPr>
        <w:t xml:space="preserve">And pious action we do sugar o'er</w:t>
      </w:r>
      <w:r>
        <w:br/>
      </w:r>
      <w:r>
        <w:rPr>
          <w:b/>
          <w:bCs/>
        </w:rPr>
        <w:t xml:space="preserve">The devil himself.</w:t>
      </w:r>
      <w:r>
        <w:br/>
      </w:r>
      <w:r>
        <w:t xml:space="preserve">    (a) a basic building block for proteins</w:t>
      </w:r>
      <w:r>
        <w:br/>
      </w:r>
      <w:r>
        <w:t xml:space="preserve">    (b) someone who believe in a single God</w:t>
      </w:r>
      <w:r>
        <w:br/>
      </w:r>
      <w:r>
        <w:t xml:space="preserve">    (c) someone's face or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who would bear the whips and scorns of time,</w:t>
      </w:r>
      <w:r>
        <w:br/>
      </w:r>
      <w:r>
        <w:rPr>
          <w:b/>
          <w:bCs/>
        </w:rPr>
        <w:t xml:space="preserve">Th' oppressor's wrong, the proud man's contumely,</w:t>
      </w:r>
      <w:r>
        <w:br/>
      </w:r>
      <w:r>
        <w:rPr>
          <w:b/>
          <w:bCs/>
        </w:rPr>
        <w:t xml:space="preserve">The pangs of despised love, the law's delay,</w:t>
      </w:r>
      <w:r>
        <w:br/>
      </w:r>
      <w:r>
        <w:rPr>
          <w:b/>
          <w:bCs/>
        </w:rPr>
        <w:t xml:space="preserve">The insolence of office,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spurns</w:t>
      </w:r>
      <w:r>
        <w:br/>
      </w:r>
      <w:r>
        <w:rPr>
          <w:b/>
          <w:bCs/>
        </w:rPr>
        <w:t xml:space="preserve">That patient merit of th' unworthy takes,</w:t>
      </w:r>
      <w:r>
        <w:br/>
      </w:r>
      <w:r>
        <w:rPr>
          <w:b/>
          <w:bCs/>
        </w:rPr>
        <w:t xml:space="preserve">When he himself might his quietus make</w:t>
      </w:r>
      <w:r>
        <w:br/>
      </w:r>
      <w:r>
        <w:rPr>
          <w:b/>
          <w:bCs/>
        </w:rPr>
        <w:t xml:space="preserve">With a bare bodkin?</w:t>
      </w:r>
      <w:r>
        <w:br/>
      </w:r>
      <w:r>
        <w:t xml:space="preserve">    (a) is attractive or desirable</w:t>
      </w:r>
      <w:r>
        <w:br/>
      </w:r>
      <w:r>
        <w:t xml:space="preserve">    (b) rejects as not good enough</w:t>
      </w:r>
      <w:r>
        <w:br/>
      </w:r>
      <w:r>
        <w:t xml:space="preserve">    (c) struggles or disagreements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PROLOGUE</w:t>
      </w:r>
      <w:r>
        <w:rPr>
          <w:b/>
          <w:bCs/>
        </w:rPr>
        <w:t xml:space="preserve">.</w:t>
      </w:r>
      <w:r>
        <w:br/>
      </w:r>
      <w:r>
        <w:t xml:space="preserve">    (a) to think of something as true or likely, even though it is not known with certainty</w:t>
      </w:r>
      <w:r>
        <w:br/>
      </w:r>
      <w:r>
        <w:t xml:space="preserve">    (b) a long and determined effort for a cause that is passionately believed to be important</w:t>
      </w:r>
      <w:r>
        <w:br/>
      </w:r>
      <w:r>
        <w:t xml:space="preserve">    (c) an introduction to a fictional work; or anything that precedes a more important event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spirits grow dull, and fain I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</w:t>
      </w:r>
      <w:r>
        <w:br/>
      </w:r>
      <w:r>
        <w:rPr>
          <w:b/>
          <w:bCs/>
        </w:rPr>
        <w:t xml:space="preserve">The tedious day with sleep.</w:t>
      </w:r>
      <w:r>
        <w:br/>
      </w:r>
      <w:r>
        <w:t xml:space="preserve">    (a) to charm, enchant, or entertain someone; or to deceive -- especially through charm</w:t>
      </w:r>
      <w:r>
        <w:br/>
      </w:r>
      <w:r>
        <w:t xml:space="preserve">    (b) to think of something as true or likely, even though it is not known with certainty</w:t>
      </w:r>
      <w:r>
        <w:br/>
      </w:r>
      <w:r>
        <w:t xml:space="preserve">    (c) give authority, power, knowledge, or confidence to someone so they can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what's in prayer but this twofold force,</w:t>
      </w:r>
      <w:r>
        <w:br/>
      </w:r>
      <w:r>
        <w:rPr>
          <w:b/>
          <w:bCs/>
        </w:rPr>
        <w:t xml:space="preserve">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forestalled</w:t>
      </w:r>
      <w:r>
        <w:rPr>
          <w:b/>
          <w:bCs/>
        </w:rPr>
        <w:t xml:space="preserve"> </w:t>
      </w:r>
      <w:r>
        <w:rPr>
          <w:b/>
          <w:bCs/>
        </w:rPr>
        <w:t xml:space="preserve">ere we come to fall,</w:t>
      </w:r>
      <w:r>
        <w:br/>
      </w:r>
      <w:r>
        <w:rPr>
          <w:b/>
          <w:bCs/>
        </w:rPr>
        <w:t xml:space="preserve">Or pardoned being down?</w:t>
      </w:r>
      <w:r>
        <w:br/>
      </w:r>
      <w:r>
        <w:t xml:space="preserve">    (a) interacted, interested, or attracted</w:t>
      </w:r>
      <w:r>
        <w:br/>
      </w:r>
      <w:r>
        <w:t xml:space="preserve">    (b) made strips of hair lighter in color</w:t>
      </w:r>
      <w:r>
        <w:br/>
      </w:r>
      <w:r>
        <w:t xml:space="preserve">    (c) prevented something by taking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pay five ducats, five, I would not farm it;</w:t>
      </w:r>
      <w:r>
        <w:br/>
      </w:r>
      <w:r>
        <w:rPr>
          <w:b/>
          <w:bCs/>
        </w:rPr>
        <w:t xml:space="preserve">Nor will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 Norway or the Pole</w:t>
      </w:r>
      <w:r>
        <w:br/>
      </w:r>
      <w:r>
        <w:rPr>
          <w:b/>
          <w:bCs/>
        </w:rPr>
        <w:t xml:space="preserve">A ranker rate, should it be sold in fee.</w:t>
      </w:r>
      <w:r>
        <w:br/>
      </w:r>
      <w:r>
        <w:t xml:space="preserve">    (a) select (on a computer screen)</w:t>
      </w:r>
      <w:r>
        <w:br/>
      </w:r>
      <w:r>
        <w:t xml:space="preserve">    (b) an involuntary vomiting spasm</w:t>
      </w:r>
      <w:r>
        <w:br/>
      </w:r>
      <w:r>
        <w:t xml:space="preserve">    (c) give in, give way, or give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speaks much of her father; says she hears There's tricks i' the world, and hems, and beats her heart; Spurns enviously at straws; speaks things in doubt, That carry but half sense: her speech is nothing, Yet the unshaped use of it doth move The hearers to collection; they aim at it, And botch the words up fit to their own thoughts; Which, as her winks, and nods, and gestures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them, Indeed would make one think there might be thought, Though nothing sure, yet much unhappily.</w:t>
      </w:r>
      <w:r>
        <w:br/>
      </w:r>
      <w:r>
        <w:t xml:space="preserve">    (a) stop (something from happening)</w:t>
      </w:r>
      <w:r>
        <w:br/>
      </w:r>
      <w:r>
        <w:t xml:space="preserve">    (b) think deeply or carefully about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</w:t>
      </w:r>
      <w:r>
        <w:rPr>
          <w:b/>
          <w:bCs/>
        </w:rPr>
        <w:t xml:space="preserve"> </w:t>
      </w:r>
      <w:r>
        <w:rPr>
          <w:b/>
          <w:bCs/>
        </w:rPr>
        <w:t xml:space="preserve">you.</w:t>
      </w:r>
      <w:r>
        <w:br/>
      </w:r>
      <w:r>
        <w:t xml:space="preserve">    (a) to spread to other parts of the body</w:t>
      </w:r>
      <w:r>
        <w:br/>
      </w:r>
      <w:r>
        <w:t xml:space="preserve">    (b) to ask strongly or beg for something</w:t>
      </w:r>
      <w:r>
        <w:br/>
      </w:r>
      <w:r>
        <w:t xml:space="preserve">    (c) move into position to work; or start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2026-07-31T14:28:23Z</dcterms:created>
  <dcterms:modified xsi:type="dcterms:W3CDTF">2026-07-31T14:28:23Z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